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РЕЧЬ, ЧТЕНИЕ И ЯЗЫКОВАЯ КУЛЬТУРА»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социально-гуманитарной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0–9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6–16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 w:after="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56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содержание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речь, чтение и языковая культура» (далее – Программа) имеет социально-гуманитарную направленность и предназначена для последовательного развития устной и письменной речи, читательской самостоятельности, языкового мышления и культуры общения детей от 6 до 16 лет.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из модулей 0–9 представляет собой самостоятельный завершённый годовой образовательный маршрут, рассчитанный на 32 учебные недели. Обучающийся зачисляется на конкретный модуль с учётом возраста, ранее освоенного содержания и сведений, сообщённых родителем (законным представителем). Обязательное вступительное испытание или психолого-педагогическая диагностика не проводятся.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относится к дополнительным общеобразовательным общеразвивающим программам и не является основной общеобразовательной программой начального или основного общего образования, не заменяет обучение в общеобразовательной организации и не сопровождается выдачей документа об уровне общего образования.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модулей 1–4 разработано с учётом возрастной логики действующих федеральных рабочих программ начального уровня образования. При отборе и последовательности отдельных тем используются методические подходы и законно используемые учебные материалы УМК «Школа России». Для модулей 5–9 учтены тематические линии и распределение учебного времени действующих федеральных рабочих программ основного уровня образования по русскому языку и литературе. Такое методическое соотнесение не означает реализации Программой ФГОС, федеральной образовательной программы или учебного плана общеобразовательной организации.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переработано под цели дополнительного образования: в центре находятся речевая и читательская практика, работа с текстом, индивидуальная траектория продвижения, проектные и игровые формы, развитие интереса к языку и книге. Освоение школьных тем используется как содержательный ориентир и материал для расширения и углубления опыта ребёнка.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(в действующей редакции), в том числе статьи 2, 12, 28, 30, 54, 58, 60 и 75;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действующие федеральные рабочие программы начального и основного уровней образования по русскому языку, литературному чтению и литературе – исключительно как методические источники для отбора возрастно сообразного содержания;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Е.П., регулирующие образовательную деятельность, текущий контроль, итоговую аттестацию, оформление образовательных отношений и выдачу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Актуальность, отличительные особенности и педагогическая целесообразность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связана с необходимостью формировать у ребёнка не только технические навыки чтения и письма, но и способность понимать смысл текста, задавать вопросы, выражать мысль ясно и уважительно, различать факт и мнение, проверять источник информации, видеть выразительные возможности русского языка.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Отличительной особенностью Программы является объединение двух взаимосвязанных содержательных линий: «Языковая культура и практика русского языка» и «Чтение, работа с текстом и литературное развитие». В модуле 0 эти линии представлены как «Развитие речи и подготовка к грамоте» и «Чтение, слушание и работа с текстом». Занятия строятся вокруг практического действия ребёнка: чтения, письма, обсуждения, редактирования, исследования языкового материала, творческой интерпретации и проектной работы.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Педагогическая целесообразность обеспечивается постепенным усложнением материала, регулярной обратной связью, правом на ошибку и доработку, сочетанием групповой и индивидуальной поддержки. Сравнение детей между собой не является целью оценивания; отслеживается личное продвижение обучающегося относительно заявленных результатов модуля.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предназначена для несовершеннолетних обучающихся 6–16 лет. Возрастные границы модулей являются ориентиром для комплектования групп и могут уточняться с учётом фактического возраста, ранее освоенного содержания и интересов ребёнка без проведения конкурсного отбора.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200"/>
        <w:gridCol w:w="1200"/>
        <w:gridCol w:w="900"/>
        <w:gridCol w:w="1200"/>
        <w:gridCol w:w="1600"/>
        <w:gridCol w:w="3920"/>
      </w:tblGrid>
      <w:tr>
        <w:trPr>
          <w:tblHeader w:val="true"/>
          <w:cantSplit/>
        </w:trPr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Объём, ч</w:t>
            </w:r>
          </w:p>
        </w:tc>
        <w:tc>
          <w:tcPr>
            <w:tcW w:type="dxa" w:w="12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Срок</w:t>
            </w:r>
          </w:p>
        </w:tc>
        <w:tc>
          <w:tcPr>
            <w:tcW w:type="dxa" w:w="1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Занятий в неделю</w:t>
            </w:r>
          </w:p>
        </w:tc>
        <w:tc>
          <w:tcPr>
            <w:tcW w:type="dxa" w:w="3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Продолжительность занятия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 минут с сентября по декабрь; 40 минут с января по май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288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12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 занятий</w:t>
            </w:r>
          </w:p>
        </w:tc>
        <w:tc>
          <w:tcPr>
            <w:tcW w:type="dxa" w:w="3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из модулей 0–9 составляет 2304 академических часа. Договор об образовании заключается на конкретный модуль; освоение всех модулей не является обязательным условием завершения каждого отдельного модуля.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–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организации – групповое занятие, дополняемое индивидуальной помощью в пределах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язык образования – русский;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 и сетевая форма реализации Программы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учебные планы в рамках настоящей редакции Программы не используются; при необходимости педагог вправе дифференцировать задания без изменения объёма и результатов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Отдельные цифровые материалы, включая ресурсы Российской электронной школы, могут использоваться педагогом на очном занятии как наглядный, тренировочный или справочный материал. Само по себе такое использование не переводит Программу в электронную или дистанционную форму.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Цель Программы –</w:t>
      </w:r>
      <w:r>
        <w:rPr>
          <w:rFonts w:ascii="Times New Roman" w:hAnsi="Times New Roman" w:eastAsia="Times New Roman"/>
          <w:color w:val="000000"/>
          <w:sz w:val="24"/>
        </w:rPr>
        <w:t xml:space="preserve"> создать условия для устойчивого развития речевой, языковой и читательской компетентности ребёнка, его способности понимать, создавать и обсуждать тексты, использовать русский язык точно, выразительно и уважительно.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Образовательные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устную и письменную речь, словарный запас и грамматический строй речи;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практические представления о системе русского языка и способы осознанного применения орфографических и пунктуационных правил;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технику, осмысленность и выразительность чтения в соответствии с возрастом;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понимать тему, основную мысль, структуру и позицию автора, извлекать и преобразовывать информацию;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знакомить с произведениями отечественной, народной и зарубежной детской литературы и основами литературного анализа;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навыки работы с книгой, словарём, справочником и проверенным электронным источником.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Развивающие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фонематическое восприятие, языковое чутьё, память, внимание и способность к речевой рефлексии;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критическое и образное мышление, умение сравнивать, классифицировать, аргументировать и делать вывод;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самостоятельность, познавательную инициативу и творческое самовыражение;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навыки планирования, самопроверки, доработки и презентации результата.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Воспитательные задачи: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воспитывать уважение к собеседнику, иному мнению, языковому и культурному многообразию народов России;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поддерживать интерес к чтению, русскому языку, семейной и отечественной культуре;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ответственность за собственное слово, соблюдение авторства и бережное обращение с информацией;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безопасную гуманистическую среду, в которой ошибка рассматривается как часть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Принципы реализации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уважение достоинства ребёнка и недопустимость унижающего сравнения;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возрастная сообразность и постепенное усложнение содержания;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деятельностный характер обучения: ребёнок читает, пишет, обсуждает, исследует и создаёт;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вариативность текстов и заданий при сохранении единых результатов модуля;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связь языковой практики с реальными коммуникативными задачами;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обратная связь, возможность исправить ошибку и выполнить пропущенную работу;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соблюдение санитарных требований и чередование видов деятельности.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Методы и формы работы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На занятиях используются проблемный диалог, речевые и языковые игры, чтение с остановками, смысловое чтение, моделирование, практикум, мини-исследование, работа в паре и малой группе, мастерская текста, творческое письмо, проект, выразительное чтение, драматизация, взаимная проверка по критериям и индивидуальная доработка.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Выбор конкретных художественных произведений и фрагментов осуществляет педагог с учётом возраста, тематики модуля, доступности законного экземпляра и интересов группы. Список чтения может обновляться без изменения целей, объёма и планируемых результатов Программы.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СОДЕРЖАНИЕ МОДУЛЕЙ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100"/>
        <w:gridCol w:w="950"/>
        <w:gridCol w:w="2650"/>
        <w:gridCol w:w="700"/>
        <w:gridCol w:w="2750"/>
        <w:gridCol w:w="700"/>
        <w:gridCol w:w="1170"/>
      </w:tblGrid>
      <w:tr>
        <w:trPr>
          <w:tblHeader w:val="true"/>
          <w:cantSplit/>
        </w:trPr>
        <w:tc>
          <w:tcPr>
            <w:tcW w:type="dxa" w:w="1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9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26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Языковая линия</w:t>
            </w:r>
          </w:p>
        </w:tc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Читательская линия</w:t>
            </w:r>
          </w:p>
        </w:tc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</w:t>
            </w:r>
          </w:p>
        </w:tc>
        <w:tc>
          <w:tcPr>
            <w:tcW w:type="dxa" w:w="11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Всего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Развитие речи и подготовка к грамоте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слушание и работа с текстом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256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288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64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160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9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2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Языковая культура и практика русского языка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Чтение, работа с текстом и литературное развитие</w:t>
            </w:r>
          </w:p>
        </w:tc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96</w:t>
            </w:r>
          </w:p>
        </w:tc>
        <w:tc>
          <w:tcPr>
            <w:tcW w:type="dxa" w:w="11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192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Часы текущего контроля, итоговой аттестации, творческих и проектных работ включены в объём соответствующих тематических разделов.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3.1. Модуль 0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создаёт основу для последующего систематического освоения чтения и письма: развивает фонематическое восприятие, связную устную речь, словарь, способность слушать художественный и познавательный текст, ориентироваться в книге и на листе. Задача модуля – готовность к осознанному действию со словом и текстом, а не досрочное прохождение содержания следующего возрастного этапа.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6–7 лет; 192 часа; 32 недели; 6 занятий в неделю по 30 минут.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«Развитие речи и подготовка к грамоте» — 128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языковой линии строится от живой устной речи к осознанному наблюдению за словом. Обучающиеся учатся вступать в диалог, слушать собеседника, называть и описывать предметы, подбирать слова по смыслу, составлять предложения и небольшие последовательные рассказы. На практическом уровне вводятся представления о слове, предложении, слоге, речевом и неречевом звуке, гласных и согласных звуках, месте звука в слове. Буква рассматривается как знак звука; задания на узнавание букв сочетаются с развитием зрительного восприятия, мелкой моторики и пространственной ориентировки на листе.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Вводные занятия. Общение в группе, правила диалога и работы с материалами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Речевые игры, парная работа, педагогическое наблюдение.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Словарь ребёнка. Называние, описание и группировка предметов и признаков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картинок и предметов, словесные классификации.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слово. Границы высказывания, последовательность слов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Моделирование предложений, составление высказываний по ситуации.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Звуки окружающего мира и звуки речи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Слуховые игры, различение неречевых и речевых звуков.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Гласные и согласные звуки: практическое различение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Артикуляционные наблюдения, звуковые игры, символические модели.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Слог, ритм и словесное ударение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Деление слов на слоги, ритмические и двигательные упражнения.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Место звука в слове. Элементарный звуковой анализ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Определение первого, последнего и заданного звука; звуковые схемы.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Буква как знак звука. Узнавание и различение графических образов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Работа с карточками, буквенными конструкторами и игровыми заданиями.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Подготовка руки к письму. Линии, элементы, пространственная ориентация на листе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Графические дорожки, штриховка, узоры, работа по образцу.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Связная речь: рассказ, описание, пересказ по опорам — 8 ч.</w:t>
      </w:r>
      <w:r>
        <w:rPr>
          <w:rFonts w:ascii="Times New Roman" w:hAnsi="Times New Roman" w:eastAsia="Times New Roman"/>
          <w:color w:val="000000"/>
          <w:sz w:val="24"/>
        </w:rPr>
        <w:t xml:space="preserve"> Устные рассказы, пересказ с картинным планом, речевая самооценка.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Итоговая речевая и звуковая работа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Индивидуальные игровые задания и мини-проект «Моя книга слов».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слушание и работа с текстом» — 64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Читательская линия основана на слушании и совместном обсуждении художественных и познавательных текстов. Ребёнок знакомится с устройством книги, учится прогнозировать содержание по названию и иллюстрации, восстанавливать последовательность событий, отвечать на вопросы и пересказывать с опорой на картинки. В круг чтения входят малые фольклорные жанры, народные и авторские сказки, стихи, рассказы о семье, дружбе, природе и животных, короткие познавательные тексты. Особое внимание уделяется эмоциональному отклику, словесному рисованию, драматизации и созданию собственной мини-книги.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Книга и слушатель. Обложка, название, автор, иллюстрация — 6 ч.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книг, прогнозирование содержания, беседа.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Малые фольклорные жанры: потешки, считалки, загадки, пословицы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Слушание, разыгрывание, подбор ритма и интонации.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Народные и авторские сказки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Слушание, последовательность событий, герои и их поступки.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Стихи для детей: ритм, рифма, настроение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Выразительное проговаривание, иллюстрирование, чтение наизусть по желанию.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Рассказы о детях, семье, дружбе и взаимопомощи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Ответы на вопросы, обсуждение поступков, восстановление сюжета.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Тексты о природе и животных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Слушание, наблюдение, словесное рисование, различение факта и вымысла.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Познавательный текст для дошкольника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Поиск ответа в коротком тексте, работа с иллюстрацией и подписью.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Творческая интерпретация текста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Драматизация, коллаж, устное продолжение истории.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Итоговое читательское событие — 2 ч.</w:t>
      </w:r>
      <w:r>
        <w:rPr>
          <w:rFonts w:ascii="Times New Roman" w:hAnsi="Times New Roman" w:eastAsia="Times New Roman"/>
          <w:color w:val="000000"/>
          <w:sz w:val="24"/>
        </w:rPr>
        <w:t xml:space="preserve"> Презентация любимой книги и итоговая беседа.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устный рассказ по серии изображений, звуковая модель слова, графическая работа, драматизация и мини-книга. Преобладают игра, движение, манипулирование карточками и предметными моделями; письменная нагрузка дозируется с учётом возраста.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3.2. Модуль 1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объединяет освоение базовых механизмов чтения и письма с первыми системными наблюдениями над звуковым и буквенным строем языка, словом, предложением и текстом. Читательская линия поддерживает переход от слогового чтения к пониманию небольшого текста и самостоятельному выбору книги.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7–8 лет; 256 часов; 32 недели; 8 занятий в неделю; 35 минут с сентября по декабрь, 40 минут с января по май.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160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объединяет освоение начальных механизмов чтения и письма с системными наблюдениями над звуковым и буквенным составом слова. Обучающиеся различают звук и букву, гласные и согласные, слог и слово, осваивают алфавитный принцип письма, слоговое чтение, начертание букв и соединений. Постепенно вводятся правила оформления предложения, заглавная буква, знаки завершения, перенос слов, отдельные случаи обозначения мягкости и другие базовые орфографические действия. Работа со словом включает значение, слова, близкие и противоположные по смыслу, слова-названия предметов, признаков и действий; работа с текстом — тему, последовательность, заголовок и восстановление нарушенного порядка предложений.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Язык, речь и правила уважительного общения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Диалог, речевые ситуации, стартовое наблюдение.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Слово и предложение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Составление и моделирование предложений, выделение слов.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Звуки речи. Гласные и согласные — 20 ч.</w:t>
      </w:r>
      <w:r>
        <w:rPr>
          <w:rFonts w:ascii="Times New Roman" w:hAnsi="Times New Roman" w:eastAsia="Times New Roman"/>
          <w:color w:val="000000"/>
          <w:sz w:val="24"/>
        </w:rPr>
        <w:t xml:space="preserve"> Слуховой и артикуляционный анализ, звуковые схемы.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Буква и звук. Алфавитный принцип письма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Соотнесение звуков и букв, чтение слогов и слов.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Слоговое чтение и письмо слов — 28 ч.</w:t>
      </w:r>
      <w:r>
        <w:rPr>
          <w:rFonts w:ascii="Times New Roman" w:hAnsi="Times New Roman" w:eastAsia="Times New Roman"/>
          <w:color w:val="000000"/>
          <w:sz w:val="24"/>
        </w:rPr>
        <w:t xml:space="preserve"> Чтение, письмо, звуко-буквенное моделирование.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Начертание букв, соединения и разборчивое письмо — 28 ч.</w:t>
      </w:r>
      <w:r>
        <w:rPr>
          <w:rFonts w:ascii="Times New Roman" w:hAnsi="Times New Roman" w:eastAsia="Times New Roman"/>
          <w:color w:val="000000"/>
          <w:sz w:val="24"/>
        </w:rPr>
        <w:t xml:space="preserve"> Письмо по образцу, списывание, самопроверка.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Начальные орфографические правила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Практикумы по написанию слов и предложений.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Алфавит. Словари и упорядочение слов — 6 ч.</w:t>
      </w:r>
      <w:r>
        <w:rPr>
          <w:rFonts w:ascii="Times New Roman" w:hAnsi="Times New Roman" w:eastAsia="Times New Roman"/>
          <w:color w:val="000000"/>
          <w:sz w:val="24"/>
        </w:rPr>
        <w:t xml:space="preserve"> Алфавитные задания, работа с детским словарём.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Значение слова. Слова близкие и противоположные по смыслу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Словарные игры, выбор слова по контексту.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Слова-названия предметов, признаков и действий — 6 ч.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Классификация и использование слов в речи.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текст — 8 ч.</w:t>
      </w:r>
      <w:r>
        <w:rPr>
          <w:rFonts w:ascii="Times New Roman" w:hAnsi="Times New Roman" w:eastAsia="Times New Roman"/>
          <w:color w:val="000000"/>
          <w:sz w:val="24"/>
        </w:rPr>
        <w:t xml:space="preserve"> Границы предложений, тема, последовательность, заголовок.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устной и письменной речи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Короткие рассказы, подписи, поздравления, восстановление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и итоговая языковая работа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Практическая работа и индивидуальная беседа.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Читательская линия обеспечивает переход от послогового чтения к плавному чтению короткого текста с пониманием. Обучающиеся отвечают на вопросы, находят в тексте нужное место, устанавливают последовательность событий, характеризуют героя через поступок, различают сказку, рассказ, стихотворение и малые фольклорные жанры. В программу включены произведения о детях, семье, дружбе, природе и животных, юмористические и фантазийные тексты. Формируются культура обращения с книгой, понимание роли автора, названия, иллюстрации и оглавления, первые навыки выбора книги и устной читательской рекомендации.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Чтение в период освоения грамоты — 30 ч.</w:t>
      </w:r>
      <w:r>
        <w:rPr>
          <w:rFonts w:ascii="Times New Roman" w:hAnsi="Times New Roman" w:eastAsia="Times New Roman"/>
          <w:color w:val="000000"/>
          <w:sz w:val="24"/>
        </w:rPr>
        <w:t xml:space="preserve"> Слоговое и плавное чтение, понимание прочитанного.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Малые фольклорные жанры — 8 ч.</w:t>
      </w:r>
      <w:r>
        <w:rPr>
          <w:rFonts w:ascii="Times New Roman" w:hAnsi="Times New Roman" w:eastAsia="Times New Roman"/>
          <w:color w:val="000000"/>
          <w:sz w:val="24"/>
        </w:rPr>
        <w:t xml:space="preserve"> Чтение, интонация, смысл пословиц и загадок.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Народная и авторская сказка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герой, поступок, сравнение версий.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детях, семье и дружбе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Чтение и обсуждение, вопросы к тексту.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родной природе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Выразительное чтение, словесное рисование.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животных — 8 ч.</w:t>
      </w:r>
      <w:r>
        <w:rPr>
          <w:rFonts w:ascii="Times New Roman" w:hAnsi="Times New Roman" w:eastAsia="Times New Roman"/>
          <w:color w:val="000000"/>
          <w:sz w:val="24"/>
        </w:rPr>
        <w:t xml:space="preserve"> Художественный и познавательный текст, главная мысль.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Стихотворная речь — 8 ч.</w:t>
      </w:r>
      <w:r>
        <w:rPr>
          <w:rFonts w:ascii="Times New Roman" w:hAnsi="Times New Roman" w:eastAsia="Times New Roman"/>
          <w:color w:val="000000"/>
          <w:sz w:val="24"/>
        </w:rPr>
        <w:t xml:space="preserve"> Ритм, рифма, настроение,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Чудеса, фантазия и юмор — 6 ч.</w:t>
      </w:r>
      <w:r>
        <w:rPr>
          <w:rFonts w:ascii="Times New Roman" w:hAnsi="Times New Roman" w:eastAsia="Times New Roman"/>
          <w:color w:val="000000"/>
          <w:sz w:val="24"/>
        </w:rPr>
        <w:t xml:space="preserve"> Творческое чтение, инсценирование.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Культура работы с книгой — 4 ч.</w:t>
      </w:r>
      <w:r>
        <w:rPr>
          <w:rFonts w:ascii="Times New Roman" w:hAnsi="Times New Roman" w:eastAsia="Times New Roman"/>
          <w:color w:val="000000"/>
          <w:sz w:val="24"/>
        </w:rPr>
        <w:t xml:space="preserve"> Обложка, оглавление, автор, выбор книги.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читательский проект — 4 ч.</w:t>
      </w:r>
      <w:r>
        <w:rPr>
          <w:rFonts w:ascii="Times New Roman" w:hAnsi="Times New Roman" w:eastAsia="Times New Roman"/>
          <w:color w:val="000000"/>
          <w:sz w:val="24"/>
        </w:rPr>
        <w:t xml:space="preserve"> Устная презентация книги и работа с незнакомым текстом.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чтение незнакомого короткого текста, списывание и запись предложений, восстановление текста, устный пересказ, иллюстрированный отзыв и презентация выбранной книги.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3.3. Модуль 2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центре модуля – осознанное применение базовых орфографических способов, расширение словарного запаса, понимание структуры текста и развитие плавного смыслового чтения. Литературная практика строится вокруг тем Родины, природы, семьи, дружбы и нравственного выбора.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8–9 лет; 256 часов; 32 недели; 8 занятий в неделю по 40 минут.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160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переводит обучающегося от выполнения действия по образцу к осознанному выбору способа проверки. Содержание включает фонетику и графику, лексическое значение слова, синонимы и антонимы, корень и родственные слова, предложение и его грамматическую основу, начальные сведения об имени существительном, имени прилагательном, глаголе, местоимении и предлоге. Орфографическая практика охватывает проверяемые безударные гласные и парные согласные, разделительные знаки, перенос и другие изученные случаи. В работе с текстом осваиваются тема, основная мысль, части, абзац, заголовок и простой план; обучающиеся создают небольшое повествование, описание, письмо и объявление.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Язык и речь. Ситуация общения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Речевые ситуации, выбор формы обращения, стартовая работа.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Фонетика, графика и орфоэпия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Звуко-буквенный анализ, произносительные упражнения.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Лексическое значение слова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Толкование по контексту, синонимы и антонимы.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Текст: тема, основная мысль, части и заголовок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и восстановление текста, составление плана.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его грамматическая основа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Моделирование и распространение предложений.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Состав слова. Родственные слова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Корень, однокоренные слова, словообразовательные наблюдения.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Орфографическая практика — 26 ч.</w:t>
      </w:r>
      <w:r>
        <w:rPr>
          <w:rFonts w:ascii="Times New Roman" w:hAnsi="Times New Roman" w:eastAsia="Times New Roman"/>
          <w:color w:val="000000"/>
          <w:sz w:val="24"/>
        </w:rPr>
        <w:t xml:space="preserve"> Безударные гласные, парные согласные, разделительные знаки, перенос.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существительное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Значение, вопросы, число и употребление в тексте.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прилагательное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Связь с существительным, точность описания.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Глагол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 действия, число и время в доступном объёме.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Местоимения и предлоги — 6 ч.</w:t>
      </w:r>
      <w:r>
        <w:rPr>
          <w:rFonts w:ascii="Times New Roman" w:hAnsi="Times New Roman" w:eastAsia="Times New Roman"/>
          <w:color w:val="000000"/>
          <w:sz w:val="24"/>
        </w:rPr>
        <w:t xml:space="preserve"> Устранение повторов, раздельное написание предлогов.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речи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Изложение по вопросам, рассказ по плану, письмо и объявление.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и итоговая работа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Комплексные практические задания, редактирование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Читательская линия развивает осмысленность и самостоятельность чтения. Материал объединён темами Родины, природы, семьи, дружбы, нравственного выбора, мира сказок и взаимоотношений человека с животными. Обучающиеся различают художественный и познавательный текст, сравнивают народную и литературную сказку, объясняют поступок героя, подтверждают ответ эпизодом, подбирают заголовок и ключевые слова. Вводятся читательский дневник, краткий отзыв, работа со справочником и безопасным электронным источником, подготовка небольшого сообщения или презентации о книге.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Тексты о Родине — 5 ч.</w:t>
      </w:r>
      <w:r>
        <w:rPr>
          <w:rFonts w:ascii="Times New Roman" w:hAnsi="Times New Roman" w:eastAsia="Times New Roman"/>
          <w:color w:val="000000"/>
          <w:sz w:val="24"/>
        </w:rPr>
        <w:t xml:space="preserve"> Чтение, беседа, работа с ключевыми словами.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Устное народное творчество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Жанры фольклора, сравнение,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Осень в стихах и прозе — 6 ч.</w:t>
      </w:r>
      <w:r>
        <w:rPr>
          <w:rFonts w:ascii="Times New Roman" w:hAnsi="Times New Roman" w:eastAsia="Times New Roman"/>
          <w:color w:val="000000"/>
          <w:sz w:val="24"/>
        </w:rPr>
        <w:t xml:space="preserve"> Образные слова, настроение, наблюдение.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Дети, дружба и нравственный выбор — 9 ч.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 героя, причины поступков, дискуссия.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Мир сказок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Народная и литературная сказка, план событий.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Зима в художественном тексте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стихотворения и прозы, иллюстрирование.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и животные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художественного и познавательного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Весна и лето в литературе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Выразительное чтение, словесное описание.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Семья и близкие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Основная мысль, личный отклик, уважительный диалог.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детская литература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Персонаж, сюжет, 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Книга, справочник и электронный источник — 5 ч.</w:t>
      </w:r>
      <w:r>
        <w:rPr>
          <w:rFonts w:ascii="Times New Roman" w:hAnsi="Times New Roman" w:eastAsia="Times New Roman"/>
          <w:color w:val="000000"/>
          <w:sz w:val="24"/>
        </w:rPr>
        <w:t xml:space="preserve"> Поиск сведений, авторство и проверка источника.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Читательские проекты и итоговая работа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Отзыв, презентация, работа с новым текстом.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орфографический практикум с объяснением способа проверки, изложение по вопросам или плану, письмо либо объявление, сравнительная работа с художественным и познавательным текстом, читательский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3.4. Модуль 3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углубляет знания о составе слова, частях речи, предложении и тексте, развивает способность объяснять написание и редактировать собственную работу. В читательской линии возрастает доля доказательного ответа, сопоставления текстов и обсуждения авторской позиции.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9–10 лет; 256 часов; 32 недели; 8 занятий в неделю по 40 минут.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160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углубляет представления о строении слова, грамматике и связи предложений в тексте. Обучающиеся осваивают морфемный разбор в доступном объёме, наблюдают прямое и переносное значение слова, изучают главные и второстепенные члены предложения, существительное, прилагательное, местоимение и глагол. Орфографические задания требуют не только написать слово, но и обнаружить орфограмму, назвать способ проверки, выполнить самопроверку и отредактировать ошибку. Развитие речи включает описание, повествование и элементарное рассуждение, составление плана, изложение, сочинение по наблюдениям, письмо и другие практические жанры.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Язык, речь и культура общения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Речевые нормы, диалог, стартовая работа.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 и функционально-смысловые типы речи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Описание, повествование, рассуждение в простых случаях.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словосочетание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Главные и второстепенные члены, связи слов.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Лексическое значение слова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Прямое и переносное значение, словарная работа.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Состав слова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Корень, приставка, суффикс, окончание, модели слов.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Орфограммы в корне и других частях слова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Обнаружение, объяснение и проверка написаний.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существительное — 22 ч.</w:t>
      </w:r>
      <w:r>
        <w:rPr>
          <w:rFonts w:ascii="Times New Roman" w:hAnsi="Times New Roman" w:eastAsia="Times New Roman"/>
          <w:color w:val="000000"/>
          <w:sz w:val="24"/>
        </w:rPr>
        <w:t xml:space="preserve"> Род, число, падеж, склонение в практической речи.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прилагательное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Род, число, падеж, согласование.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Местоимение — 6 ч.</w:t>
      </w:r>
      <w:r>
        <w:rPr>
          <w:rFonts w:ascii="Times New Roman" w:hAnsi="Times New Roman" w:eastAsia="Times New Roman"/>
          <w:color w:val="000000"/>
          <w:sz w:val="24"/>
        </w:rPr>
        <w:t xml:space="preserve"> Личные местоимения и связность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Глагол — 20 ч.</w:t>
      </w:r>
      <w:r>
        <w:rPr>
          <w:rFonts w:ascii="Times New Roman" w:hAnsi="Times New Roman" w:eastAsia="Times New Roman"/>
          <w:color w:val="000000"/>
          <w:sz w:val="24"/>
        </w:rPr>
        <w:t xml:space="preserve"> Время, число, род в прошедшем времени, роль в тексте.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Интегрированная орфографическая и пунктуационная практика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Диктанты с самопроверкой, редактирование, объяснение выбора.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устной и письменной речи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План, изложение, сочинение по наблюдениям, речевые жанры.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и итоговая работа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Комплексная работа с языковым материалом и текстом.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Читательская линия расширяет историко-культурный и жанровый кругозор. Обучающиеся работают с фольклором, басней, литературной сказкой, лирическим стихотворением, рассказом и познавательным текстом; знакомятся с произведениями отечественных и зарубежных авторов. Анализ строится вокруг темы, основной мысли, последовательности событий, характера и мотивов героя, авторского отношения, пейзажа, сравнения и эпитета. Ребёнок учится давать доказательный ответ, сопоставлять два произведения или фрагмента, читать по ролям, готовить отзыв и представлять читательский проект.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Родина и страницы её истории — 5 ч.</w:t>
      </w:r>
      <w:r>
        <w:rPr>
          <w:rFonts w:ascii="Times New Roman" w:hAnsi="Times New Roman" w:eastAsia="Times New Roman"/>
          <w:color w:val="000000"/>
          <w:sz w:val="24"/>
        </w:rPr>
        <w:t xml:space="preserve"> Художественный и познавательный текст, ключевые события.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Фольклор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Жанровые признаки, выразительное чтение, сравнение текстов.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Басни И.А. Крылова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Аллегория, мораль,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А.С. Пушкина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образ, поэтическая речь.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Природа в литературе XIX века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Пейзаж, настроение, художественные средства.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Л.Н. Толстого — 7 ч.</w:t>
      </w:r>
      <w:r>
        <w:rPr>
          <w:rFonts w:ascii="Times New Roman" w:hAnsi="Times New Roman" w:eastAsia="Times New Roman"/>
          <w:color w:val="000000"/>
          <w:sz w:val="24"/>
        </w:rPr>
        <w:t xml:space="preserve"> Герой, поступок, авторская позиция.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Литературная сказка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Авторский замысел, фантастика и реальность.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Природа в литературе XX века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авторских способов изображения.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и животные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Проблемный вопрос, доказательный ответ по тексту.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детях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Характер, конфликт, дружба и ответственность.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Юмористические произведения — 5 ч.</w:t>
      </w:r>
      <w:r>
        <w:rPr>
          <w:rFonts w:ascii="Times New Roman" w:hAnsi="Times New Roman" w:eastAsia="Times New Roman"/>
          <w:color w:val="000000"/>
          <w:sz w:val="24"/>
        </w:rPr>
        <w:t xml:space="preserve"> Комическая ситуация, интонация, языковая игра.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герой, сопоставление культурных контекстов.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Библиографическая и информационная культура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Каталог, словарь, справочник, электронный поиск.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читательский проект — 5 ч.</w:t>
      </w:r>
      <w:r>
        <w:rPr>
          <w:rFonts w:ascii="Times New Roman" w:hAnsi="Times New Roman" w:eastAsia="Times New Roman"/>
          <w:color w:val="000000"/>
          <w:sz w:val="24"/>
        </w:rPr>
        <w:t xml:space="preserve"> Отзыв, презентация и анализ незнакомого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языковой разбор по алгоритму, диктант с самопроверкой, редактирование, изложение и сочинение по наблюдениям, сравнительный анализ двух текстов, устная защита читательской работы.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3.5. Модуль 4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направлен на систематизацию языковых способов, развитие связного письменного высказывания и переход к более самостоятельному анализу текста. Читательская практика включает историко-культурный контекст, жанровое сравнение и небольшие исследовательские задания.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10–11 лет; 256 часов; 32 недели; 8 занятий в неделю по 40 минут.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160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систематизирует знания о слове, словосочетании, предложении и тексте. В содержание входят лексика и состав слова, падежные формы имён существительных и прилагательных, личные местоимения, неопределённая форма, время, лицо, число и спряжение глагола, однородные члены и более сложные по структуре высказывания. Орфография и пунктуация отрабатываются не изолированно, а в предложении и тексте: обучающийся объясняет выбор, пользуется памяткой и словарём, выполняет редактирование. Речевая практика включает подробное и выборочное изложение, сочинение, отзыв, письмо, объявление, устное сообщение и преобразование информации из одной формы в другую.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Русский язык как средство общения и культуры — 4 ч.</w:t>
      </w:r>
      <w:r>
        <w:rPr>
          <w:rFonts w:ascii="Times New Roman" w:hAnsi="Times New Roman" w:eastAsia="Times New Roman"/>
          <w:color w:val="000000"/>
          <w:sz w:val="24"/>
        </w:rPr>
        <w:t xml:space="preserve"> Речевые ситуации, норма и вариативность, стартовая работа.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Текст, тема, основная мысль и структура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План, абзац, тип речи, редактирование.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словосочетание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Синтаксические связи и разбор простого предложения.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Однородные члены и сложные по структуре высказывания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Моделирование, интонация, постановка знаков.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Лексика и состав слова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Синонимия, антонимия, морфемный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существительное — 22 ч.</w:t>
      </w:r>
      <w:r>
        <w:rPr>
          <w:rFonts w:ascii="Times New Roman" w:hAnsi="Times New Roman" w:eastAsia="Times New Roman"/>
          <w:color w:val="000000"/>
          <w:sz w:val="24"/>
        </w:rPr>
        <w:t xml:space="preserve"> Склонение, падежные формы, употребление и написание окончаний.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прилагательное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Согласование, падежные формы, выразительность описания.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Личные местоимения — 8 ч.</w:t>
      </w:r>
      <w:r>
        <w:rPr>
          <w:rFonts w:ascii="Times New Roman" w:hAnsi="Times New Roman" w:eastAsia="Times New Roman"/>
          <w:color w:val="000000"/>
          <w:sz w:val="24"/>
        </w:rPr>
        <w:t xml:space="preserve"> Лицо, число, употребление и предупреждение речевых повторов.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Глагол — 24 ч.</w:t>
      </w:r>
      <w:r>
        <w:rPr>
          <w:rFonts w:ascii="Times New Roman" w:hAnsi="Times New Roman" w:eastAsia="Times New Roman"/>
          <w:color w:val="000000"/>
          <w:sz w:val="24"/>
        </w:rPr>
        <w:t xml:space="preserve"> Неопределённая форма, время, лицо, число, спряжение в практическом объёме.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Орфография и пунктуация в тексте — 22 ч.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Комплексные практикумы, объяснение и самопроверка.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устной и письменной речи — 16 ч.</w:t>
      </w:r>
      <w:r>
        <w:rPr>
          <w:rFonts w:ascii="Times New Roman" w:hAnsi="Times New Roman" w:eastAsia="Times New Roman"/>
          <w:color w:val="000000"/>
          <w:sz w:val="24"/>
        </w:rPr>
        <w:t xml:space="preserve"> Изложение, сочинение, письмо, объявление, отзыв.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и итоговая работа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Комплексная языковая работа и редактирование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Читательская линия готовит к более самостоятельному анализу произведения. Круг чтения включает фольклор, басню, лирику, прозу, литературную сказку, пьесу, юмористические произведения, тексты о природе, детях и исторических событиях. Обучающиеся рассматривают сюжет и композицию, конфликт, систему героев, авторскую позицию, художественную деталь и выразительные средства; различают художественный образ и достоверный факт. Предусмотрены чтение по ролям, работа с библиографическими сведениями, аннотацией и несколькими источниками, подготовка сообщения и небольшой исследовательской работы.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Родина и героические страницы истории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Историко-культурный контекст, факты и художественный образ.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Фольклор — 8 ч.</w:t>
      </w:r>
      <w:r>
        <w:rPr>
          <w:rFonts w:ascii="Times New Roman" w:hAnsi="Times New Roman" w:eastAsia="Times New Roman"/>
          <w:color w:val="000000"/>
          <w:sz w:val="24"/>
        </w:rPr>
        <w:t xml:space="preserve"> Жанры, композиция, особенности устной традиции.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Басни И.А. Крылова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Аллегория, мораль, авторская и читательская оценка.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А.С. Пушкина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Поэтическая и прозаическая речь, образ героя.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М.Ю. Лермонтова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Лирическое высказывание, тема и настроение.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Литературная сказка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авторская позиция, фантастическое допущение.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Природа в литературе XIX века — 5 ч.</w:t>
      </w:r>
      <w:r>
        <w:rPr>
          <w:rFonts w:ascii="Times New Roman" w:hAnsi="Times New Roman" w:eastAsia="Times New Roman"/>
          <w:color w:val="000000"/>
          <w:sz w:val="24"/>
        </w:rPr>
        <w:t xml:space="preserve"> Образные средства и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Л.Н. Толстого — 5 ч.</w:t>
      </w:r>
      <w:r>
        <w:rPr>
          <w:rFonts w:ascii="Times New Roman" w:hAnsi="Times New Roman" w:eastAsia="Times New Roman"/>
          <w:color w:val="000000"/>
          <w:sz w:val="24"/>
        </w:rPr>
        <w:t xml:space="preserve"> Нравственная проблема и доказательный ответ.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Природа в литературе XX века — 5 ч.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текстов и авторских наблюдений.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Животные и родная природа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Художественный и научно-популярный 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детях — 8 ч.</w:t>
      </w:r>
      <w:r>
        <w:rPr>
          <w:rFonts w:ascii="Times New Roman" w:hAnsi="Times New Roman" w:eastAsia="Times New Roman"/>
          <w:color w:val="000000"/>
          <w:sz w:val="24"/>
        </w:rPr>
        <w:t xml:space="preserve"> Конфликт, развитие характера, ответственность.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Пьеса и театральный текст — 4 ч.</w:t>
      </w:r>
      <w:r>
        <w:rPr>
          <w:rFonts w:ascii="Times New Roman" w:hAnsi="Times New Roman" w:eastAsia="Times New Roman"/>
          <w:color w:val="000000"/>
          <w:sz w:val="24"/>
        </w:rPr>
        <w:t xml:space="preserve"> Реплика, ремарка, чтение по ролям.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Юмористические произведения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Комическое, языковые средства, инсценирование.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культурный контекст, сопоставление.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Библиографическая и информационная культура — 7 ч.</w:t>
      </w:r>
      <w:r>
        <w:rPr>
          <w:rFonts w:ascii="Times New Roman" w:hAnsi="Times New Roman" w:eastAsia="Times New Roman"/>
          <w:color w:val="000000"/>
          <w:sz w:val="24"/>
        </w:rPr>
        <w:t xml:space="preserve"> Выбор источника, аннотация, отзыв, проверка сведений.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читательский проект — 6 ч.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Исследовательская мини-работа и анализ нового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комплексная орфографическая и пунктуационная работа, подробное или выборочное изложение, сочинение, аннотация и отзыв, чтение по ролям, библиографический поиск и небольшое исследование.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3.6. Модуль 5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открывает следующий возрастной этап: расширяет представления о системе языка, функциональных разновидностях речи и литературном анализе. Увеличивается доля самостоятельной переработки информации, дискуссии, мини-сочинения и проекта; литература рассматривается в историко-культурном и нравственном контексте.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11–12 лет; 256 часов; 32 недели; 8 занятий в неделю по 40 минут.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160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открывает системное изучение языка как взаимосвязанной системы. Обучающиеся работают с фонетикой, графикой, орфоэпией, морфемикой, словообразованием, лексикологией, фразеологией, морфологией и синтаксисом; повторяют и расширяют орфографические и пунктуационные способы. Центральным объектом становится текст: тема, основная мысль, микротемы, абзац, тип речи, способы связи, план, пересказ, сокращение и преобразование информации. Рассматриваются разговорная, учебно-научная и официально-деловая ситуации общения. Результатом становятся устное сообщение, изложение, отзыв, мини-сочинение и самостоятельное редактирование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Богатство и выразительность русского языка — 2 ч.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над языком, стартовая рефлексия.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Язык и речь. Виды речевой деятельности — 7 ч.</w:t>
      </w:r>
      <w:r>
        <w:rPr>
          <w:rFonts w:ascii="Times New Roman" w:hAnsi="Times New Roman" w:eastAsia="Times New Roman"/>
          <w:color w:val="000000"/>
          <w:sz w:val="24"/>
        </w:rPr>
        <w:t xml:space="preserve"> Говорение, слушание, чтение, письмо; речевой этикет.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 и информационная переработка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Тема, микротема, план, пересказ, сокращение и преобразование.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Функциональные разновидности языка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Разговорная, учебно-научная и официальная ситуации.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Фонетика, графика, орфоэпия и орфография — 13 ч.</w:t>
      </w:r>
      <w:r>
        <w:rPr>
          <w:rFonts w:ascii="Times New Roman" w:hAnsi="Times New Roman" w:eastAsia="Times New Roman"/>
          <w:color w:val="000000"/>
          <w:sz w:val="24"/>
        </w:rPr>
        <w:t xml:space="preserve"> Звуко-буквенный анализ, произношение, правописание.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Морфемика и орфография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Состав слова, формы и однокоренные слова, орфограммы.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Лексикология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 слова, многозначность, синонимы, антонимы, фразеологизмы.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Синтаксис и словосочетание — 2 ч.</w:t>
      </w:r>
      <w:r>
        <w:rPr>
          <w:rFonts w:ascii="Times New Roman" w:hAnsi="Times New Roman" w:eastAsia="Times New Roman"/>
          <w:color w:val="000000"/>
          <w:sz w:val="24"/>
        </w:rPr>
        <w:t xml:space="preserve"> Связь слов и смысловые отношения.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Простое двусоставное предложение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Основа, распространение, виды предложений.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Простое осложнённое предложение — 6 ч.</w:t>
      </w:r>
      <w:r>
        <w:rPr>
          <w:rFonts w:ascii="Times New Roman" w:hAnsi="Times New Roman" w:eastAsia="Times New Roman"/>
          <w:color w:val="000000"/>
          <w:sz w:val="24"/>
        </w:rPr>
        <w:t xml:space="preserve"> Обращение, однородные члены, интонация и знаки.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Сложное предложение — 5 ч.</w:t>
      </w:r>
      <w:r>
        <w:rPr>
          <w:rFonts w:ascii="Times New Roman" w:hAnsi="Times New Roman" w:eastAsia="Times New Roman"/>
          <w:color w:val="000000"/>
          <w:sz w:val="24"/>
        </w:rPr>
        <w:t xml:space="preserve"> Границы частей, союзы, интонация и пунктуация.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Прямая речь и диалог — 4 ч.</w:t>
      </w:r>
      <w:r>
        <w:rPr>
          <w:rFonts w:ascii="Times New Roman" w:hAnsi="Times New Roman" w:eastAsia="Times New Roman"/>
          <w:color w:val="000000"/>
          <w:sz w:val="24"/>
        </w:rPr>
        <w:t xml:space="preserve"> Оформление реплик, цитирование в учебных задачах.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Система частей речи — 2 ч.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Классификация и грамматическое значение.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существительное — 20 ч.</w:t>
      </w:r>
      <w:r>
        <w:rPr>
          <w:rFonts w:ascii="Times New Roman" w:hAnsi="Times New Roman" w:eastAsia="Times New Roman"/>
          <w:color w:val="000000"/>
          <w:sz w:val="24"/>
        </w:rPr>
        <w:t xml:space="preserve"> Морфологические признаки, склонение, орфографическая практика.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прилагательное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 в доступном объёме, согласование, роль в тексте.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Глагол — 22 ч.</w:t>
      </w:r>
      <w:r>
        <w:rPr>
          <w:rFonts w:ascii="Times New Roman" w:hAnsi="Times New Roman" w:eastAsia="Times New Roman"/>
          <w:color w:val="000000"/>
          <w:sz w:val="24"/>
        </w:rPr>
        <w:t xml:space="preserve"> Вид, время, спряжение, правописание и выразительные возможности.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речи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Изложение, сочинение, отзыв, сообщение и редактирование.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и итоговая работа — 13 ч.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Комплексный анализ текста и создание собственного высказывания.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Литературная линия выстраивает движение от мифологии и фольклора к русской и зарубежной литературе разных эпох. Обучающиеся знакомятся с басней, лирикой, сказовой, фантастической, приключенческой и реалистической прозой, произведениями о детстве, природе, труде и войне. Анализ включает тему и проблему, сюжет, композицию, героя, конфликт, авторскую позицию, эпизод, художественную деталь и образную речь. Формируются навыки выразительного чтения, цитирования небольшого фрагмента, устного и письменного ответа, мини-сочинения, дискуссии, ведения читательского маршрута и защиты проекта.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Мифология народов России и мира — 3 ч.</w:t>
      </w:r>
      <w:r>
        <w:rPr>
          <w:rFonts w:ascii="Times New Roman" w:hAnsi="Times New Roman" w:eastAsia="Times New Roman"/>
          <w:color w:val="000000"/>
          <w:sz w:val="24"/>
        </w:rPr>
        <w:t xml:space="preserve"> Мифологический сюжет, образ, 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Фольклор: малые жанры и сказки — 7 ч.</w:t>
      </w:r>
      <w:r>
        <w:rPr>
          <w:rFonts w:ascii="Times New Roman" w:hAnsi="Times New Roman" w:eastAsia="Times New Roman"/>
          <w:color w:val="000000"/>
          <w:sz w:val="24"/>
        </w:rPr>
        <w:t xml:space="preserve"> Жанровые признаки, вариантность, фольклорная традиция.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Басни И.А. Крылова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Аллегория, мораль, композиция и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А.С. Пушкина — 5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Лирика и сказочная поэтика, образ и авторская позиция.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М.Ю. Лермонтов. Лирическое и историческое повествование — 2 ч.</w:t>
      </w:r>
      <w:r>
        <w:rPr>
          <w:rFonts w:ascii="Times New Roman" w:hAnsi="Times New Roman" w:eastAsia="Times New Roman"/>
          <w:color w:val="000000"/>
          <w:sz w:val="24"/>
        </w:rPr>
        <w:t xml:space="preserve"> Тема, герой, выразительность речи.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Н.В. Гоголь. Фантастическое и реальное — 2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фольклорные мотивы, юмор.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И.С. Тургенев. Герой и нравственный выбор — 5 ч.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Характер, конфликт, авторская оценка.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Н.А. Некрасов. Поэзия о человеке и труде — 3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Лирический герой, ритм, образ.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Л.Н. Толстой. Испытание характера — 5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Сюжет, поступок, нравственная проблема.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Поэзия XIX–XX веков о природе и Родине — 4 ч.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образов,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Юмористические рассказы XIX–XX веков — 4 ч.</w:t>
      </w:r>
      <w:r>
        <w:rPr>
          <w:rFonts w:ascii="Times New Roman" w:hAnsi="Times New Roman" w:eastAsia="Times New Roman"/>
          <w:color w:val="000000"/>
          <w:sz w:val="24"/>
        </w:rPr>
        <w:t xml:space="preserve"> Комическая ситуация, деталь, речь персонажа.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природе и животных — 4 ч.</w:t>
      </w:r>
      <w:r>
        <w:rPr>
          <w:rFonts w:ascii="Times New Roman" w:hAnsi="Times New Roman" w:eastAsia="Times New Roman"/>
          <w:color w:val="000000"/>
          <w:sz w:val="24"/>
        </w:rPr>
        <w:t xml:space="preserve"> Человек и мир природы, позиция автора.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А.П. Платонов и В.П. Астафьев: человек, труд, природа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эпизода, характеристика героя.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на войне — 3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память, нравственный выбор, бережное обсуждение.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Детство в литературе XIX–XXI веков — 3 ч.</w:t>
      </w:r>
      <w:r>
        <w:rPr>
          <w:rFonts w:ascii="Times New Roman" w:hAnsi="Times New Roman" w:eastAsia="Times New Roman"/>
          <w:color w:val="000000"/>
          <w:sz w:val="24"/>
        </w:rPr>
        <w:t xml:space="preserve"> Становление личности, взаимоотношения, конфликт.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Приключенческая литература — 2 ч.</w:t>
      </w:r>
      <w:r>
        <w:rPr>
          <w:rFonts w:ascii="Times New Roman" w:hAnsi="Times New Roman" w:eastAsia="Times New Roman"/>
          <w:color w:val="000000"/>
          <w:sz w:val="24"/>
        </w:rPr>
        <w:t xml:space="preserve"> Сюжетная динамика, испытание героя.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Литература народов Российской Федерации — 1 ч.</w:t>
      </w:r>
      <w:r>
        <w:rPr>
          <w:rFonts w:ascii="Times New Roman" w:hAnsi="Times New Roman" w:eastAsia="Times New Roman"/>
          <w:color w:val="000000"/>
          <w:sz w:val="24"/>
        </w:rPr>
        <w:t xml:space="preserve"> Культурное многообразие и уважительный диалог.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Сказочная, приключенческая и подростковая проза.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Основы литературоведческого анализа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Тема, проблема, сюжет, композиция, герой, образная речь.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речи на материале литературы — 8 ч.</w:t>
      </w:r>
      <w:r>
        <w:rPr>
          <w:rFonts w:ascii="Times New Roman" w:hAnsi="Times New Roman" w:eastAsia="Times New Roman"/>
          <w:color w:val="000000"/>
          <w:sz w:val="24"/>
        </w:rPr>
        <w:t xml:space="preserve"> Отзыв, устный ответ, мини-сочинение, дискуссия.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Самостоятельное и внеклассное чтение — 6 ч.</w:t>
      </w:r>
      <w:r>
        <w:rPr>
          <w:rFonts w:ascii="Times New Roman" w:hAnsi="Times New Roman" w:eastAsia="Times New Roman"/>
          <w:color w:val="000000"/>
          <w:sz w:val="24"/>
        </w:rPr>
        <w:t xml:space="preserve"> Читательский маршрут, аннотация, дневник чтения.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читательский проект — 5 ч.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Исследовательская мини-работа и анализ незнакомого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комплексный анализ текста, фонетический, морфемный, морфологический и синтаксический практикум, изложение, мини-сочинение, отзыв, литературная дискуссия и читательский проект.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3.7. Модуль 6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систематизирует словообразование и морфологию, развивает нормативное употребление самостоятельных частей речи и умение преобразовывать информацию. Литературная линия выстраивает представление о развитии словесности от мифологии и фольклора к русской и зарубежной литературе XIX–XXI веков.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12–13 лет; 288 часов; 32 недели; 9 занятий в неделю по 40 минут: 6 занятий языковой практики и 3 занятия литературного развития.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192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сосредоточена на словообразовании и морфологии. Обучающиеся уточняют представления о тексте, микротеме, плане, подробном и сжатом изложении, изучают лексическое значение, сферу употребления слов и фразеологизмы, выполняют морфемный и словообразовательный анализ. Последовательно рассматриваются имя существительное, имя прилагательное, имя числительное, местоимение и глагол: значение, постоянные и непостоянные признаки, нормы образования и употребления форм, типичные речевые ошибки и связанные с темой орфограммы. Языковой материал применяется в сообщении, описании, рассуждении, отзыве, изложении и сочинении на основе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Русский язык в жизни человека и общества. Речь и речевой этикет — 6 ч.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над речевыми ситуациями, выбор уместных языковых средств, стартовая диагностика.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 и переработка информации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Тема, основная мысль, микротемы, простой и сложный план, подробное и сжатое изложение.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Лексикология и фразеология — 20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 слова, сфера употребления, синонимы, антонимы, омонимы, фразеологизмы, словари.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Словообразование, морфемика и орфография — 20 ч.</w:t>
      </w:r>
      <w:r>
        <w:rPr>
          <w:rFonts w:ascii="Times New Roman" w:hAnsi="Times New Roman" w:eastAsia="Times New Roman"/>
          <w:color w:val="000000"/>
          <w:sz w:val="24"/>
        </w:rPr>
        <w:t xml:space="preserve"> Морфемный и словообразовательный анализ, способы образования слов, написание приставок и корней.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Система частей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Грамматическое значение, морфологические признаки и синтаксическая роль.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существительное — 30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Разряды, род, число, падеж, склонение, нормы употребления и орфографическая практика.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прилагательное — 24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Разряды, степени сравнения, полная и краткая формы, согласование и правописание.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Имя числительное — 16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Разряды, строение, склонение и нормативное употребление в устной и письменной речи.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Местоимение — 14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Разряды, изменение, роль в связности текста и предупреждение речевых ошибок.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Глагол — 26 ч.</w:t>
      </w:r>
      <w:r>
        <w:rPr>
          <w:rFonts w:ascii="Times New Roman" w:hAnsi="Times New Roman" w:eastAsia="Times New Roman"/>
          <w:color w:val="000000"/>
          <w:sz w:val="24"/>
        </w:rPr>
        <w:t xml:space="preserve"> Вид, время, наклонение, лицо, число, род, спряжение, безличные формы и правописание.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Комплексная орфографическая и пунктуационная практика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Диктанты, объяснение написаний, редактирование и самопроверка по алгоритму.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устной и письменной речи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Сообщение, описание, рассуждение, отзыв, изложение и сочинение на основе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Литературная линия формирует представление о развитии словесности и многообразии художественных способов изображения мира. Содержание включает мифологию, фольклор, древнерусскую словесность, русскую литературу XVIII–XXI веков и зарубежную литературу. При чтении произведений А.С. Пушкина, М.Ю. Лермонтова, Н.В. Гоголя, И.С. Тургенева, Н.А. Некрасова, Л.Н. Толстого, А.П. Чехова и других авторов обучающиеся анализируют сюжет, композицию, героя, нравственный выбор, пейзаж, художественную деталь, юмор, сатиру и авторскую оценку. Отдельные блоки посвящены природе, взрослению, исторической памяти и человеку на войне.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Мифология и устное народное творчество — 8 ч.</w:t>
      </w:r>
      <w:r>
        <w:rPr>
          <w:rFonts w:ascii="Times New Roman" w:hAnsi="Times New Roman" w:eastAsia="Times New Roman"/>
          <w:color w:val="000000"/>
          <w:sz w:val="24"/>
        </w:rPr>
        <w:t xml:space="preserve"> Миф, обрядовая поэзия, легенда, предание, сказка; образ и традиция.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Древнерусская словесность — 5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Историко-культурный контекст, герой, нравственный идеал, особенности повествования.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литература XVIII века — 3 ч.</w:t>
      </w:r>
      <w:r>
        <w:rPr>
          <w:rFonts w:ascii="Times New Roman" w:hAnsi="Times New Roman" w:eastAsia="Times New Roman"/>
          <w:color w:val="000000"/>
          <w:sz w:val="24"/>
        </w:rPr>
        <w:t xml:space="preserve"> Автор, эпоха, жанр и просветительская идея.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А.С. Пушкин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Лирика и проза; сюжет, герой, композиция, авторская позиция и выразительные средства.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М.Ю. Лермонтов — 6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Лирический герой, историческая тема, конфликт и поэтическая речь.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Н.В. Гоголь — 6 ч.</w:t>
      </w:r>
      <w:r>
        <w:rPr>
          <w:rFonts w:ascii="Times New Roman" w:hAnsi="Times New Roman" w:eastAsia="Times New Roman"/>
          <w:color w:val="000000"/>
          <w:sz w:val="24"/>
        </w:rPr>
        <w:t xml:space="preserve"> Реальное и фантастическое, юмор, деталь, речевая характеристика персонажа.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И.С. Тургенев — 8 ч.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 героя, нравственный выбор, пейзаж и авторская оценка.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Н.А. Некрасов, Л.Н. Толстой, А.П. Чехов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Человек и общество, сострадание, труд, юмор; сопоставительный анализ эпизодов.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проза XX–XXI веков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Детство, взросление, семья, ответственность, человек и природа.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Поэзия о Родине и природе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Лирический образ, настроение, ритм, звукопись и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Человек и война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память, нравственный выбор, доказательный ответ по тексту.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6 ч.</w:t>
      </w:r>
      <w:r>
        <w:rPr>
          <w:rFonts w:ascii="Times New Roman" w:hAnsi="Times New Roman" w:eastAsia="Times New Roman"/>
          <w:color w:val="000000"/>
          <w:sz w:val="24"/>
        </w:rPr>
        <w:t xml:space="preserve"> Приключение, испытание героя, культурный контекст и сопоставление произведений.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Литературный анализ и развитие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Отзыв, устный ответ, мини-сочинение, читательская конференция.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морфемный, словообразовательный и морфологический анализ, нормативное редактирование, подробное и сжатое изложение, характеристика героя, сопоставительный ответ и мини-сочинение с опорой на текст.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3.8. Модуль 7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углубляет морфологическую и орфографическую практику на материале причастий, деепричастий, наречий и служебных частей речи. Чтение становится аналитическим: обучающийся прослеживает конфликт, авторскую позицию, художественную деталь и историко-культурный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13–14 лет; 192 часа; 32 недели; 6 занятий в неделю по 40 минут: 4 занятия языковой практики и 2 занятия литературного развития.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128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углубляет морфологическую, орфографическую и речевую подготовку. После повторения системы частей речи подробно изучаются причастие, деепричастие, наречие, слова категории состояния, предлог, союз, частица, междометие и звукоподражательные слова. Обучающиеся рассматривают образование форм, грамматические признаки, синтаксическую роль, нормы употребления, обособление оборотов, слитные, раздельные и дефисные написания. Текстоцентрическая работа включает структуру и способы связи, функционально-смысловые типы речи, подробное и сжатое изложение, характеристику, рассуждение, публичное сообщение и редактирование.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Русский язык как развивающееся явление. Культура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над языковыми изменениями, нормами и речевыми ситуациями.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Текст, его структура и функционально-смысловые типы речи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Микротемы, абзац, способы связи, описание, повествование, рассуждение, информационная переработка.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системы частей речи — 6 ч.</w:t>
      </w:r>
      <w:r>
        <w:rPr>
          <w:rFonts w:ascii="Times New Roman" w:hAnsi="Times New Roman" w:eastAsia="Times New Roman"/>
          <w:color w:val="000000"/>
          <w:sz w:val="24"/>
        </w:rPr>
        <w:t xml:space="preserve"> Морфологический анализ, грамматическая норма и связь морфологии с орфографией.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Причастие — 22 ч.</w:t>
      </w:r>
      <w:r>
        <w:rPr>
          <w:rFonts w:ascii="Times New Roman" w:hAnsi="Times New Roman" w:eastAsia="Times New Roman"/>
          <w:color w:val="000000"/>
          <w:sz w:val="24"/>
        </w:rPr>
        <w:t xml:space="preserve"> Признаки глагола и прилагательного, оборот, образование форм, правописание и пунктуация.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Деепричастие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 добавочного действия, оборот, нормы употребления и обособление.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Наречие — 18 ч.</w:t>
      </w:r>
      <w:r>
        <w:rPr>
          <w:rFonts w:ascii="Times New Roman" w:hAnsi="Times New Roman" w:eastAsia="Times New Roman"/>
          <w:color w:val="000000"/>
          <w:sz w:val="24"/>
        </w:rPr>
        <w:t xml:space="preserve"> Разряды, степени сравнения, способы образования, нормы и правописание.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Слова категории состояния — 6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Значение состояния, роль в предложении, различение с наречиями и краткими прилагательными.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Служебные части речи — 22 ч.</w:t>
      </w:r>
      <w:r>
        <w:rPr>
          <w:rFonts w:ascii="Times New Roman" w:hAnsi="Times New Roman" w:eastAsia="Times New Roman"/>
          <w:color w:val="000000"/>
          <w:sz w:val="24"/>
        </w:rPr>
        <w:t xml:space="preserve"> Предлог, союз, частица: разряды, роль, слитное и раздельное написание, смысловые оттенки.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Междометие и звукоподражательные слова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Интонация, пунктуация, речевая уместность.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Комплексная орфографическая и пунктуационная практика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Комментированное письмо, языковой анализ, редактирование, контрольные практикумы.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речи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Подробное и сжатое изложение, характеристика, рассуждение, публичное сообщение.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64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Литературная линия развивает аналитическое чтение в историко-культурном контексте. В круг изучения входят фольклор и древнерусская словесность, произведения А.С. Пушкина, М.Ю. Лермонтова, Н.В. Гоголя, И.С. Тургенева, Н.А. Некрасова, М.Е. Салтыкова-Щедрина, Л.Н. Толстого, А.П. Чехова, русская проза и поэзия последующих периодов, литература о войне и зарубежные произведения. Обучающийся прослеживает конфликт, развитие характера, мотив, художественную деталь, сатирические средства и позицию автора, сопоставляет эпизоды, формулирует проблемный вопрос и аргументирует интерпретацию текстом.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Фольклор и древнерусская словесность — 4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память, жанровые признаки, герой и нравственный идеал.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А.С. Пушкин — 8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Лирика, проза, автор и герой, композиция, художественная деталь.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М.Ю. Лермонтов — 5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Лирический герой, конфликт личности и общества, выразительные средства.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Н.В. Гоголь — 5 ч.</w:t>
      </w:r>
      <w:r>
        <w:rPr>
          <w:rFonts w:ascii="Times New Roman" w:hAnsi="Times New Roman" w:eastAsia="Times New Roman"/>
          <w:color w:val="000000"/>
          <w:sz w:val="24"/>
        </w:rPr>
        <w:t xml:space="preserve"> Сатира и юмор, характер, сюжет, реальность и фантастика.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И.С. Тургенев — 5 ч.</w:t>
      </w:r>
      <w:r>
        <w:rPr>
          <w:rFonts w:ascii="Times New Roman" w:hAnsi="Times New Roman" w:eastAsia="Times New Roman"/>
          <w:color w:val="000000"/>
          <w:sz w:val="24"/>
        </w:rPr>
        <w:t xml:space="preserve"> Герой, психологизм, пейзаж и авторское отношение.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Н.А. Некрасов — 3 ч.</w:t>
      </w:r>
      <w:r>
        <w:rPr>
          <w:rFonts w:ascii="Times New Roman" w:hAnsi="Times New Roman" w:eastAsia="Times New Roman"/>
          <w:color w:val="000000"/>
          <w:sz w:val="24"/>
        </w:rPr>
        <w:t xml:space="preserve"> Гражданское звучание, образ народа, ритм и интонация.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М.Е. Салтыков-Щедрин — 4 ч.</w:t>
      </w:r>
      <w:r>
        <w:rPr>
          <w:rFonts w:ascii="Times New Roman" w:hAnsi="Times New Roman" w:eastAsia="Times New Roman"/>
          <w:color w:val="000000"/>
          <w:sz w:val="24"/>
        </w:rPr>
        <w:t xml:space="preserve"> Сатира, аллегория, социальная проблематика.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Л.Н. Толстой — 5 ч.</w:t>
      </w:r>
      <w:r>
        <w:rPr>
          <w:rFonts w:ascii="Times New Roman" w:hAnsi="Times New Roman" w:eastAsia="Times New Roman"/>
          <w:color w:val="000000"/>
          <w:sz w:val="24"/>
        </w:rPr>
        <w:t xml:space="preserve"> Нравственный выбор, становление личности, анализ эпизода.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А.П. Чехов — 4 ч.</w:t>
      </w:r>
      <w:r>
        <w:rPr>
          <w:rFonts w:ascii="Times New Roman" w:hAnsi="Times New Roman" w:eastAsia="Times New Roman"/>
          <w:color w:val="000000"/>
          <w:sz w:val="24"/>
        </w:rPr>
        <w:t xml:space="preserve"> Комическое и серьёзное, деталь, речь героя, авторская ирония.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проза XX–XXI веков и тема войны — 8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память, взросление, ответственность, человек в испытании.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поэзия XIX–XXI веков — 5 ч.</w:t>
      </w:r>
      <w:r>
        <w:rPr>
          <w:rFonts w:ascii="Times New Roman" w:hAnsi="Times New Roman" w:eastAsia="Times New Roman"/>
          <w:color w:val="000000"/>
          <w:sz w:val="24"/>
        </w:rPr>
        <w:t xml:space="preserve"> Тема, лирический герой, образ, ритм и выразительное чтение.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Характер и испытание героя, нравственная проблематика, 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Литературный анализ и развитие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Сопоставительный ответ, отзыв, мини-сочинение и читательский проект.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комплексная работа с причастными и деепричастными конструкциями, орфографический комментарий, публичное сообщение, сжатое изложение, анализ эпизода и аргументированное сопоставление произведений.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3.9. Модуль 8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сосредоточен на синтаксисе простого и осложнённого предложения, пунктуационном выборе и создании текстов разных функциональных разновидностей. Литературная работа включает драму, сатиру, историческую и психологическую прозу, поэзию и сопоставительный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14–15 лет; 160 часов; 32 недели; 5 занятий в неделю по 40 минут: 3 занятия языковой практики и 2 занятия литературного развития.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сосредоточена на синтаксисе простого и осложнённого предложения. Обучающиеся изучают словосочетание и виды связи, грамматическую основу, способы выражения главных и второстепенных членов, односоставные и неполные предложения, однородные и обособленные члены, вводные конструкции и обращения. Синтаксический анализ связывается с интонацией, смыслом и пунктуационным выбором; рассматриваются грамматическая норма и синтаксическая синонимия. Работа с текстом включает микротемы, тезисы, план, аннотацию, изложение, рассуждение и создание высказываний научной, официально-деловой, публицистической и разговорной направленности.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Русский язык в кругу славянских языков. Норма и культура речи — 3 ч.</w:t>
      </w:r>
      <w:r>
        <w:rPr>
          <w:rFonts w:ascii="Times New Roman" w:hAnsi="Times New Roman" w:eastAsia="Times New Roman"/>
          <w:color w:val="000000"/>
          <w:sz w:val="24"/>
        </w:rPr>
        <w:t xml:space="preserve"> Языковое родство, литературная норма, стартовая диагностика.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 и информационная переработка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Структура, микротема, тезис, план, аннотация, изложение, преобразование информации.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Функциональные разновидности и жанры речи — 6 ч.</w:t>
      </w:r>
      <w:r>
        <w:rPr>
          <w:rFonts w:ascii="Times New Roman" w:hAnsi="Times New Roman" w:eastAsia="Times New Roman"/>
          <w:color w:val="000000"/>
          <w:sz w:val="24"/>
        </w:rPr>
        <w:t xml:space="preserve"> Разговорная, научная, официально-деловая и публицистическая коммуникация.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Словосочетание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Виды связи, грамматическая норма, синтаксический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Предложение и его основные признаки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Предикативность, интонация, виды предложений, синтаксическая синонимия.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Главные члены предложения — 12 ч.</w:t>
      </w:r>
      <w:r>
        <w:rPr>
          <w:rFonts w:ascii="Times New Roman" w:hAnsi="Times New Roman" w:eastAsia="Times New Roman"/>
          <w:color w:val="000000"/>
          <w:sz w:val="24"/>
        </w:rPr>
        <w:t xml:space="preserve"> Способы выражения подлежащего и сказуемого, согласование, тире между главными членами.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Второстепенные члены предложения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Дополнение, определение, приложение, обстоятельство; смысловая точность.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Односоставные и неполные предложения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Виды односоставных конструкций, роль в тексте, пунктуация неполного предложения.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Предложения с однородными членами — 9 ч.</w:t>
      </w:r>
      <w:r>
        <w:rPr>
          <w:rFonts w:ascii="Times New Roman" w:hAnsi="Times New Roman" w:eastAsia="Times New Roman"/>
          <w:color w:val="000000"/>
          <w:sz w:val="24"/>
        </w:rPr>
        <w:t xml:space="preserve"> Союзная и бессоюзная связь, обобщающие слова, знаки препинания.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Обособленные члены предложения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Смысловое выделение, условия обособления, интонация и пунктуация.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Вводные конструкции, обращения и междометия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Значения, речевая уместность и пунктуационное оформление.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Развитие речи, повторение и итоговый практикум — 4 ч.</w:t>
      </w:r>
      <w:r>
        <w:rPr>
          <w:rFonts w:ascii="Times New Roman" w:hAnsi="Times New Roman" w:eastAsia="Times New Roman"/>
          <w:color w:val="000000"/>
          <w:sz w:val="24"/>
        </w:rPr>
        <w:t xml:space="preserve"> Изложение, рассуждение, редактирование и комплексный анализ текста.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64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Литературная линия объединяет древнерусскую словесность, литературу XVIII–XXI веков и зарубежные произведения. На материале творчества А.С. Пушкина, М.Ю. Лермонтова, Н.В. Гоголя, М.Е. Салтыкова-Щедрина, Л.Н. Толстого и авторов последующих периодов рассматриваются историческая тема, драматический конфликт, система персонажей, психологизм, сатира, гротеск, художественная деталь, образ и символ. Предусмотрены анализ эпизода и сцены, сопоставление произведений и интерпретаций, выразительное чтение лирики, аргументированный ответ, мини-сочинение и обсуждение литературы о войне и нравственном выборе.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Древнерусская словесность — 4 ч.</w:t>
      </w:r>
      <w:r>
        <w:rPr>
          <w:rFonts w:ascii="Times New Roman" w:hAnsi="Times New Roman" w:eastAsia="Times New Roman"/>
          <w:color w:val="000000"/>
          <w:sz w:val="24"/>
        </w:rPr>
        <w:t xml:space="preserve"> Эпоха, жанр, герой, нравственный идеал и исторический комментарий.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литература XVIII века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Классицизм, просветительская идея, авторская позиция.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А.С. Пушкин — 8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тема, лирика и проза, композиция, характер и автор.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М.Ю. Лермонтов — 6 ч.</w:t>
      </w:r>
      <w:r>
        <w:rPr>
          <w:rFonts w:ascii="Times New Roman" w:hAnsi="Times New Roman" w:eastAsia="Times New Roman"/>
          <w:color w:val="000000"/>
          <w:sz w:val="24"/>
        </w:rPr>
        <w:t xml:space="preserve"> Романтический герой, поэтический конфликт, образ и символ.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Н.В. Гоголь — 6 ч.</w:t>
      </w:r>
      <w:r>
        <w:rPr>
          <w:rFonts w:ascii="Times New Roman" w:hAnsi="Times New Roman" w:eastAsia="Times New Roman"/>
          <w:color w:val="000000"/>
          <w:sz w:val="24"/>
        </w:rPr>
        <w:t xml:space="preserve"> Комедия и проза, сатира, система персонажей, речевая характеристика.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М.Е. Салтыков-Щедрин — 4 ч.</w:t>
      </w:r>
      <w:r>
        <w:rPr>
          <w:rFonts w:ascii="Times New Roman" w:hAnsi="Times New Roman" w:eastAsia="Times New Roman"/>
          <w:color w:val="000000"/>
          <w:sz w:val="24"/>
        </w:rPr>
        <w:t xml:space="preserve"> Сатирическое обобщение, гротеск, социальный смысл.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Л.Н. Толстой — 5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История и личность, психологизм, нравственная проблематика.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проза XX–XXI веков — 8 ч.</w:t>
      </w:r>
      <w:r>
        <w:rPr>
          <w:rFonts w:ascii="Times New Roman" w:hAnsi="Times New Roman" w:eastAsia="Times New Roman"/>
          <w:color w:val="000000"/>
          <w:sz w:val="24"/>
        </w:rPr>
        <w:t xml:space="preserve"> Человек и эпоха, взросление, нравственный выбор, художественная деталь.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Произведения о Великой Отечественной войне — 5 ч.</w:t>
      </w:r>
      <w:r>
        <w:rPr>
          <w:rFonts w:ascii="Times New Roman" w:hAnsi="Times New Roman" w:eastAsia="Times New Roman"/>
          <w:color w:val="000000"/>
          <w:sz w:val="24"/>
        </w:rPr>
        <w:t xml:space="preserve"> Память, ответственность, достоверность и художественный образ.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поэзия XIX–XXI веков — 5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Лирический сюжет, образ, ритм, интонация и интерпретация.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5 ч.</w:t>
      </w:r>
      <w:r>
        <w:rPr>
          <w:rFonts w:ascii="Times New Roman" w:hAnsi="Times New Roman" w:eastAsia="Times New Roman"/>
          <w:color w:val="000000"/>
          <w:sz w:val="24"/>
        </w:rPr>
        <w:t xml:space="preserve"> Драма и проза, конфликт, герой, 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Литературный анализ и развитие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эпизода, сопоставление, аргументированный ответ и мини-сочинение.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синтаксический и пунктуационный анализ, преобразование конструкций, аннотация, изложение и рассуждение, анализ драматической сцены или прозаического эпизода, сопоставительное мини-сочинение.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3.10. Модуль 9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завершает системное освоение синтаксиса сложного предложения, обобщает орфографические и пунктуационные способы и развивает самостоятельное аргументированное письмо. В языковую практику включены отдельные задания формата ОГЭ без превращения Программы в курс натаскивания; литературная линия строится вокруг ключевых произведений русской словесности и итогового анализа текста.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Адресат и объём:</w:t>
      </w:r>
      <w:r>
        <w:rPr>
          <w:rFonts w:ascii="Times New Roman" w:hAnsi="Times New Roman" w:eastAsia="Times New Roman"/>
          <w:color w:val="000000"/>
          <w:sz w:val="24"/>
        </w:rPr>
        <w:t xml:space="preserve"> 15–16 лет; 192 часа; 32 недели; 6 занятий в неделю по 40 минут: 3 занятия языковой практики и 3 занятия литературного развития.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«Языковая культура и практика русского языка»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Языковая линия завершает освоение синтаксиса и пунктуации сложного предложения. Обучающиеся различают сложносочинённые, сложноподчинённые, бессоюзные и смешанные конструкции, определяют смысловые отношения между частями, строят схемы, выбирают знаки препинания, работают с прямой и косвенной речью и корректным цитированием. Одновременно обобщаются орфография, синтаксис простого предложения, функциональные разновидности и жанры речи. Значительное место занимают текст, микротемы, сжатие информации, редактирование и сочинение-рассуждение. Отдельные задания соотносятся с форматом ОГЭ, но используются как средство комплексной языковой практики.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Русский национальный язык и формы его существования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Литературный язык, территориальные и социальные варианты, языковая норма.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Текст и информационная переработка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Микротемы, логика, способы связи, тезисы, конспект, сжатое изложение.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Функциональные разновидности и жанры речи — 4 ч.</w:t>
      </w:r>
      <w:r>
        <w:rPr>
          <w:rFonts w:ascii="Times New Roman" w:hAnsi="Times New Roman" w:eastAsia="Times New Roman"/>
          <w:color w:val="000000"/>
          <w:sz w:val="24"/>
        </w:rPr>
        <w:t xml:space="preserve"> Научный, официально-деловой, публицистический и художественный 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Повторение синтаксиса простого предложения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Грамматическая основа, осложнение, синтаксический и пунктуационный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Сложное предложение: общие понятия — 4 ч.</w:t>
      </w:r>
      <w:r>
        <w:rPr>
          <w:rFonts w:ascii="Times New Roman" w:hAnsi="Times New Roman" w:eastAsia="Times New Roman"/>
          <w:color w:val="000000"/>
          <w:sz w:val="24"/>
        </w:rPr>
        <w:t xml:space="preserve"> Смысловые отношения частей, средства связи, интонация, выбор конструкции.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Сложносочинённое предложение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Смысловые отношения, союзы, пунктуация, синтаксическая синонимия.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Сложноподчинённое предложение — 18 ч.</w:t>
      </w:r>
      <w:r>
        <w:rPr>
          <w:rFonts w:ascii="Times New Roman" w:hAnsi="Times New Roman" w:eastAsia="Times New Roman"/>
          <w:color w:val="000000"/>
          <w:sz w:val="24"/>
        </w:rPr>
        <w:t xml:space="preserve"> Виды придаточных, средства связи, схемы, нормы построения и пунктуация.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Сложные предложения с несколькими придаточными — 8 ч.</w:t>
      </w:r>
      <w:r>
        <w:rPr>
          <w:rFonts w:ascii="Times New Roman" w:hAnsi="Times New Roman" w:eastAsia="Times New Roman"/>
          <w:color w:val="000000"/>
          <w:sz w:val="24"/>
        </w:rPr>
        <w:t xml:space="preserve"> Последовательное, однородное и параллельное подчинение; схемы и знаки.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Бессоюзное сложное предложение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Смысловые отношения и выбор запятой, точки с запятой, двоеточия или тире.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Сложные конструкции с разными видами связи — 6 ч.</w:t>
      </w:r>
      <w:r>
        <w:rPr>
          <w:rFonts w:ascii="Times New Roman" w:hAnsi="Times New Roman" w:eastAsia="Times New Roman"/>
          <w:color w:val="000000"/>
          <w:sz w:val="24"/>
        </w:rPr>
        <w:t xml:space="preserve"> Границы частей, моделирование, синтаксический и пунктуационный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Чужая речь, цитирование и диалог — 4 ч.</w:t>
      </w:r>
      <w:r>
        <w:rPr>
          <w:rFonts w:ascii="Times New Roman" w:hAnsi="Times New Roman" w:eastAsia="Times New Roman"/>
          <w:color w:val="000000"/>
          <w:sz w:val="24"/>
        </w:rPr>
        <w:t xml:space="preserve"> Прямая и косвенная речь, способы цитирования, этика использования источника.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Комплексное повторение орфографии и пунктуации — 6 ч.</w:t>
      </w:r>
      <w:r>
        <w:rPr>
          <w:rFonts w:ascii="Times New Roman" w:hAnsi="Times New Roman" w:eastAsia="Times New Roman"/>
          <w:color w:val="000000"/>
          <w:sz w:val="24"/>
        </w:rPr>
        <w:t xml:space="preserve"> Редактирование, объяснение написаний и знаков, комплексный языковой анализ.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отдельных заданий в формате ОГЭ — 8 ч.</w:t>
      </w:r>
      <w:r>
        <w:rPr>
          <w:rFonts w:ascii="Times New Roman" w:hAnsi="Times New Roman" w:eastAsia="Times New Roman"/>
          <w:color w:val="000000"/>
          <w:sz w:val="24"/>
        </w:rPr>
        <w:t xml:space="preserve"> Сжатое изложение, языковой анализ, работа с микротемами и сочинение-рассуждение по тексту.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Содержательная линия «Чтение, работа с текстом и литературное развитие» — 96 часов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Литературная линия строится вокруг ключевых этапов русской словесности: древнерусской литературы, литературы XVIII века, творчества А.С. Грибоедова, А.С. Пушкина, М.Ю. Лермонтова, Н.В. Гоголя, русской прозы и поэзии XIX–XXI веков, произведений о войне и зарубежной литературы. Анализируются род и жанр, историко-культурная основа, драматический и нравственный конфликт, система персонажей, герой времени, образ автора, композиция, мотив, психологизм, сатира и поэтическая форма. Итоговая практика включает сопоставление, интерпретацию, аргументированный ответ и использование литературного материала в самостоятельном высказывании.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Древнерусская словесность — 8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Историко-культурная основа, жанр, образ автора, герой и система ценностей.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литература XVIII века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Классицизм и сентиментализм, гражданская и нравственная проблематика.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А.С. Грибоедов — 12 ч.</w:t>
      </w:r>
      <w:r>
        <w:rPr>
          <w:rFonts w:ascii="Times New Roman" w:hAnsi="Times New Roman" w:eastAsia="Times New Roman"/>
          <w:color w:val="000000"/>
          <w:sz w:val="24"/>
        </w:rPr>
        <w:t xml:space="preserve"> Драматический конфликт, система персонажей, афористичность речи, авторская позиция.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А.С. Пушкин — 14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Лирика, роман в стихах, герой и автор, композиция, культурный контекст.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М.Ю. Лермонтов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Лирика и проза, психологизм, герой времени, композиция и мотив.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Н.В. Гоголь — 10 ч.</w:t>
      </w:r>
      <w:r>
        <w:rPr>
          <w:rFonts w:ascii="Times New Roman" w:hAnsi="Times New Roman" w:eastAsia="Times New Roman"/>
          <w:color w:val="000000"/>
          <w:sz w:val="24"/>
        </w:rPr>
        <w:t xml:space="preserve"> Поэма и драматургия, сатира, композиция, образ дороги, речевая характеристика.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проза и поэзия XIX века — 8 ч.</w:t>
      </w:r>
      <w:r>
        <w:rPr>
          <w:rFonts w:ascii="Times New Roman" w:hAnsi="Times New Roman" w:eastAsia="Times New Roman"/>
          <w:color w:val="000000"/>
          <w:sz w:val="24"/>
        </w:rPr>
        <w:t xml:space="preserve"> Нравственная и социальная проблематика, лирический герой, сопоставление.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Русская литература XX века — 10 ч.</w:t>
      </w:r>
      <w:r>
        <w:rPr>
          <w:rFonts w:ascii="Times New Roman" w:hAnsi="Times New Roman" w:eastAsia="Times New Roman"/>
          <w:color w:val="000000"/>
          <w:sz w:val="24"/>
        </w:rPr>
        <w:t xml:space="preserve"> Человек и эпоха, память, выбор, художественная деталь и авторская позиция.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Литература о войне — 6 ч.</w:t>
      </w:r>
      <w:r>
        <w:rPr>
          <w:rFonts w:ascii="Times New Roman" w:hAnsi="Times New Roman" w:eastAsia="Times New Roman"/>
          <w:color w:val="000000"/>
          <w:sz w:val="24"/>
        </w:rPr>
        <w:t xml:space="preserve"> Историческая память, документальное и художественное начало, нравственный выбор.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Современная русская литература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Подросток и общество, идентичность, ответственность, читательская оценка.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Зарубежная литература — 4 ч.</w:t>
      </w:r>
      <w:r>
        <w:rPr>
          <w:rFonts w:ascii="Times New Roman" w:hAnsi="Times New Roman" w:eastAsia="Times New Roman"/>
          <w:color w:val="000000"/>
          <w:sz w:val="24"/>
        </w:rPr>
        <w:t xml:space="preserve"> Вечные темы, драматический или прозаический конфликт, культурный диалог.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Итоговый литературный практикум — 2 ч.</w:t>
      </w:r>
      <w:r>
        <w:rPr>
          <w:rFonts w:ascii="Times New Roman" w:hAnsi="Times New Roman" w:eastAsia="Times New Roman"/>
          <w:color w:val="000000"/>
          <w:sz w:val="24"/>
        </w:rPr>
        <w:t xml:space="preserve"> Аргументированный ответ, сопоставление и итоговая читательская работа.</w:t>
      </w:r>
    </w:p>
    <w:p>
      <w:pPr>
        <w:pStyle w:val="Heading3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Практические работы и образовательные продукты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Практические продукты модуля: полный синтаксический и пунктуационный анализ сложной конструкции, сжатое изложение, редактирование, сочинение-рассуждение, отдельные задания формата ОГЭ, итоговая интерпретация и сопоставление литературных текстов.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проводится внутри тематических блоков и не выделяется в дополнительную нагрузку. Итоговая работа объединяет языковую и читательскую линии, проверяет применение способов в новом материале и предусматривает возможность содержательной доработки.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100"/>
        <w:gridCol w:w="6920"/>
      </w:tblGrid>
      <w:tr>
        <w:trPr>
          <w:tblHeader w:val="true"/>
          <w:cantSplit/>
        </w:trPr>
        <w:tc>
          <w:tcPr>
            <w:tcW w:type="dxa" w:w="31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Показатель</w:t>
            </w:r>
          </w:p>
        </w:tc>
        <w:tc>
          <w:tcPr>
            <w:tcW w:type="dxa" w:w="6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Начало реализации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01.09.2026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Окончание реализации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28.05.2027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Продолжительность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Осенний перерыв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Зимний перерыв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Февральский перерыв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15.02.2027–21.02.2027; 22–23.02.2027 – неучебные праздничные дни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Весенний перерыв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31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Режим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Занятия по утверждённому расписанию; конкретные дни и время доводятся до родителей до начала периода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Если праздничный или иной неучебный день совпадает с занятием, освоение содержания обеспечивается корректировкой расписания без сокращения общего объёма модуля. Изменение расписания не влечёт перехода к дистанционному обучению.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воспринимать устное высказывание и текст, удерживать тему и задавать уточняющие вопросы;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строить понятное устное высказывание с учётом ситуации и собеседника;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доступные возрасту тексты осмысленно и использовать разные стратегии чтения;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выделять тему, основную мысль, ключевые слова и последовательность событий;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и редактировать небольшие устные и письменные тексты изученных жанров;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освоенные языковые понятия и способы орфографической самопроверки;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обосновывать ответ ссылкой на текст или языковой материал;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работать самостоятельно, в паре и группе, соблюдать правила уважительного обсуждения;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пользоваться книгой, словарём, справочником и проверенным электронным ресурсом;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принимать обратную связь, исправлять ошибку и оценивать собственное продвижение.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0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составлять связное высказывание из 4–6 предложений по картине, событию или серии изображений;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слово и предложение, делить короткие слова на слоги, определять первый и последний звук;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практически различать гласные и согласные звуки, соотносить часть знакомых звуков с буквами;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ориентироваться на листе, выполнять основные графические элементы и соблюдать направление строки;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слушать короткий текст, отвечать на вопросы, восстанавливать последовательность событий;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называть автора и заглавие по обложке, бережно обращаться с книгой.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читать короткие тексты плавно в индивидуально достижимом темпе и понимать их основное содержание;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соотносить изученные звуки и буквы, выполнять простой звуко-буквенный анализ по модели;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писать разборчиво изученные буквы, слова и короткие предложения, списывать с самопроверкой;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обозначать границы предложения, использовать заглавную букву и знак завершения;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слова-названия предметов, признаков и действий на практическом уровне;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пересказывать короткий текст по вопросам или плану и давать простой читательский отклик.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находить в слове изученные орфограммы и применять доступный способ проверки;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корень и родственные слова, узнавать основные части речи в изученном объёме;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определять тему и основную мысль, делить текст на части и составлять простой план;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короткое повествование, описание, письмо или объявление по опоре;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героя и подтверждать ответ эпизодом или деталью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художественный и познавательный текст, находить нужную информацию.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морфемный и морфологический разбор в пределах изученного алгоритма;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определять основные грамматические признаки существительного, прилагательного и глагола;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изученные написания и редактировать ошибки с использованием словаря и памятки;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связный текст по плану, писать краткое изложение и сочинение по наблюдениям;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определять жанр, тему, основную мысль, черты героя и авторское отношение;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сравнивать два текста по теме, жанру или способу изображения.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проводить языковой анализ слова и простого предложения в изученном объёме;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формы существительных, прилагательных, местоимений и глаголов в соответствии с задачей речи;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изученные орфографические и пунктуационные способы при создании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подробный и выборочный пересказ, отзыв, письмо, объявление и небольшое сочинение;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композицию, героя, конфликт и выразительные средства доступного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готовить небольшое сообщение или читательский проект с указанием источников.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текст: тема, микротемы, основная мысль, тип речи и способы связи;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основные понятия фонетики, морфемики, лексикологии, морфологии и синтаксиса;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изученные орфограммы и пунктограммы, редактировать собственный текст;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устное сообщение, изложение, мини-сочинение, отзыв и аргументированный ответ;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литературного героя, сюжет, композицию и авторскую позицию с опорой на текст;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произведения и источники, различать факт, интерпретацию и оценочное суждение.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выделять тему, основную мысль и микротемы, составлять план, подробно и сжато передавать содержание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морфемный, словообразовательный и морфологический анализ в объёме модуля;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распознавать и нормативно употреблять существительные, прилагательные, числительные, местоимения и глаголы;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объяснять изученные орфограммы, пользоваться словарями и редактировать собственное высказывание;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сюжет, композицию, героя, пейзаж, художественную деталь и авторскую позицию;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изложение, рассуждение, отзыв и мини-сочинение с текстовыми доказательствами.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структуру текста, способы связи, тип и функциональную задачу высказывания;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распознавать, образовывать и нормативно употреблять причастия, деепричастия, наречия и слова категории состояния;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служебные части речи и применять связанные с ними орфографические и пунктуационные правила;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выявлять и исправлять грамматические, речевые, орфографические и пунктуационные ошибки;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характеризовать конфликт, систему персонажей, художественную деталь, сатиру и лирического героя;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сжатое изложение, публичное сообщение, сопоставительный ответ и аргументированное мини-сочинение.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выполнять синтаксический анализ словосочетания, простого, односоставного и осложнённого предложения;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осознанно расставлять знаки при однородных и обособленных членах, вводных конструкциях и обращениях;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использовать синтаксическую синонимию и редактировать нарушения связи и согласования;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аннотацию, изложение, рассуждение и текст выбранной функциональной разновидности;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анализировать драматический конфликт, систему персонажей, психологизм, сатиру, образ и символ;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сопоставлять произведения и интерпретации, формулировать доказательный письменный ответ.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5.11.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различать виды сложных предложений, строить схемы и объяснять смысловые отношения между частями;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применять пунктуацию сложносочинённых, сложноподчинённых, бессоюзных и смешанных конструкций;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оформлять прямую и косвенную речь, цитату и ссылку на источник с соблюдением речевой этики;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сжимать исходный текст без искажения микротем, выполнять комплексный языковой анализ и редактирование;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создавать аргументированное сочинение-рассуждение, в том числе выполнять отдельные задания формата ОГЭ;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интерпретировать произведение в историко-культурном контексте, анализировать героя, композицию и авторскую позицию.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Текущий контроль является поддерживающим и проводится в ходе занятий в формах устного ответа, чтения, языкового практикума, диктанта или списывания, работы с текстом, творческой работы, проекта, самостоятельной или контрольной работы. Результаты фиксируются в российской информационной системе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каждом из четырёх учебных периодов педагог планирует набор работ на максимальные 100 баллов. Годовой максимум составляет 400 баллов. Обычные учебные работы оцениваются, как правило, в 5 баллов, более объёмные контрольные, итоговые или проектные работы – в 10 баллов. До начала периода педагог определяет перечень работ и критерии, исходя из возраста, содержания и темпа группы.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Значение «0» в журнале означает, что запланированная работа пока не выполнена, в том числе из-за отсутствия ребёнка, и не является отрицательной отметкой. Обучающемуся предоставляется возможность выполнить или заменить работу в согласованной с педагогом форме. После выполнения техническое значение заменяется фактически набранным баллом.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Индивидуальные результаты доступны обучающемуся, его родителю (законному представителю), педагогу и уполномоченным работникам. Публичное ранжирование и раскрытие результатов другим семьям не допускаются.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каждого модуля проводится итоговая аттестация как внутренняя оценочная процедура. Она не является государственной итоговой аттестацией и не подтверждает уровень начального или основного общего образования.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для модуля 0 – итоговая игровая речевая работа, выполнение заданий на звуковое восприятие и представление читательского мини-проекта;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для модулей 1–4 – комплексная языковая работа, чтение и понимание незнакомого текста, устный или письменный читательский отклик;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для модулей 5–8 – комплексный языковой и текстовый анализ, изложение или иное письменное высказывание, интерпретация литературного текста и защита читательского проекта;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для модуля 9 – комплексная языковая работа, сжатое изложение, сочинение-рассуждение и итоговый анализ литературного произведения или фрагмента.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фактически установленного педагогом максимального количества баллов за год и выполнил итоговую работу не менее чем на 60 процентов от её максимального балла. При наличии невыполненных работ обучающемуся предоставляется разумный срок для доработки до оформления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модуля выдаётся сертификат об освоении модуля дополнительной общеобразовательной общеразвивающей программы. Сертификат является документом, образец которого установлен локальным актом ИП Тарабановой Е.П.; он не является документом об образовании государственного образца и не присваивает квалификацию. При досрочном прекращении обучения либо непрохождении итоговой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Единые критерии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Наблюдаемые проявления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Понимание задания и текста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Ребёнок понимает задачу, выделяет существенную информацию, отвечает по существу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Языковая точность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Использует освоенные понятия и правила; объясняет выбор в доступной возрасту форме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Связность и выразительность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Строит последовательное высказывание, выбирает уместные слова и интонацию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Самостоятельность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Планирует работу, использует опоры, выполняет самопроверку и доработку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Коммуникация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Слушает собеседника, задаёт вопросы, выражает несогласие уважительно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Конкретные оценочные листы и задания формируются педагогом до начала соответствующего учебного периода и хранятся в составе внутреннего учебно-методического комплекта. Задания не должны содержать унижающих, дискриминационных или не связанных с результатами Программы критериев.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карточки и модели для звукового, морфемного, морфологического и синтаксического анализа;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тексты разных жанров для чтения, обсуждения, пересказа и редактирования;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алгоритмы самопроверки, памятки по работе с текстом и словарём;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диагностические, контрольные и итоговые работы по каждому модулю;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читательские дневники, маршрутные листы, проектные задания и критерии презентации;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наглядные, печатные и цифровые материалы, отобранные педагогом в соответствии с возрастом и законом.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установленным законодательством требованиям к осуществлению педагогической деятельности. Распределение модулей и групп закрепляется распорядительным документом ИП Тарабановой Е.П.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 и достаточным освещением;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телевизора, используемые для очной демонстрации учебных 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печатные книги разных жанров и уровней сложности, словари, справочники, плакаты и раздаточные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материалы для письма, моделирования, иллюстрирования и творческой интерпретации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другим законно используемым, проверенным и подходящим по возрасту электронным ресурсам;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условия для хранения работ обучающихся и ведения учёта результатов в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конкретного электронного ресурса допускается только после проверки педагогом содержания, источника и возрастной уместности. Персональные данные обучающихся не размещаются на сторонних ресурсах без предусмотренного законом основания.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Воспитательная составляющая интегрирована в содержание и способы взаимодействия на каждом занятии. Она направлена на уважение достоинства человека, интерес к языку и чтению, ответственное отношение к слову, культурному наследию и информации, способность сотрудничать и разрешать разногласия без унижения и агрессии.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обсуждение нравственного выбора героя без навязывания ребёнку личных признаний;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знакомство с культурным и языковым многообразием народов Российской Федерации;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правила безопасного и ответственного обращения с книгой, информацией и цифровым источником;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проектные и читательские события, где ценятся вклад, самостоятельность и уважительный отклик;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поддержка семейного чтения и добровольного обмена рекомендациями о книгах.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Календарно-тематическое планирование содержит полный тематический состав и понедельное распределение на 32 учебные недели. Педагог вправе изменять последовательность отдельных тем и распределение часов внутри тематического блока с учётом темпа группы, календаря и образовательных потребностей, если сохраняются общий объём, недельная нагрузка, две содержательные линии и планируемые результаты модуля.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10.1. Модуль 0: 6–7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192 часа; 32 недели; 6 занятий в неделю по 30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РАЗВИТИЕ РЕЧИ И ПОДГОТОВКА К ГРАМОТЕ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Вводные занятия. Общение в группе, правила диалога и работы с материалами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Речевые игры, парная работа, педагогическое наблюдение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Словарь ребёнка. Называние, описание и группировка предметов и признаков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Описание картинок и предметов, словесные классификации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слово. Границы высказывания, последовательность слов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Моделирование предложений, составление высказываний по ситуации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Звуки окружающего мира и звуки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Слуховые игры, различение неречевых и речевых звуков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Гласные и согласные звуки: практическое различение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Артикуляционные наблюдения, звуковые игры, символические модели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Слог, ритм и словесное ударение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Деление слов на слоги, ритмические и двигательные упражнения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Место звука в слове. Элементарный звуковой анализ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Определение первого, последнего и заданного звука; звуковые схемы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Буква как знак звука. Узнавание и различение графических образов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Работа с карточками, буквенными конструкторами и игровыми заданиями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Подготовка руки к письму. Линии, элементы, пространственная ориентация на листе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Графические дорожки, штриховка, узоры, работа по образцу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Связная речь: рассказ, описание, пересказ по опорам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Устные рассказы, пересказ с картинным планом, речевая самооценка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Итоговая речевая и звуковая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Индивидуальные игровые задания и мини-проект «Моя книга слов»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СЛУШАНИЕ И РАБОТА С ТЕКСТОМ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Книга и слушатель. Обложка, название, автор, иллюстрация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Рассматривание книг, прогнозирование содержания, беседа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Малые фольклорные жанры: потешки, считалки, загадки, пословицы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Слушание, разыгрывание, подбор ритма и интонации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Народные и авторские сказки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Слушание, последовательность событий, герои и их поступки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Стихи для детей: ритм, рифма, настроение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Выразительное проговаривание, иллюстрирование, чтение наизусть по желанию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Рассказы о детях, семье, дружбе и взаимопомощи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Ответы на вопросы, обсуждение поступков, восстановление сюжета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Тексты о природе и животных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Слушание, наблюдение, словесное рисование, различение факта и вымысла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Познавательный текст для дошкольника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Поиск ответа в коротком тексте, работа с иллюстрацией и подписью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Творческая интерпретация текста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Драматизация, коллаж, устное продолжение истории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Итоговое читательское событие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Презентация любимой книги и итоговая беседа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Вводные занятия. Общение в группе, правила диалога и работы с материалами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Книга и слушатель. Обложка, название, автор, иллюстрация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Речевые игры, парная работа, педагогическое наблюдение. Рассматривание книг, прогнозирование содержания, беседа.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Вводные занятия. Общение в группе, правила диалога и работы с материалами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Книга и слушатель. Обложка, название, автор, иллюстрация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Речевые игры, парная работа, педагогическое наблюдение. Рассматривание книг, прогнозирование содержания, беседа.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Словарь ребёнка. Называние, описание и группировка предметов и признаков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Книга и слушатель. Обложка, название, автор, иллюстрация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 картинок и предметов, словесные классификации. Рассматривание книг, прогнозирование содержания, беседа.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Словарь ребёнка. Называние, описание и группировка предметов и признаков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жанры: потешки, считалки, загадки, пословицы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 картинок и предметов, словесные классификации. Слушание, разыгрывание, подбор ритма и интонации.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Словарь ребёнка. Называние, описание и группировка предметов и признаков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жанры: потешки, считалки, загадки, пословицы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 картинок и предметов, словесные классификации. Слушание, разыгрывание, подбор ритма и интонации.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слово. Границы высказывания, последовательность слов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жанры: потешки, считалки, загадки, пословицы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предложений, составление высказываний по ситуации. Слушание, разыгрывание, подбор ритма и интонации.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слово. Границы высказывания, последовательность слов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жанры: потешки, считалки, загадки, пословицы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предложений, составление высказываний по ситуации. Слушание, разыгрывание, подбор ритма и интонации.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слово. Границы высказывания, последовательность слов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предложений, составление высказываний по ситуации. Слушание, последовательность событий, герои и их поступки.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окружающего мира и звуки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Слуховые игры, различение неречевых и речевых звуков. Слушание, последовательность событий, герои и их поступки.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окружающего мира и звуки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Слуховые игры, различение неречевых и речевых звуков. Слушание, последовательность событий, герои и их поступки.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окружающего мира и звуки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Слуховые игры, различение неречевых и речевых звуков. Слушание, последовательность событий, герои и их поступки.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Гласные и согласные звуки: практическое различение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Артикуляционные наблюдения, звуковые игры, символические модели. Слушание, последовательность событий, герои и их поступки.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Гласные и согласные звуки: практическое различение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Народные и авторские сказки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Артикуляционные наблюдения, звуковые игры, символические модели. Слушание, последовательность событий, герои и их поступки.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Гласные и согласные звуки: практическое различение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Стихи для детей: ритм, рифма, настроение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Артикуляционные наблюдения, звуковые игры, символические модели. Выразительное проговаривание, иллюстрирование, чтение наизусть по желанию.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Гласные и согласные звуки: практическое различение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Стихи для детей: ритм, рифма, настроение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Артикуляционные наблюдения, звуковые игры, символические модели. Выразительное проговаривание, иллюстрирование, чтение наизусть по желанию.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Слог, ритм и словесное ударение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Стихи для детей: ритм, рифма, настроение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Деление слов на слоги, ритмические и двигательные упражнения. Выразительное проговаривание, иллюстрирование, чтение наизусть по желанию.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Слог, ритм и словесное ударение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Стихи для детей: ритм, рифма, настроение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Деление слов на слоги, ритмические и двигательные упражнения. Выразительное проговаривание, иллюстрирование, чтение наизусть по желанию.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Слог, ритм и словесное ударение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Рассказы о детях, семье, дружбе и взаимопомощи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Деление слов на слоги, ритмические и двигательные упражнения. Ответы на вопросы, обсуждение поступков, восстановление сюжета.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 звука в слове. Элементарный звуковой анализ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Рассказы о детях, семье, дружбе и взаимопомощи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 первого, последнего и заданного звука; звуковые схемы. Ответы на вопросы, обсуждение поступков, восстановление сюжета.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 звука в слове. Элементарный звуковой анализ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Рассказы о детях, семье, дружбе и взаимопомощи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 первого, последнего и заданного звука; звуковые схемы. Ответы на вопросы, обсуждение поступков, восстановление сюжета.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 звука в слове. Элементарный звуковой анализ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Рассказы о детях, семье, дружбе и взаимопомощи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 первого, последнего и заданного звука; звуковые схемы. Ответы на вопросы, обсуждение поступков, восстановление сюжета.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 звука в слове. Элементарный звуковой анализ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Рассказы о детях, семье, дружбе и взаимопомощи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Определение первого, последнего и заданного звука; звуковые схемы. Ответы на вопросы, обсуждение поступков, восстановление сюжета.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как знак звука. Узнавание и различение графических образов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природе и животных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Работа с карточками, буквенными конструкторами и игровыми заданиями. Слушание, наблюдение, словесное рисование, различение факта и вымысла.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как знак звука. Узнавание и различение графических образов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природе и животных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Работа с карточками, буквенными конструкторами и игровыми заданиями. Слушание, наблюдение, словесное рисование, различение факта и вымысла.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как знак звука. Узнавание и различение графических образов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природе и животных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Работа с карточками, буквенными конструкторами и игровыми заданиями. Слушание, наблюдение, словесное рисование, различение факта и вымысла.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как знак звука. Узнавание и различение графических образов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природе и животных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Работа с карточками, буквенными конструкторами и игровыми заданиями. Слушание, наблюдение, словесное рисование, различение факта и вымысла.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Подготовка руки к письму. Линии, элементы, пространственная ориентация на листе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Познавательный текст для дошкольника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Графические дорожки, штриховка, узоры, работа по образцу. Поиск ответа в коротком тексте, работа с иллюстрацией и подписью.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Подготовка руки к письму. Линии, элементы, пространственная ориентация на листе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Познавательный текст для дошкольника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Графические дорожки, штриховка, узоры, работа по образцу. Поиск ответа в коротком тексте, работа с иллюстрацией и подписью.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Подготовка руки к письму. Линии, элементы, пространственная ориентация на листе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Познавательный текст для дошкольника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Графические дорожки, штриховка, узоры, работа по образцу. Поиск ответа в коротком тексте, работа с иллюстрацией и подписью.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Связная речь: рассказ, описание, пересказ по опорам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Творческая интерпретация текста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Устные рассказы, пересказ с картинным планом, речевая самооценка. Драматизация, коллаж, устное продолжение истории.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Связная речь: рассказ, описание, пересказ по опорам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Творческая интерпретация текста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Устные рассказы, пересказ с картинным планом, речевая самооценка. Драматизация, коллаж, устное продолжение истории.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речевая и звуковая работа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Итоговое читательское событие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Индивидуальные игровые задания и мини-проект «Моя книга слов». Презентация любимой книги и итоговая беседа.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10.2. Модуль 1: 7–8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неделю; 35 минут с сентября по декабрь, 40 минут с января по май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Язык, речь и правила уважительного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Диалог, речевые ситуации, стартовое наблюдение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Слово и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Составление и моделирование предложений, выделение слов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Звуки речи. Гласные и согласные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Слуховой и артикуляционный анализ, звуковые схемы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Буква и звук. Алфавитный принцип письма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Соотнесение звуков и букв, чтение слогов и слов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Слоговое чтение и письмо слов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Чтение, письмо, звуко-буквенное моделирование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Начертание букв, соединения и разборчивое письмо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Письмо по образцу, списывание, самопроверка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Начальные орфографические правила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Практикумы по написанию слов и предложений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Алфавит. Словари и упорядочение слов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Алфавитные задания, работа с детским словарём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слова. Слова близкие и противоположные по смыслу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Словарные игры, выбор слова по контексту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Слова-названия предметов, признаков и действий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Классификация и использование слов в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текст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Границы предложений, тема, последовательность, заголовок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устной и письменной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Короткие рассказы, подписи, поздравления, восстановление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и итоговая языковая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Практическая работа и индивидуальная беседа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Чтение в период освоения грамоты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Слоговое и плавное чтение, понимание прочитанного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Малые фольклорные жанры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Чтение, интонация, смысл пословиц и загадок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Народная и авторская сказка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герой, поступок, сравнение версий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детях, семье и дружбе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Чтение и обсуждение, вопросы к тексту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родной природе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Выразительное чтение, словесное рисование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животных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Художественный и познавательный текст, главная мысль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Стихотворная речь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Ритм, рифма, настроение,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Чудеса, фантазия и юмор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Творческое чтение, инсценирование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Культура работы с книгой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Обложка, оглавление, автор, выбор книги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Итоговый читательский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Устная презентация книги и работа с незнакомым текстом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Язык, речь и правила уважительного общения / Слово и предложение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Диалог, речевые ситуации, стартовое наблюдение; Составление и моделирование предложений, выделение слов.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 и предложение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Составление и моделирование предложений, выделение слов.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 и предложение / Звуки речи. Гласные и согласные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Составление и моделирование предложений, выделение слов; Слуховой и артикуляционный анализ, звуковые схемы.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речи. Гласные и согласные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Слуховой и артикуляционный анализ, звуковые схемы.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речи. Гласные и согласные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Слуховой и артикуляционный анализ, звуковые схемы.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речи. Гласные и согласные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Слуховой и артикуляционный анализ, звуковые схемы.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Звуки речи. Гласные и согласные / Буква и звук. Алфавитный принцип письма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Слуховой и артикуляционный анализ, звуковые схемы; Соотнесение звуков и букв, чтение слогов и слов.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и звук. Алфавитный принцип письма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Соотнесение звуков и букв, чтение слогов и слов. Слоговое и плавное чтение, понимание прочитанного.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и звук. Алфавитный принцип письма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Соотнесение звуков и букв, чтение слогов и слов.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Буква и звук. Алфавитный принцип письма / 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 в период освоения грамоты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Соотнесение звуков и букв, чтение слогов и слов; Чтение, письмо, звуко-буквенное моделирование. Слоговое и плавное чтение, понимание прочитанного.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моделирование. Чтение, интонация, смысл пословиц и загадок.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моделирование. Чтение, интонация, смысл пословиц и загадок.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Малые фольклорные жанры / Народная и авторская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моделирование. Чтение, интонация, смысл пословиц и загадок; Сюжет, герой, поступок, сравнение версий.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Народная и авторская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моделирование. Сюжет, герой, поступок, сравнение версий.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Народная и авторская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моделирование. Сюжет, герой, поступок, сравнение версий.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Слоговое чтение и письмо слов / Начертание букв, соединения и разборчивое письмо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Народная и авторская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Чтение, письмо, звуко-буквенное моделирование; Письмо по образцу, списывание, самопроверка. Сюжет, герой, поступок, сравнение версий.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Начертание букв, соединения и разборчивое письмо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детях, семье и дружбе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Письмо по образцу, списывание, самопроверка. Чтение и обсуждение, вопросы к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Начертание букв, соединения и разборчивое письмо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детях, семье и дружбе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Письмо по образцу, списывание, самопроверка. Чтение и обсуждение, вопросы к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Начертание букв, соединения и разборчивое письмо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детях, семье и дружбе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Письмо по образцу, списывание, самопроверка. Чтение и обсуждение, вопросы к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Начертание букв, соединения и разборчивое письмо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детях, семье и дружбе / Произведения о родной природе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Письмо по образцу, списывание, самопроверка. Чтение и обсуждение, вопросы к тексту; Выразительное чтение, словесное рисование.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Начертание букв, соединения и разборчивое письмо / Начальные орфографические правила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родной природе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Письмо по образцу, списывание, самопроверка; Практикумы по написанию слов и предложений. Выразительное чтение, словесное рисование.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Начальные орфографические правила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родной природе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Практикумы по написанию слов и предложений. Выразительное чтение, словесное рисование.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Начальные орфографические правила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животных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Практикумы по написанию слов и предложений. Художественный и познавательный текст, главная мысль.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Начальные орфографические правила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животных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Практикумы по написанию слов и предложений. Художественный и познавательный текст, главная мысль.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Алфавит. Словари и упорядочение слов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животных / Стихотворная речь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Алфавитные задания, работа с детским словарём. Художественный и познавательный текст, главная мысль; Ритм, рифма, настроение,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Алфавит. Словари и упорядочение слов / Значение слова. Слова близкие и противоположные по смыслу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Стихотворная речь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Алфавитные задания, работа с детским словарём; Словарные игры, выбор слова по контексту. Ритм, рифма, настроение,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слова. Слова близкие и противоположные по смыслу / Слова-названия предметов, признаков и действий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Стихотворная речь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Словарные игры, выбор слова по контексту; Классификация и использование слов в речи. Ритм, рифма, настроение,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Слова-названия предметов, признаков и действий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Стихотворная речь / Чудеса, фантазия и юмор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Классификация и использование слов в речи. Ритм, рифма, настроение, выразительное чтение; Творческое чтение, инсценирование.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текст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Чудеса, фантазия и юмор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Границы предложений, тема, последовательность, заголовок. Творческое чтение, инсценирование.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текст / 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Чудеса, фантазия и юмор / Культура работы с книгой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Границы предложений, тема, последовательность, заголовок; Короткие рассказы, подписи, поздравления, восстановление текста. Творческое чтение, инсценирование; Обложка, оглавление, автор, выбор книги.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Культура работы с книгой / 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Короткие рассказы, подписи, поздравления, восстановление текста. Обложка, оглавление, автор, выбор книги; Устная презентация книги и работа с незнакомым текстом.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 / Повторение и итоговая языковая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Короткие рассказы, подписи, поздравления, восстановление текста; Практическая работа и индивидуальная беседа. Устная презентация книги и работа с незнакомым текстом.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10.3. Модуль 2: 8–9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Язык и речь. Ситуация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Речевые ситуации, выбор формы обращения, стартовая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Фонетика, графика и орфоэпия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Звуко-буквенный анализ, произносительные упражнения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Лексическое значение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Толкование по контексту, синонимы и антонимы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Текст: тема, основная мысль, части и заголовок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Анализ и восстановление текста, составление плана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его грамматическая основа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Моделирование и распространение предложений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Состав слова. Родственные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Корень, однокоренные слова, словообразовательные наблюдения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Орфографическая практика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Безударные гласные, парные согласные, разделительные знаки, перенос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существительное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Значение, вопросы, число и употребление в тексте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прилагательное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Связь с существительным, точность описания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Глагол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действия, число и время в доступном объёме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Местоимения и предлоги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Устранение повторов, раздельное написание предлогов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Изложение по вопросам, рассказ по плану, письмо и объявление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Комплексные практические задания, редактирование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Тексты о Родине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Чтение, беседа, работа с ключевыми словами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Устное народное творчество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Жанры фольклора, сравнение,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Осень в стихах и прозе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Образные слова, настроение, наблюдение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Дети, дружба и нравственный выбор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Характер героя, причины поступков, дискуссия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Мир сказок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Народная и литературная сказка, план событий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Зима в художественном тексте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Сравнение стихотворения и прозы, иллюстрирование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животные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Сопоставление художественного и познавательного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Весна и лето в литературе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Выразительное чтение, словесное 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Семья и близкие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Основная мысль, личный отклик, уважительный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детская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Персонаж, сюжет, культурный контекст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Книга, справочник и электронный источник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Поиск сведений, авторство и проверка источника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Читательские проекты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Отзыв, презентация, работа с новым текстом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Язык и речь. Ситуация общения / Фонетика, графика и орфоэпия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Родине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Речевые ситуации, выбор формы обращения, стартовая работа; Звуко-буквенный анализ, произносительные упражнения. Чтение, беседа, работа с ключевыми словами.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Фонетика, графика и орфоэпия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Тексты о Родине / 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Звуко-буквенный анализ, произносительные упражнения. Чтение, беседа, работа с ключевыми словами; Жанры фольклора, сравнение,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Фонетика, графика и орфоэпия / Лексическое значение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Звуко-буквенный анализ, произносительные упражнения; Толкование по контексту, синонимы и антонимы. Жанры фольклора, сравнение,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Лексическое значение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Толкование по контексту, синонимы и антонимы. Жанры фольклора, сравнение,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Лексическое значение слова / Текст: тема, основная мысль, части и заголовок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Толкование по контексту, синонимы и антонимы; Анализ и восстановление текста, составление плана. Жанры фольклора, сравнение,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Текст: тема, основная мысль, части и заголовок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Осень в стихах и прозе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Анализ и восстановление текста, составление плана. Образные слова, настроение, наблюдение.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Текст: тема, основная мысль, части и заголовок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Осень в стихах и прозе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Анализ и восстановление текста, составление плана. Образные слова, настроение, наблюдение.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Текст: тема, основная мысль, части и заголовок / Предложение и его грамматическая основа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Дети, дружба и нравственный выбор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Анализ и восстановление текста, составление плана; Моделирование и распространение предложений. Характер героя, причины поступков, дискуссия.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его грамматическая основа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Дети, дружба и нравственный выбор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и распространение предложений. Характер героя, причины поступков, дискуссия.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его грамматическая основа / Состав слова. Родственные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Дети, дружба и нравственный выбор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 и распространение предложений; Корень, однокоренные слова, словообразовательные наблюдения. Характер героя, причины поступков, дискуссия.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слова. Родственные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Мир сказок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однокоренные слова, словообразовательные наблюдения. Народная и литературная сказка, план событий.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слова. Родственные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Мир сказок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однокоренные слова, словообразовательные наблюдения. Народная и литературная сказка, план событий.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слова. Родственные слова / Орфографическая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Мир сказок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однокоренные слова, словообразовательные наблюдения; Безударные гласные, парные согласные, разделительные знаки, перенос. Народная и литературная сказка, план событий.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Орфографическая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Мир сказок / Зима в художественном тексте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Безударные гласные, парные согласные, разделительные знаки, перенос. Народная и литературная сказка, план событий; Сравнение стихотворения и прозы, иллюстрирование.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Орфографическая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Зима в художественном тексте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Безударные гласные, парные согласные, разделительные знаки, перенос. Сравнение стихотворения и прозы, иллюстрирование.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Орфографическая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Зима в художественном тексте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Безударные гласные, парные согласные, разделительные знаки, перенос. Сравнение стихотворения и прозы, иллюстрирование.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Орфографическая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Безударные гласные, парные согласные, разделительные знаки, перенос. Сопоставление художественного и познавательного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Орфографическая практика / 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Безударные гласные, парные согласные, разделительные знаки, перенос; Значение, вопросы, число и употребление в тексте. Сопоставление художественного и познавательного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Значение, вопросы, число и употребление в тексте. Сопоставление художественного и познавательного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 / Весна и лето в литературе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Значение, вопросы, число и употребление в тексте. Сопоставление художественного и познавательного текста; Выразительное чтение, словесное описание.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 / 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Весна и лето в литературе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Значение, вопросы, число и употребление в тексте; Связь с существительным, точность описания. Выразительное чтение, словесное описание.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Весна и лето в литературе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Связь с существительным, точность описания. Выразительное чтение, словесное описание.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 / 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Семья и близкие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Связь с существительным, точность описания; Значение действия, число и время в доступном объёме. Основная мысль, личный отклик, уважительный диалог.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Семья и близкие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действия, число и время в доступном объёме. Основная мысль, личный отклик, уважительный диалог.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Семья и близкие / Зарубежная детская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действия, число и время в доступном объёме. Основная мысль, личный отклик, уважительный диалог; Персонаж, сюжет,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 / Местоимения и предлоги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детская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действия, число и время в доступном объёме; Устранение повторов, раздельное написание предлогов. Персонаж, сюжет,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Местоимения и предлоги / Развитие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детская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Устранение повторов, раздельное написание предлогов; Изложение по вопросам, рассказ по плану, письмо и объявление. Персонаж, сюжет,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Книга, справочник и электронный источник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 по вопросам, рассказ по плану, письмо и объявление. Поиск сведений, авторство и проверка источника.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Книга, справочник и электронный источник / Читательские проекты и итоговая работа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 по вопросам, рассказ по плану, письмо и объявление. Поиск сведений, авторство и проверка источника; Отзыв, презентация, работа с новым текстом.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 / 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Читательские проекты и итоговая работа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 по вопросам, рассказ по плану, письмо и объявление; Комплексные практические задания, редактирование текста. Отзыв, презентация, работа с новым текстом.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Читательские проекты и итоговая работа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практические задания, редактирование текста. Отзыв, презентация, работа с новым текстом.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Читательские проекты и итоговая работа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практические задания, редактирование текста. Отзыв, презентация, работа с новым текстом.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10.4. Модуль 3: 9–10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Язык, речь и культура общения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Речевые нормы, диалог, стартовая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 и функционально-смысловые типы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Описание, повествование, рассуждение в простых случаях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словосочетание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Главные и второстепенные члены, связи слов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Лексическое значение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Прямое и переносное значение, словарная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Состав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Корень, приставка, суффикс, окончание, модели слов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Орфограммы в корне и других частях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Обнаружение, объяснение и проверка написаний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существительное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Род, число, падеж, склонение в практической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прилагательное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Род, число, падеж, согласование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Местоимение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Личные местоимения и связность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Глагол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Время, число, род в прошедшем времени, роль в тексте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Интегрированная орфографическая и пунктуационная практика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Диктанты с самопроверкой, редактирование, объяснение выбора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устной и письменной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План, изложение, сочинение по наблюдениям, речевые жанры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Комплексная работа с языковым материалом и текстом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Родина и страницы её истории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Художественный и познавательный текст, ключевые события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Фольклор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Жанровые признаки, выразительное чтение, сравнение текстов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Басни И.А. Крылова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Аллегория, мораль,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А.С. Пушкина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образ, поэтическая речь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Природа в литературе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Пейзаж, настроение, художественные средства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Л.Н. Толстого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Герой, поступок, авторская позиция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Литературная сказка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Авторский замысел, фантастика и реальность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Природа в литературе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Сравнение авторских способов изображения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животные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Проблемный вопрос, доказательный ответ по тексту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детях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Характер, конфликт, дружба и ответственность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Юмористические произведения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Комическая ситуация, интонация, языковая игра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герой, сопоставление культурных контекстов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Библиографическая и информационная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Каталог, словарь, справочник, электронный поиск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Итоговый читательский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Отзыв, презентация и анализ незнакомого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Язык, речь и культура общения / Текст и функционально-смысловые типы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Родина и страницы её истории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Речевые нормы, диалог, стартовая работа; Описание, повествование, рассуждение в простых случаях. Художественный и познавательный текст, ключевые события.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функционально-смысловые типы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Родина и страницы её истории / 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Описание, повествование, рассуждение в простых случаях. Художественный и познавательный текст, ключевые события; Жанровые признаки, выразительное чтение, сравнение 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функционально-смысловые типы речи / Предложение и словосочетание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Описание, повествование, рассуждение в простых случаях; Главные и второстепенные члены, связи слов. Жанровые признаки, выразительное чтение, сравнение 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словосочетание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и второстепенные члены, связи слов. Жанровые признаки, выразительное чтение, сравнение 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словосочетание / Лексическое значение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и второстепенные члены, связи слов; Прямое и переносное значение, словарная работа. Жанровые признаки, выразительное чтение, сравнение 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Лексическое значение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Басни И.А. Крылова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Прямое и переносное значение, словарная работа. Аллегория, мораль,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Басни И.А. Крылова / 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приставка, суффикс, окончание, модели слов. Аллегория, мораль, выразительное чтение; Сюжет, образ, поэтическая речь.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Корень, приставка, суффикс, окончание, модели слов. Сюжет, образ, поэтическая речь.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Орфограммы в корне и других частях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 / Природа в литературе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Обнаружение, объяснение и проверка написаний. Сюжет, образ, поэтическая речь; Пейзаж, настроение, художественные средства.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Орфограммы в корне и других частях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Обнаружение, объяснение и проверка написаний. Пейзаж, настроение, художественные средства.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Орфограммы в корне и других частях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XIX века / Произведения Л.Н. Толстого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Обнаружение, объяснение и проверка написаний. Пейзаж, настроение, художественные средства; Герой, поступок,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Орфограммы в корне и других частях слова / 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Л.Н. Толстого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Обнаружение, объяснение и проверка написаний; Род, число, падеж, склонение в практической речи. Герой, поступок,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Л.Н. Толстого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склонение в практической речи. Герой, поступок,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склонение в практической речи. Авторский замысел, фантастика и реальность.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склонение в практической речи. Авторский замысел, фантастика и реальность.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 / 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Литературная сказка / Природа в литературе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склонение в практической речи; Род, число, падеж, согласование. Авторский замысел, фантастика и реальность; Сравнение авторских способов изображения.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согласование. Сравнение авторских способов изображения.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XX века / 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согласование. Сравнение авторских способов изображения; Проблемный вопрос,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 / Местоимение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Род, число, падеж, согласование; Личные местоимения и связность текста. Проблемный вопрос,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Местоимение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местоимения и связность текста. Проблемный вопрос,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животные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Время, число, род в прошедшем времени, роль в тексте. Проблемный вопрос,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Время, число, род в прошедшем времени, роль в тексте. Характер, конфликт, дружба и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Время, число, род в прошедшем времени, роль в тексте. Характер, конфликт, дружба и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Время, число, род в прошедшем времени, роль в тексте. Характер, конфликт, дружба и ответственность.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Интегрированная орфографическая и пунктуационная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Диктанты с самопроверкой, редактирование, объяснение выбора. Характер, конфликт, дружба и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Интегрированная орфографическая и пунктуационная практика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Юмористические произведения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Диктанты с самопроверкой, редактирование, объяснение выбора. Комическая ситуация, интонация, языковая игра.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Интегрированная орфографическая и пунктуационная практика / 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Юмористические произведения / 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Диктанты с самопроверкой, редактирование, объяснение выбора; План, изложение, сочинение по наблюдениям, речевые жанры. Комическая ситуация, интонация, языковая игра; Сюжет, герой, сопоставление культурных контекстов.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План, изложение, сочинение по наблюдениям, речевые жанры. Сюжет, герой, сопоставление культурных контекстов.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План, изложение, сочинение по наблюдениям, речевые жанры. Сюжет, герой, сопоставление культурных контекстов.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Библиографическая и информационная культура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План, изложение, сочинение по наблюдениям, речевые жанры. Каталог, словарь, справочник, электронный поиск.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Библиографическая и информационная культура / 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работа с языковым материалом и текстом. Каталог, словарь, справочник, электронный поиск; Отзыв, презентация и анализ незнакомого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работа с языковым материалом и текстом. Отзыв, презентация и анализ незнакомого текста.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10.5. Модуль 4: 10–11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Русский язык как средство общения и культуры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Речевые ситуации, норма и вариативность, стартовая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Текст, тема, основная мысль и структура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План, абзац, тип речи, редактирование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словосочетание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Синтаксические связи и разбор простого предложения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Однородные члены и сложные по структуре высказывания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Моделирование, интонация, постановка знаков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Лексика и состав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Синонимия, антонимия, морфемный анализ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существительное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Склонение, падежные формы, употребление и написание окончаний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прилагательное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Согласование, падежные формы, выразительность описания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Личные местоимения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Лицо, число, употребление и предупреждение речевых повторов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Глагол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Неопределённая форма, время, лицо, число, спряжение в практическом объёме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Орфография и пунктуация в тексте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Комплексные практикумы, объяснение и самопроверка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устной и письменной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Изложение, сочинение, письмо, объявление, отзыв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Комплексная языковая работа и редактирование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Родина и героические страницы истории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Историко-культурный контекст, факты и художественный образ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Фольклор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Жанры, композиция, особенности устной традиции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Басни И.А. Крылова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Аллегория, мораль, авторская и читательская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А.С. Пушкина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Поэтическая и прозаическая речь, образ героя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М.Ю. Лермонтова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Лирическое высказывание, тема и настроение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Литературная сказка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авторская позиция, фантастическое допущение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Природа в литературе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Образные средства и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Л.Н. Толстого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Нравственная проблема и доказательный ответ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Природа в литературе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Сопоставление текстов и авторских наблюдений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Животные и родная природа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Художественный и научно-популярный 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детях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Конфликт, развитие характера, ответственность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Пьеса и театральный текст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Реплика, ремарка, чтение по ролям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Юмористические произведения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Комическое, языковые средства, инсценирование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культурный контекст, сопоставление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Библиографическая и информационная культура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Выбор источника, аннотация, отзыв, проверка сведений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Итоговый читательский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Исследовательская мини-работа и анализ нового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язык как средство общения и культуры / Текст, тема, основная мысль и структура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Родина и героические страницы истории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Речевые ситуации, норма и вариативность, стартовая работа; План, абзац, тип речи, редактирование. Историко-культурный контекст, факты и художественный образ.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тема, основная мысль и структура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Родина и героические страницы истории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План, абзац, тип речи, редактирование. Историко-культурный контекст, факты и художественный образ.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тема, основная мысль и структура / Предложение и словосочетание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Родина и героические страницы истории / 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План, абзац, тип речи, редактирование; Синтаксические связи и разбор простого предложения. Историко-культурный контекст, факты и художественный образ; Жанры, композиция, особенности устной традиции.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словосочетание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Синтаксические связи и разбор простого предложения. Жанры, композиция, особенности устной традиции.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словосочетание / Однородные члены и сложные по структуре высказывания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Синтаксические связи и разбор простого предложения; Моделирование, интонация, постановка знаков. Жанры, композиция, особенности устной традиции.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Однородные члены и сложные по структуре высказывания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 / Басни И.А. Крылова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Моделирование, интонация, постановка знаков. Жанры, композиция, особенности устной традиции; Аллегория, мораль, авторская и читательская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Однородные члены и сложные по структуре высказывания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Басни И.А. Крылова / 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Моделирование, интонация, постановка знаков. Аллегория, мораль, авторская и читательская оценка; Поэтическая и прозаическая речь, образ героя.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Однородные члены и сложные по структуре высказывания / Лексика и состав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Моделирование, интонация, постановка знаков; Синонимия, антонимия, морфемный анализ. Поэтическая и прозаическая речь, образ героя.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Лексика и состав слова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Синонимия, антонимия, морфемный анализ. Поэтическая и прозаическая речь, образ героя.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Лексика и состав слова / 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 / Произведения М.Ю. Лермонтова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Синонимия, антонимия, морфемный анализ; Склонение, падежные формы, употребление и написание окончаний. Поэтическая и прозаическая речь, образ героя; Лирическое высказывание, тема и настроение.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М.Ю. Лермонтова / Литературная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Склонение, падежные формы, употребление и написание окончаний. Лирическое высказывание, тема и настроение; Сюжет, авторская позиция, фантастическое допущение.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Литературная сказка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Склонение, падежные формы, употребление и написание окончаний. Сюжет, авторская позиция, фантастическое допущение.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Литературная сказка / Природа в литературе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Склонение, падежные формы, употребление и написание окончаний. Сюжет, авторская позиция, фантастическое допущение; Образные средства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 / 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Склонение, падежные формы, употребление и написание окончаний; Согласование, падежные формы, выразительность описания. Образные средства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XIX века / Произведения Л.Н. Толстого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Согласование, падежные формы, выразительность описания. Образные средства и выразительное чтение; Нравственная проблема и доказательный ответ.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Л.Н. Толстого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Согласование, падежные формы, выразительность описания. Нравственная проблема и доказательный ответ.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 / Личные местоимения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Согласование, падежные формы, выразительность описания; Лицо, число, употребление и предупреждение речевых повторов. Сопоставление текстов и авторских наблюдений.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местоимения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Природа в литературе XX века / Животные и родная природа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Лицо, число, употребление и предупреждение речевых повторов. Сопоставление текстов и авторских наблюдений; Художественный и научно-популярный 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местоимения / 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Животные и родная природа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Лицо, число, употребление и предупреждение речевых повторов; Неопределённая форма, время, лицо, число, спряжение в практическом объёме. Художественный и научно-популярный 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Животные и родная природа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Неопределённая форма, время, лицо, число, спряжение в практическом объёме. Художественный и научно-популярный 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Животные и родная природа / 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Неопределённая форма, время, лицо, число, спряжение в практическом объёме. Художественный и научно-популярный текст; Конфликт, развитие характера,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Неопределённая форма, время, лицо, число, спряжение в практическом объёме. Конфликт, развитие характера,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детях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Неопределённая форма, время, лицо, число, спряжение в практическом объёме. Конфликт, развитие характера, ответственность.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 / Орфография и пунктуация в тексте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Пьеса и театральный текст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Неопределённая форма, время, лицо, число, спряжение в практическом объёме; Комплексные практикумы, объяснение и самопроверка. Реплика, ремарка, чтение по ролям.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Орфография и пунктуация в тексте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Пьеса и театральный текст / Юмористические произведения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практикумы, объяснение и самопроверка. Реплика, ремарка, чтение по ролям; Комическое, языковые средства, инсценирование.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Орфография и пунктуация в тексте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Юмористические произведения / 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практикумы, объяснение и самопроверка. Комическое, языковые средства, инсценирование; Сюжет, культурный контекст, сопоставление.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Орфография и пунктуация в тексте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практикумы, объяснение и самопроверка. Сюжет, культурный контекст, сопоставление.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Орфография и пунктуация в тексте / 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 / Библиографическая и информационная культура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Комплексные практикумы, объяснение и самопроверка; Изложение, сочинение, письмо, объявление, отзыв. Сюжет, культурный контекст, сопоставление; Выбор источника, аннотация, отзыв, проверка сведений.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Библиографическая и информационная культура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сочинение, письмо, объявление, отзыв. Выбор источника, аннотация, отзыв, проверка сведений.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Библиографическая и информационная культура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сочинение, письмо, объявление, отзыв. Выбор источника, аннотация, отзыв, проверка сведений.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 / 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сочинение, письмо, объявление, отзыв; Комплексная языковая работа и редактирование текста. Исследовательская мини-работа и анализ нового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языковая работа и редактирование текста. Исследовательская мини-работа и анализ нового текста.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10.6. Модуль 5: 11–12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256 часов; 32 недели; 8 занятий в неделю по 40 минут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Богатство и выразительность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Наблюдение над языком, стартовая рефлексия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Язык и речь. Виды речевой деятельности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Говорение, слушание, чтение, письмо; речевой этикет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 и информационная переработка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Тема, микротема, план, пересказ, сокращение и преобразование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Функциональные разновидности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Разговорная, учебно-научная и официальная ситуации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Фонетика, графика, орфоэпия и орфография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Звуко-буквенный анализ, произношение, правописание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Морфемика и орфография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Состав слова, формы и однокоренные слова, орфограммы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Лексикология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слова, многозначность, синонимы, антонимы, фразеологизмы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Синтаксис и словосочетание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Связь слов и смысловые отношения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Простое двусоставное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Основа, распространение, виды предложений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Простое осложнённое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Обращение, однородные члены, интонация и знаки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Границы частей, союзы, интонация и пунктуация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Прямая речь и диалог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Оформление реплик, цитирование в учебных задачах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Система частей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Классификация и грамматическое значение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существительное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Морфологические признаки, склонение, орфографическая практика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прилагательное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 в доступном объёме, согласование, роль в тексте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Глагол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Вид, время, спряжение, правописание и выразительные возможности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Изложение, сочинение, отзыв, сообщение и редактирование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и итоговая работа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Комплексный анализ текста и создание собственного высказывания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Мифология народов России и мира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Мифологический сюжет, образ, культурный контекст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Фольклор: малые жанры и сказки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Жанровые признаки, вариантность, фольклорная традиция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Басни И.А. Крылова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Аллегория, мораль, композиция и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А.С. Пушкина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Лирика и сказочная поэтика, образ и авторская позиция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М.Ю. Лермонтов. Лирическое и историческое повествование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Тема, герой, выразительность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Н.В. Гоголь. Фантастическое и реальное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фольклорные мотивы, юмор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И.С. Тургенев. Герой и нравственный выбор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Характер, конфликт, авторская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Н.А. Некрасов. Поэзия о человеке и труде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Лирический герой, ритм, образ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Л.Н. Толстой. Испытание характера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Сюжет, поступок, нравственная проблема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Поэзия XIX–XX веков о природе и Родине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Сопоставление образов,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Юмористические рассказы XIX–XX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Комическая ситуация, деталь, речь персонажа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природе и животных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мир природы, позиция автора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А.П. Платонов и В.П. Астафьев: человек, труд, природа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Анализ эпизода, характеристика героя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на войне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память, нравственный выбор, бережное обсуждение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Детство в литературе XIX–XXI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Становление личности, взаимоотношения, конфликт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Приключенческая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Сюжетная динамика, испытание героя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Литература народов Российской Федерации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Культурное многообразие и уважительный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Сказочная, приключенческая и подростковая проза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Основы литературоведческого анализа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Тема, проблема, сюжет, композиция, герой, образная речь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речи на материале литературы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Отзыв, устный ответ, мини-сочинение, дискуссия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Самостоятельное и внеклассное чтение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Читательский маршрут, аннотация, дневник чтения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Итоговый читательский проект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Исследовательская мини-работа и анализ незнакомого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256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Богатство и выразительность русского языка / Язык и речь. Виды речевой деятельности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Мифология народов России и мира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над языком, стартовая рефлексия; Говорение, слушание, чтение, письмо; речевой этикет. Мифологический сюжет, образ,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Язык и речь. Виды речевой деятельности / Текст и информационная переработка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Фольклор: малые жанры и сказки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Говорение, слушание, чтение, письмо; речевой этикет; Тема, микротема, план, пересказ, сокращение и преобразование. Жанровые признаки, вариантность, фольклорная традиция.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Фольклор: малые жанры и сказки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Тема, микротема, план, пересказ, сокращение и преобразование. Жанровые признаки, вариантность, фольклорная традиция.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 / Функциональные разновидности языка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Фольклор: малые жанры и сказки / Басни И.А. Крылова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Тема, микротема, план, пересказ, сокращение и преобразование; Разговорная, учебно-научная и официальная ситуации. Жанровые признаки, вариантность, фольклорная традиция; Аллегория, мораль, композиция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Функциональные разновидности языка / Фонетика, графика, орфоэпия и орфография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Басни И.А. Крылова / 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Разговорная, учебно-научная и официальная ситуации; Звуко-буквенный анализ, произношение, правописание. Аллегория, мораль, композиция и выразительное чтение; Лирика и сказочная поэтика, образ и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Фонетика, графика, орфоэпия и орфография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Звуко-буквенный анализ, произношение, правописание. Лирика и сказочная поэтика, образ и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Фонетика, графика, орфоэпия и орфография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А.С. Пушкина / М.Ю. Лермонтов. Лирическое и историческое повествование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Звуко-буквенный анализ, произношение, правописание. Лирика и сказочная поэтика, образ и авторская позиция; Тема, герой, выразительность речи.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Фонетика, графика, орфоэпия и орфография / Морфемика и орфография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Гоголь. Фантастическое и реальное / И.С. Тургенев. Герой и нравственный выбор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Звуко-буквенный анализ, произношение, правописание; Состав слова, формы и однокоренные слова, орфограммы. Сюжет, фольклорные мотивы, юмор; Характер, конфликт, авторская оценка.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Морфемика и орфография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Тургенев. Герой и нравственный выбор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слова, формы и однокоренные слова, орфограммы. Характер, конфликт, авторская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Морфемика и орфография / Лексикология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Тургенев. Герой и нравственный выбор / Н.А. Некрасов. Поэзия о человеке и труде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Состав слова, формы и однокоренные слова, орфограммы; Значение слова, многозначность, синонимы, антонимы, фразеологизмы. Характер, конфликт, авторская оценка; Лирический герой, ритм, образ.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Лексикология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Некрасов. Поэзия о человеке и труде / Л.Н. Толстой. Испытание характера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слова, многозначность, синонимы, антонимы, фразеологизмы. Лирический герой, ритм, образ; Сюжет, поступок, нравственная проблема.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Лексикология / Синтаксис и словосочетание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Толстой. Испытание характера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слова, многозначность, синонимы, антонимы, фразеологизмы; Связь слов и смысловые отношения. Сюжет, поступок, нравственная проблема.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Простое двусоставное предложение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Поэзия XIX–XX веков о природе и Родине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Основа, распространение, виды предложений. Сопоставление образов,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Простое двусоставное предложение / Простое осложнённое предложение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Поэзия XIX–XX веков о природе и Родине / Юмористические рассказы XIX–XX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Основа, распространение, виды предложений; Обращение, однородные члены, интонация и знаки. Сопоставление образов, выразительное чтение; Комическая ситуация, деталь, речь персонажа.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Простое осложнённое предложение / Сложное предложение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Юмористические рассказы XIX–XX веков / Произведения о природе и животных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Обращение, однородные члены, интонация и знаки; Границы частей, союзы, интонация и пунктуация. Комическая ситуация, деталь, речь персонажа; Человек и мир природы, позиция автора.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Сложное предложение / Прямая речь и диалог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природе и животных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Границы частей, союзы, интонация и пунктуация; Оформление реплик, цитирование в учебных задачах. Человек и мир природы, позиция автора.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Прямая речь и диалог / Система частей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А.П. Платонов и В.П. Астафьев: человек, труд, природа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Оформление реплик, цитирование в учебных задачах; Классификация и грамматическое значение. Анализ эпизода, характеристика героя.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А.П. Платонов и В.П. Астафьев: человек, труд, природа / Человек на войне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Морфологические признаки, склонение, орфографическая практика. Анализ эпизода, характеристика героя; Историческая память, нравственный выбор, бережное обсуждение.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на войне / Детство в литературе XIX–XXI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Морфологические признаки, склонение, орфографическая практика. Историческая память, нравственный выбор, бережное обсуждение; Становление личности, взаимоотношения, конфликт.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Детство в литературе XIX–XXI веков / Приключенческая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Морфологические признаки, склонение, орфографическая практика. Становление личности, взаимоотношения, конфликт; Сюжетная динамика, испытание героя.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Литература народов Российской Федерации / 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Морфологические признаки, склонение, орфографическая практика. Культурное многообразие и уважительный диалог; Сказочная, приключенческая и подростковая проза.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 в доступном объёме, согласование, роль в тексте. Сказочная, приключенческая и подростковая проза.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 в доступном объёме, согласование, роль в тексте. Сказочная, приключенческая и подростковая проза.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 / 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Основы литературоведческого анализа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 в доступном объёме, согласование, роль в тексте; Вид, время, спряжение, правописание и выразительные возможности. Тема, проблема, сюжет, композиция, герой, образная речь.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Основы литературоведческого анализа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спряжение, правописание и выразительные возможности. Тема, проблема, сюжет, композиция, герой, образная речь.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Основы литературоведческого анализа / Развитие речи на материале литературы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спряжение, правописание и выразительные возможности. Тема, проблема, сюжет, композиция, герой, образная речь; Отзыв, устный ответ, мини-сочинение, дискуссия.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 на материале литературы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спряжение, правописание и выразительные возможности. Отзыв, устный ответ, мини-сочинение, дискуссия.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 / Развитие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 на материале литературы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спряжение, правописание и выразительные возможности; Изложение, сочинение, отзыв, сообщение и редактирование. Отзыв, устный ответ, мини-сочинение, дискуссия.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 на материале литературы / Самостоятельное и внеклассное чтение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сочинение, отзыв, сообщение и редактирование. Отзыв, устный ответ, мини-сочинение, дискуссия; Читательский маршрут, аннотация, дневник чтения.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 / 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Самостоятельное и внеклассное чтение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сочинение, отзыв, сообщение и редактирование; Комплексный анализ текста и создание собственного высказывания. Читательский маршрут, аннотация, дневник чтения.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Самостоятельное и внеклассное чтение / 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анализ текста и создание собственного высказывания. Читательский маршрут, аннотация, дневник чтения; Исследовательская мини-работа и анализ незнакомого текста.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и итоговая работа</w:t>
              <w:br/>
              <w:t>5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читательский проект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анализ текста и создание собственного высказывания. Исследовательская мини-работа и анализ незнакомого текста.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10.7. Модуль 6: 12–13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288 часов; 32 недели; 9 занятий в неделю по 40 минут: 6 занятий языковой практики и 3 занятия литературного развития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Русский язык в жизни человека и общества. Речь и речевой этикет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Наблюдение над речевыми ситуациями, выбор уместных языковых средств, стартовая диагностика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 и переработка информации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Тема, основная мысль, микротемы, простой и сложный план, подробное и сжатое изложение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Лексикология и фразеология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слова, сфера употребления, синонимы, антонимы, омонимы, фразеологизмы, словари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Словообразование, морфемика и орфография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Морфемный и словообразовательный анализ, способы образования слов, написание приставок и корней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Система частей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Грамматическое значение, морфологические признаки и синтаксическая роль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существительное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Разряды, род, число, падеж, склонение, нормы употребления и орфографическая практика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прилагательное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Разряды, степени сравнения, полная и краткая формы, согласование и правописание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Имя числительное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Разряды, строение, склонение и нормативное употребление в устной и письменной речи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Местоимение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Разряды, изменение, роль в связности текста и предупреждение речевых ошибок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Глагол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Вид, время, наклонение, лицо, число, род, спряжение, безличные формы и правописание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Комплексная орфографическая и пунктуационная практика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Диктанты, объяснение написаний, редактирование и самопроверка по алгоритму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устной и письменной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Сообщение, описание, рассуждение, отзыв, изложение и сочинение на основе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Мифология и устное народное творчество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Миф, обрядовая поэзия, легенда, предание, сказка; образ и традиция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Древнерусская словесность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Историко-культурный контекст, герой, нравственный идеал, особенности повествования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литература XVIII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Автор, эпоха, жанр и просветительская идея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А.С. Пушкин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Лирика и проза; сюжет, герой, композиция, авторская позиция и выразительные средства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М.Ю. Лермонтов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Лирический герой, историческая тема, конфликт и поэтическая речь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Н.В. Гоголь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Реальное и фантастическое, юмор, деталь, речевая характеристика персонажа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И.С. Тургенев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Характер героя, нравственный выбор, пейзаж и авторская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Н.А. Некрасов, Л.Н. Толстой, А.П. Чехов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общество, сострадание, труд, юмор; сопоставительный анализ эпизодов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проза XX–XXI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Детство, взросление, семья, ответственность, человек и природа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Поэзия о Родине и природе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Лирический образ, настроение, ритм, звукопись и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война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память, нравственный выбор, доказательный ответ по тексту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Приключение, испытание героя, культурный контекст и сопоставление произведений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Литературный анализ и 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Отзыв, устный ответ, мини-сочинение, читательская конференция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288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язык в жизни человека и общества. Речь и речевой этикет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Мифология и 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над речевыми ситуациями, выбор уместных языковых средств, стартовая диагностика. Миф, обрядовая поэзия, легенда, предание, сказка; образ и традиция.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переработка информации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Мифология и устное народное творчество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Тема, основная мысль, микротемы, простой и сложный план, подробное и сжатое изложение. Миф, обрядовая поэзия, легенда, предание, сказка; образ и традиция.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переработка информации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Мифология и устное народное творчество / Древнерусская словесность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Тема, основная мысль, микротемы, простой и сложный план, подробное и сжатое изложение. Миф, обрядовая поэзия, легенда, предание, сказка; образ и традиция; Историко-культурный контекст, герой, нравственный идеал, особенности повествования.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переработка информации / Лексикология и фразеология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Тема, основная мысль, микротемы, простой и сложный план, подробное и сжатое изложение; Значение слова, сфера употребления, синонимы, антонимы, омонимы, фразеологизмы, словари. Историко-культурный контекст, герой, нравственный идеал, особенности повествования.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Лексикология и фразеология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 / Русская литература XVIII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слова, сфера употребления, синонимы, антонимы, омонимы, фразеологизмы, словари. Историко-культурный контекст, герой, нравственный идеал, особенности повествования; Автор, эпоха, жанр и просветительская идея.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Лексикология и фразеология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 / 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слова, сфера употребления, синонимы, антонимы, омонимы, фразеологизмы, словари. Автор, эпоха, жанр и просветительская идея; Лирика и проза; сюжет, герой, композиция, авторская позиция и выразительные средства.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Лексикология и фразеология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слова, сфера употребления, синонимы, антонимы, омонимы, фразеологизмы, словари. Лирика и проза; сюжет, герой, композиция, авторская позиция и выразительные средства.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Словообразование, морфемика и орфография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Морфемный и словообразовательный анализ, способы образования слов, написание приставок и корней. Лирика и проза; сюжет, герой, композиция, авторская позиция и выразительные средства.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Словообразование, морфемика и орфография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 / М.Ю. Лермонтов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Морфемный и словообразовательный анализ, способы образования слов, написание приставок и корней. Лирика и проза; сюжет, герой, композиция, авторская позиция и выразительные средства; Лирический герой, историческая тема, конфликт и поэтическая речь.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Словообразование, морфемика и орфография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Морфемный и словообразовательный анализ, способы образования слов, написание приставок и корней. Лирический герой, историческая тема, конфликт и поэтическая речь.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Словообразование, морфемика и орфография / Система частей речи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 / Н.В. Гоголь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Морфемный и словообразовательный анализ, способы образования слов, написание приставок и корней; Грамматическое значение, морфологические признаки и синтаксическая роль. Лирический герой, историческая тема, конфликт и поэтическая речь; Реальное и фантастическое, юмор, деталь, речевая характеристика персонажа.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род, число, падеж, склонение, нормы употребления и орфографическая практика. Реальное и фантастическое, юмор, деталь, речевая характеристика персонажа.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 / И.С. Тургенев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род, число, падеж, склонение, нормы употребления и орфографическая практика. Реальное и фантастическое, юмор, деталь, речевая характеристика персонажа; Характер героя, нравственный выбор, пейзаж и авторская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род, число, падеж, склонение, нормы употребления и орфографическая практика. Характер героя, нравственный выбор, пейзаж и авторская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род, число, падеж, склонение, нормы употребления и орфографическая практика. Характер героя, нравственный выбор, пейзаж и авторская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существительное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 / Н.А. Некрасов, Л.Н. Толстой, А.П. Чехов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род, число, падеж, склонение, нормы употребления и орфографическая практика. Характер героя, нравственный выбор, пейзаж и авторская оценка; Человек и общество, сострадание, труд, юмор; сопоставительный анализ эпизодов.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Некрасов, Л.Н. Толстой, А.П. Чехов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полная и краткая формы, согласование и правописание. Человек и общество, сострадание, труд, юмор; сопоставительный анализ эпизодов.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Некрасов, Л.Н. Толстой, А.П. Чехов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полная и краткая формы, согласование и правописание. Человек и общество, сострадание, труд, юмор; сопоставительный анализ эпизодов.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Некрасов, Л.Н. Толстой, А.П. Чехов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полная и краткая формы, согласование и правописание. Человек и общество, сострадание, труд, юмор; сопоставительный анализ эпизодов.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прилагательное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Некрасов, Л.Н. Толстой, А.П. Чехов / Русская проза XX–XXI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полная и краткая формы, согласование и правописание. Человек и общество, сострадание, труд, юмор; сопоставительный анализ эпизодов; Детство, взросление, семья, ответственность, человек и природа.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числительное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строение, склонение и нормативное употребление в устной и письменной речи. Детство, взросление, семья, ответственность, человек и природа.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числительное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строение, склонение и нормативное употребление в устной и письменной речи. Детство, взросление, семья, ответственность, человек и природа.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Имя числительное / Местоимение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строение, склонение и нормативное употребление в устной и письменной речи; Разряды, изменение, роль в связности текста и предупреждение речевых ошибок. Детство, взросление, семья, ответственность, человек и природа.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Местоимение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изменение, роль в связности текста и предупреждение речевых ошибок. Детство, взросление, семья, ответственность, человек и природа.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Местоимение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Поэзия о Родине и природе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изменение, роль в связности текста и предупреждение речевых ошибок. Лирический образ, настроение, ритм, звукопись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Поэзия о Родине и природе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наклонение, лицо, число, род, спряжение, безличные формы и правописание. Лирический образ, настроение, ритм, звукопись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Поэзия о Родине и природе / Человек и война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наклонение, лицо, число, род, спряжение, безличные формы и правописание. Лирический образ, настроение, ритм, звукопись и выразительное чтение; Историческая память, нравственный выбор,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война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наклонение, лицо, число, род, спряжение, безличные формы и правописание. Историческая память, нравственный выбор, доказательный ответ по тексту.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и война / 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наклонение, лицо, число, род, спряжение, безличные формы и правописание. Историческая память, нравственный выбор, доказательный ответ по тексту; Приключение, испытание героя, культурный контекст и сопоставление произведений.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Глагол / Комплексная орфографическая и пунктуационная практика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Вид, время, наклонение, лицо, число, род, спряжение, безличные формы и правописание; Диктанты, объяснение написаний, редактирование и самопроверка по алгоритму. Приключение, испытание героя, культурный контекст и сопоставление произведений.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орфографическая и пунктуационная практика / Развитие устной и письменной речи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 / Литературный анализ и развитие речи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Диктанты, объяснение написаний, редактирование и самопроверка по алгоритму; Сообщение, описание, рассуждение, отзыв, изложение и сочинение на основе текста. Приключение, испытание героя, культурный контекст и сопоставление произведений; Отзыв, устный ответ, мини-сочинение, читательская конференция.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устной и письменной речи</w:t>
              <w:br/>
              <w:t>6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анализ и развитие речи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Сообщение, описание, рассуждение, отзыв, изложение и сочинение на основе текста. Отзыв, устный ответ, мини-сочинение, читательская конференция.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10.8. Модуль 7: 13–14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192 часа; 32 недели; 6 занятий в неделю по 40 минут: 4 занятия языковой практики и 2 занятия литературного развития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128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Русский язык как развивающееся явление. Культура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Наблюдение над языковыми изменениями, нормами и речевыми ситуациями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Текст, его структура и функционально-смысловые типы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Микротемы, абзац, способы связи, описание, повествование, рассуждение, информационная переработка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системы частей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Морфологический анализ, грамматическая норма и связь морфологии с орфографией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Причастие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Признаки глагола и прилагательного, оборот, образование форм, правописание и пунктуация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Деепричастие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добавочного действия, оборот, нормы употребления и обособление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Наречие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Разряды, степени сравнения, способы образования, нормы и правописание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Слова категории состояния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Значение состояния, роль в предложении, различение с наречиями и краткими прилагательными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Служебные части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Предлог, союз, частица: разряды, роль, слитное и раздельное написание, смысловые оттенки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Междометие и звукоподражательные слова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Интонация, пунктуация, речевая уместность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Комплексная орфографическая и пунктуационная практика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Комментированное письмо, языковой анализ, редактирование, контрольные практикумы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Подробное и сжатое изложение, характеристика, рассуждение, публичное сообщение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Фольклор и древнерусская словесность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память, жанровые признаки, герой и нравственный идеал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А.С. Пушкин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Лирика, проза, автор и герой, композиция, художественная деталь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М.Ю. Лермонтов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Лирический герой, конфликт личности и общества, выразительные средства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Н.В. Гоголь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Сатира и юмор, характер, сюжет, реальность и фантастика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И.С. Тургенев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Герой, психологизм, пейзаж и авторское отношение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Н.А. Некрасов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Гражданское звучание, образ народа, ритм и интонация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М.Е. Салтыков-Щедрин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Сатира, аллегория, социальная проблематика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Л.Н. Толстой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Нравственный выбор, становление личности, анализ эпизода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А.П. Чехов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Комическое и серьёзное, деталь, речь героя, авторская ирония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проза XX–XXI веков и тема войны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память, взросление, ответственность, человек в испытании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поэзия XIX–XXI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Тема, лирический герой, образ, ритм и выразительное чтение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Характер и испытание героя, нравственная проблематика, культурный контекст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Литературный анализ и 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Сопоставительный ответ, отзыв, мини-сочинение и читательский проект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язык как развивающееся явление. Культура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 и древнерусская словесность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 над языковыми изменениями, нормами и речевыми ситуациями. Историческая память, жанровые признаки, герой и нравственный идеал.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его структура и функционально-смысловые типы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Фольклор и древнерусская словесность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абзац, способы связи, описание, повествование, рассуждение, информационная переработка. Историческая память, жанровые признаки, герой и нравственный идеал.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его структура и функционально-смысловые типы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абзац, способы связи, описание, повествование, рассуждение, информационная переработка. Лирика, проза, автор и герой, композиция,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его структура и функционально-смысловые типы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абзац, способы связи, описание, повествование, рассуждение, информационная переработка. Лирика, проза, автор и герой, композиция,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Текст, его структура и функционально-смысловые типы речи / Повторение системы частей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абзац, способы связи, описание, повествование, рассуждение, информационная переработка; Морфологический анализ, грамматическая норма и связь морфологии с орфографией. Лирика, проза, автор и герой, композиция,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системы частей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Морфологический анализ, грамматическая норма и связь морфологии с орфографией. Лирика, проза, автор и герой, композиция,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пунктуация. Лирический герой, конфликт личности и общества, выразительные средства.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пунктуация. Лирический герой, конфликт личности и общества, выразительные средства.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 / 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пунктуация. Лирический герой, конфликт личности и общества, выразительные средства; Сатира и юмор, характер, сюжет, реальность и фантастика.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пунктуация. Сатира и юмор, характер, сюжет, реальность и фантастика.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пунктуация. Сатира и юмор, характер, сюжет, реальность и фантастика.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Причастие / Деепричастие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Признаки глагола и прилагательного, оборот, образование форм, правописание и пунктуация; Значение добавочного действия, оборот, нормы употребления и обособление. Герой, психологизм, пейзаж и авторское отношение.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Деепричастие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добавочного действия, оборот, нормы употребления и обособление. Герой, психологизм, пейзаж и авторское отношение.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Деепричастие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И.С. Тургенев / Н.А. Некрасов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добавочного действия, оборот, нормы употребления и обособление. Герой, психологизм, пейзаж и авторское отношение; Гражданское звучание, образ народа, ритм и интонация.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Деепричастие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Н.А. Некрасов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добавочного действия, оборот, нормы употребления и обособление. Гражданское звучание, образ народа, ритм и интонация.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Наречие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М.Е. Салтыков-Щедрин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способы образования, нормы и правописание. Сатира, аллегория, социальная проблематика.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Наречие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М.Е. Салтыков-Щедрин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способы образования, нормы и правописание. Сатира, аллегория, социальная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Наречие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способы образования, нормы и правописание. Нравственный выбор, становление личности, анализ эпизода.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Наречие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способы образования, нормы и правописание. Нравственный выбор, становление личности, анализ эпизода.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Наречие / Слова категории состояния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 / А.П. Чехов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Разряды, степени сравнения, способы образования, нормы и правописание; Значение состояния, роль в предложении, различение с наречиями и краткими прилагательными. Нравственный выбор, становление личности, анализ эпизода; Комическое и серьёзное, деталь, речь героя, авторская ирония.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Слова категории состояния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А.П. Чехов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Значение состояния, роль в предложении, различение с наречиями и краткими прилагательными. Комическое и серьёзное, деталь, речь героя, авторская ирония.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А.П. Чехов / Русская проза XX–XXI веков и тема войны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оттенки. Комическое и серьёзное, деталь, речь героя, авторская ирония; Историческая память, взросление, ответственность, человек в испытании.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 и тема войны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оттенки. Историческая память, взросление, ответственность, человек в испытании.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 и тема войны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оттенки. Историческая память, взросление, ответственность, человек в испытании.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 и тема войны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оттенки. Историческая память, взросление, ответственность, человек в испытании.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 и тема войны / Русская поэзия XIX–XXI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оттенки. Историческая память, взросление, ответственность, человек в испытании; Тема, лирический герой, образ, ритм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Служебные части речи / Междометие и звукоподражательные слова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поэзия XIX–XXI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Предлог, союз, частица: разряды, роль, слитное и раздельное написание, смысловые оттенки; Интонация, пунктуация, речевая уместность. Тема, лирический герой, образ, ритм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Междометие и звукоподражательные слова / Комплексная орфографическая и пунктуационная практика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поэзия XIX–XXI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Интонация, пунктуация, речевая уместность; Комментированное письмо, языковой анализ, редактирование, контрольные практикумы. Тема, лирический герой, образ, ритм и выразительное чтение.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орфографическая и пунктуационная практика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Комментированное письмо, языковой анализ, редактирование, контрольные практикумы. Характер и испытание героя, нравственная проблематика,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Комплексная орфографическая и пунктуационная практика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Комментированное письмо, языковой анализ, редактирование, контрольные практикумы. Характер и испытание героя, нравственная проблематика,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анализ и развитие речи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Подробное и сжатое изложение, характеристика, рассуждение, публичное сообщение. Сопоставительный ответ, отзыв, мини-сочинение и читательский проект.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</w:t>
              <w:br/>
              <w:t>4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анализ и развитие речи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Подробное и сжатое изложение, характеристика, рассуждение, публичное сообщение. Сопоставительный ответ, отзыв, мини-сочинение и читательский проект.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10.9. Модуль 8: 14–15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160 часов; 32 недели; 5 занятий в неделю по 40 минут: 3 занятия языковой практики и 2 занятия литературного развития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Русский язык в кругу славянских языков. Норма и культура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Языковое родство, литературная норма, стартовая диагностика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 и информационная переработка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Структура, микротема, тезис, план, аннотация, изложение, преобразование информации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Функциональные разновидности и жанры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Разговорная, научная, официально-деловая и публицистическая коммуникация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Словосочетание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Виды связи, грамматическая норма, синтаксический анализ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Предложение и его основные признаки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Предикативность, интонация, виды предложений, синтаксическая синонимия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Главные члены предложения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Способы выражения подлежащего и сказуемого, согласование, тире между главными членами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Второстепенные члены предложения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Дополнение, определение, приложение, обстоятельство; смысловая точность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Односоставные и неполные предложения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Виды односоставных конструкций, роль в тексте, пунктуация неполного предложения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Предложения с однородными членами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Союзная и бессоюзная связь, обобщающие слова, знаки препинания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Обособленные члены предложения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Смысловое выделение, условия обособления, интонация и пунктуация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Вводные конструкции, обращения и междометия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Значения, речевая уместность и пунктуационное оформление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Развитие речи, повторение и итоговый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Изложение, рассуждение, редактирование и комплексный анализ текста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64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Древнерусская словесность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Эпоха, жанр, герой, нравственный идеал и исторический комментарий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литература XVIII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Классицизм, просветительская идея, авторская позиция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А.С. Пушкин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тема, лирика и проза, композиция, характер и автор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М.Ю. Лермонтов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Романтический герой, поэтический конфликт, образ и символ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Н.В. Гоголь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Комедия и проза, сатира, система персонажей, речевая характеристика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М.Е. Салтыков-Щедрин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Сатирическое обобщение, гротеск, социальный смысл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Л.Н. Толстой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История и личность, психологизм, нравственная проблематика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проза XX–XXI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эпоха, взросление, нравственный выбор, художественная деталь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Произведения о Великой Отечественной войне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Память, ответственность, достоверность и художественный образ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поэзия XIX–XXI веков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Лирический сюжет, образ, ритм, интонация и интерпретация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Драма и проза, конфликт, герой, культурный контекст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Литературный анализ и развитие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Анализ эпизода, сопоставление, аргументированный ответ и мини-сочинение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160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язык в кругу славянских языков. Норма и культура речи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Языковое родство, литературная норма, стартовая диагностика. Эпоха, жанр, герой, нравственный идеал и исторический комментарий.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Структура, микротема, тезис, план, аннотация, изложение, преобразование информации. Эпоха, жанр, герой, нравственный идеал и исторический комментарий.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Структура, микротема, тезис, план, аннотация, изложение, преобразование информации. Классицизм, просветительская идея,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Структура, микротема, тезис, план, аннотация, изложение, преобразование информации. Классицизм, просветительская идея,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Структура, микротема, тезис, план, аннотация, изложение, преобразование информации. Историческая тема, лирика и проза, композиция, характер и автор.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Функциональные разновидности и жанры речи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Разговорная, научная, официально-деловая и публицистическая коммуникация. Историческая тема, лирика и проза, композиция, характер и автор.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Функциональные разновидности и жанры речи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Разговорная, научная, официально-деловая и публицистическая коммуникация. Историческая тема, лирика и проза, композиция, характер и автор.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Словосочетание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связи, грамматическая норма, синтаксический анализ. Историческая тема, лирика и проза, композиция, характер и автор.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Словосочетание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связи, грамматическая норма, синтаксический анализ. Романтический герой, поэтический конфликт, образ и символ.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Словосочетание / Предложение и его основные признаки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связи, грамматическая норма, синтаксический анализ; Предикативность, интонация, виды предложений, синтаксическая синонимия. Романтический герой, поэтический конфликт, образ и символ.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его основные признаки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Предикативность, интонация, виды предложений, синтаксическая синонимия. Романтический герой, поэтический конфликт, образ и символ.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его основные признаки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Предикативность, интонация, виды предложений, синтаксическая синонимия. Комедия и проза, сатира, система персонажей,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Предложение и его основные признаки / Главные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Предикативность, интонация, виды предложений, синтаксическая синонимия; Способы выражения подлежащего и сказуемого, согласование, тире между главными членами. Комедия и проза, сатира, система персонажей,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выражения подлежащего и сказуемого, согласование, тире между главными членами. Комедия и проза, сатира, система персонажей,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М.Е. Салтыков-Щедрин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выражения подлежащего и сказуемого, согласование, тире между главными членами. Сатирическое обобщение, гротеск, социальный смысл.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М.Е. Салтыков-Щедрин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выражения подлежащего и сказуемого, согласование, тире между главными членами. Сатирическое обобщение, гротеск, социальный смысл.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Главные члены предложения / Второстепенные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Способы выражения подлежащего и сказуемого, согласование, тире между главными членами; Дополнение, определение, приложение, обстоятельство; смысловая точность. История и личность, психологизм, нравственная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Второстепенные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Дополнение, определение, приложение, обстоятельство; смысловая точность. История и личность, психологизм, нравственная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Второстепенные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Л.Н. Толстой / Русская проза XX–XXI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Дополнение, определение, приложение, обстоятельство; смысловая точность. История и личность, психологизм, нравственная проблематика; Человек и эпоха, взросление, нравственный выбор,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Второстепенные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Дополнение, определение, приложение, обстоятельство; смысловая точность. Человек и эпоха, взросление, нравственный выбор,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Второстепенные члены предложения / Односоставные и неполные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Дополнение, определение, приложение, обстоятельство; смысловая точность; Виды односоставных конструкций, роль в тексте, пунктуация неполного предложения. Человек и эпоха, взросление, нравственный выбор,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Односоставные и неполные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односоставных конструкций, роль в тексте, пунктуация неполного предложения. Человек и эпоха, взросление, нравственный выбор, художественная деталь.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Односоставные и неполные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XX–XXI веков / Произведения о Великой Отечественной войне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односоставных конструкций, роль в тексте, пунктуация неполного предложения. Человек и эпоха, взросление, нравственный выбор, художественная деталь; Память, ответственность, достоверность и художественный образ.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Односоставные и неполные предложения / Предложения с однородными членами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Великой Отечественной войне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односоставных конструкций, роль в тексте, пунктуация неполного предложения; Союзная и бессоюзная связь, обобщающие слова, знаки препинания. Память, ответственность, достоверность и художественный образ.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Предложения с однородными членами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Произведения о Великой Отечественной войне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Союзная и бессоюзная связь, обобщающие слова, знаки препинания. Память, ответственность, достоверность и художественный образ.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Предложения с однородными членами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поэзия XIX–XXI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Союзная и бессоюзная связь, обобщающие слова, знаки препинания. Лирический сюжет, образ, ритм, интонация и интерпретация.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Предложения с однородными членами / Обособленные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поэзия XIX–XXI веков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Союзная и бессоюзная связь, обобщающие слова, знаки препинания; Смысловое выделение, условия обособления, интонация и пунктуация. Лирический сюжет, образ, ритм, интонация и интерпретация.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Обособленные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поэзия XIX–XXI веков / Зарубежная литература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Смысловое выделение, условия обособления, интонация и пунктуация. Лирический сюжет, образ, ритм, интонация и интерпретация; Драма и проза, конфликт, герой,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Обособленные члены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Смысловое выделение, условия обособления, интонация и пунктуация. Драма и проза, конфликт, герой,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Обособленные члены предложения / Вводные конструкции, обращения и междометия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Смысловое выделение, условия обособления, интонация и пунктуация; Значения, речевая уместность и пунктуационное оформление. Драма и проза, конфликт, герой,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Вводные конструкции, обращения и междометия / Развитие речи, повторение и итоговый практикум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анализ и развитие речи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Значения, речевая уместность и пунктуационное оформление; Изложение, рассуждение, редактирование и комплексный анализ текста. Анализ эпизода, сопоставление, аргументированный ответ и мини-сочинение.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Развитие речи, повторение и итоговый практикум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анализ и развитие речи</w:t>
              <w:br/>
              <w:t>2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Изложение, рассуждение, редактирование и комплексный анализ текста. Анализ эпизода, сопоставление, аргументированный ответ и мини-сочинение.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10.10. Модуль 9: 15–16 лет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192 часа; 32 недели; 6 занятий в неделю по 40 минут: 3 занятия языковой практики и 3 занятия литературного развития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Тематическое содержание модуля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600"/>
        <w:gridCol w:w="3700"/>
        <w:gridCol w:w="900"/>
        <w:gridCol w:w="4820"/>
      </w:tblGrid>
      <w:tr>
        <w:trPr>
          <w:tblHeader w:val="true"/>
          <w:cantSplit/>
        </w:trPr>
        <w:tc>
          <w:tcPr>
            <w:tcW w:type="dxa" w:w="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№</w:t>
            </w:r>
          </w:p>
        </w:tc>
        <w:tc>
          <w:tcPr>
            <w:tcW w:type="dxa" w:w="3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Тема / тематический блок</w:t>
            </w:r>
          </w:p>
        </w:tc>
        <w:tc>
          <w:tcPr>
            <w:tcW w:type="dxa" w:w="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Часы</w:t>
            </w:r>
          </w:p>
        </w:tc>
        <w:tc>
          <w:tcPr>
            <w:tcW w:type="dxa" w:w="4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Основные виды деятельности и контроля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ЯЗЫКОВАЯ КУЛЬТУРА И ПРАКТИКА РУССКОГО ЯЗЫКА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Русский национальный язык и формы его существования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Литературный язык, территориальные и социальные варианты, языковая норма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Текст и информационная переработка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Микротемы, логика, способы связи, тезисы, конспект, сжатое изложение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Функциональные разновидности и жанры речи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Научный, официально-деловой, публицистический и художественный 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Повторение синтаксиса простого предложения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Грамматическая основа, осложнение, синтаксический и пунктуационный анализ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Сложное предложение: общие понятия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Смысловые отношения частей, средства связи, интонация, выбор конструкции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Сложносочинённое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Смысловые отношения, союзы, пунктуация, синтаксическая синонимия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Сложноподчинённое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Виды придаточных, средства связи, схемы, нормы построения и пунктуация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Сложные предложения с несколькими придаточными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Последовательное, однородное и параллельное подчинение; схемы и знаки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Бессоюзное сложное предложение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Смысловые отношения и выбор запятой, точки с запятой, двоеточия или тире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Сложные конструкции с разными видами связи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Границы частей, моделирование, синтаксический и пунктуационный анализ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Чужая речь, цитирование и диалог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Прямая и косвенная речь, способы цитирования, этика использования источника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Комплексное повторение орфографии и пунктуации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Редактирование, объяснение написаний и знаков, комплексный языковой анализ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Практика отдельных заданий в формате ОГЭ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Сжатое изложение, языковой анализ, работа с микротемами и сочинение-рассуждение по тексту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ЧТЕНИЕ, РАБОТА С ТЕКСТОМ И ЛИТЕРАТУРНОЕ РАЗВИТИЕ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96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Содержательная линия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Древнерусская словесность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Историко-культурная основа, жанр, образ автора, герой и система ценностей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литература XVIII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Классицизм и сентиментализм, гражданская и нравственная проблематика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А.С. Грибоедов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Драматический конфликт, система персонажей, афористичность речи, авторская позиция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А.С. Пушкин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Лирика, роман в стихах, герой и автор, композиция, культурный контекст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М.Ю. Лермонтов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Лирика и проза, психологизм, герой времени, композиция и мотив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Н.В. Гоголь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Поэма и драматургия, сатира, композиция, образ дороги, речевая характеристика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проза и поэзия XIX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Нравственная и социальная проблематика, лирический герой, сопоставление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Русская литература XX века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Человек и эпоха, память, выбор, художественная деталь и авторская позиция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Литература о войне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Историческая память, документальное и художественное начало, нравственный выбор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Современная русская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Подросток и общество, идентичность, ответственность, читательская оценка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Зарубежная литература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Вечные темы, драматический или прозаический конфликт, культурный диалог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Итоговый литературный практикум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Аргументированный ответ, сопоставление и итоговая читательская работа</w:t>
            </w:r>
          </w:p>
        </w:tc>
      </w:tr>
      <w:tr>
        <w:trPr>
          <w:cantSplit/>
        </w:trPr>
        <w:tc>
          <w:tcPr>
            <w:tcW w:type="dxa" w:w="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</w:r>
          </w:p>
        </w:tc>
        <w:tc>
          <w:tcPr>
            <w:tcW w:type="dxa" w:w="3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 ПО МОДУЛЮ</w:t>
            </w:r>
          </w:p>
        </w:tc>
        <w:tc>
          <w:tcPr>
            <w:tcW w:type="dxa" w:w="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192</w:t>
            </w:r>
          </w:p>
        </w:tc>
        <w:tc>
          <w:tcPr>
            <w:tcW w:type="dxa" w:w="4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Включая текущий контроль и итоговую аттестацию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Понедельное календарно-тематическое планирование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Каждая строка соответствует одной учебной неделе. Часы контроля, письменных, творческих и проектных работ входят в указанный недельный объём.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2750"/>
        <w:gridCol w:w="2750"/>
        <w:gridCol w:w="382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Языковая линия: тема и часы</w:t>
            </w:r>
          </w:p>
        </w:tc>
        <w:tc>
          <w:tcPr>
            <w:tcW w:type="dxa" w:w="27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Читательская линия: тема и часы</w:t>
            </w:r>
          </w:p>
        </w:tc>
        <w:tc>
          <w:tcPr>
            <w:tcW w:type="dxa" w:w="38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виды деятельности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национальный язык и формы его существования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язык, территориальные и социальные варианты, языковая норма. Историко-культурная основа, жанр, образ автора, герой и система ценностей.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Русский национальный язык и формы его существования / 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Литературный язык, территориальные и социальные варианты, языковая норма; Микротемы, логика, способы связи, тезисы, конспект, сжатое изложение. Историко-культурная основа, жанр, образ автора, герой и система ценностей.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Древнерусская словесность / Русская литература XVIII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логика, способы связи, тезисы, конспект, сжатое изложение. Историко-культурная основа, жанр, образ автора, герой и система ценностей; Классицизм и сентиментализм, гражданская и нравственная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логика, способы связи, тезисы, конспект, сжатое изложение. Классицизм и сентиментализм, гражданская и нравственная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логика, способы связи, тезисы, конспект, сжатое изложение. Классицизм и сентиментализм, гражданская и нравственная проблематика.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 и информационная переработка / Функциональные разновидности и жанры речи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XVIII века / А.С. Грибоедов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Микротемы, логика, способы связи, тезисы, конспект, сжатое изложение; Научный, официально-деловой, публицистический и художественный текст. Классицизм и сентиментализм, гражданская и нравственная проблематика; Драматический конфликт, система персонажей, афористичность речи,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Функциональные разновидности и жанры речи / Повторение синтаксиса простого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Грибоедов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Научный, официально-деловой, публицистический и художественный текст; Грамматическая основа, осложнение, синтаксический и пунктуационный анализ. Драматический конфликт, система персонажей, афористичность речи,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Повторение синтаксиса простого предложения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Грибоедов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Грамматическая основа, осложнение, синтаксический и пунктуационный анализ. Драматический конфликт, система персонажей, афористичность речи, авторская позиция.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Сложное предложение: общие понятия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Грибоедов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 частей, средства связи, интонация, выбор конструкции. Драматический конфликт, система персонажей, афористичность речи,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Сложное предложение: общие понятия / Сложносочинённое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Грибоедов / 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 частей, средства связи, интонация, выбор конструкции; Смысловые отношения, союзы, пунктуация, синтаксическая синонимия. Драматический конфликт, система персонажей, афористичность речи, авторская позиция; Лирика, роман в стихах, герой и автор, композиция,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Сложносочинённое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отношения, союзы, пунктуация, синтаксическая синонимия. Лирика, роман в стихах, герой и автор, композиция,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Сложносочинённое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отношения, союзы, пунктуация, синтаксическая синонимия. Лирика, роман в стихах, герой и автор, композиция,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Сложносочинённое предложение / 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отношения, союзы, пунктуация, синтаксическая синонимия; Виды придаточных, средства связи, схемы, нормы построения и пунктуация. Лирика, роман в стихах, герой и автор, композиция,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А.С. Пушкин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пунктуация. Лирика, роман в стихах, герой и автор, композиция, культурный контекст.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пунктуация. Лирика и проза, психологизм, герой времени, композиция и мотив.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пунктуация. Лирика и проза, психологизм, герой времени, композиция и мотив.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пунктуация. Лирика и проза, психологизм, герой времени, композиция и мотив.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М.Ю. Лермонтов / Н.В. Гоголь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пунктуация. Лирика и проза, психологизм, герой времени, композиция и мотив; Поэма и драматургия, сатира, композиция, образ дороги,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Сложноподчинённое предложение / Сложные предложения с несколькими придаточными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Виды придаточных, средства связи, схемы, нормы построения и пунктуация; Последовательное, однородное и параллельное подчинение; схемы и знаки. Поэма и драматургия, сатира, композиция, образ дороги,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предложения с несколькими придаточными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Последовательное, однородное и параллельное подчинение; схемы и знаки. Поэма и драматургия, сатира, композиция, образ дороги, речевая характеристика.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предложения с несколькими придаточными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Н.В. Гоголь / Русская проза и поэзия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Последовательное, однородное и параллельное подчинение; схемы и знаки. Поэма и драматургия, сатира, композиция, образ дороги, речевая характеристика; Нравственная и социальная проблематика, лирический герой, сопоставление.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предложения с несколькими придаточными / Бессоюзное сложное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и поэзия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Последовательное, однородное и параллельное подчинение; схемы и знаки; Смысловые отношения и выбор запятой, точки с запятой, двоеточия или тире. Нравственная и социальная проблематика, лирический герой, сопоставление.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Бессоюзное сложное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и поэзия XIX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 и выбор запятой, точки с запятой, двоеточия или тире. Нравственная и социальная проблематика, лирический герой, сопоставление.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Бессоюзное сложное предложение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проза и поэзия XIX века / Русская литература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Смысловые отношения и выбор запятой, точки с запятой, двоеточия или тире. Нравственная и социальная проблематика, лирический герой, сопоставление; Человек и эпоха, память, выбор, художественная деталь и авторская позиция. Тематическая работа и разбор результатов; предусмотрена доработка.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конструкции с разными видами связи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Границы частей, моделирование, синтаксический и пунктуационный анализ. Человек и эпоха, память, выбор, художественная деталь и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конструкции с разными видами связи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XX века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Границы частей, моделирование, синтаксический и пунктуационный анализ. Человек и эпоха, память, выбор, художественная деталь и авторская позиция.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Чужая речь, цитирование и диалог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Русская литература XX века / Литература о войне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Прямая и косвенная речь, способы цитирования, этика использования источника. Человек и эпоха, память, выбор, художественная деталь и авторская позиция; Историческая память, документальное и художественное начало, нравственный выбор.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Чужая речь, цитирование и диалог / Комплексное повторение орфографии и пунктуации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Литература о войне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Прямая и косвенная речь, способы цитирования, этика использования источника; Редактирование, объяснение написаний и знаков, комплексный языковой анализ. Историческая память, документальное и художественное начало, нравственный выбор.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Комплексное повторение орфографии и пунктуации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Литература о войне / Современная русская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Редактирование, объяснение написаний и знаков, комплексный языковой анализ. Историческая память, документальное и художественное начало, нравственный выбор; Подросток и общество, идентичность, ответственность, читательская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Комплексное повторение орфографии и пунктуации / Практика отдельных заданий в формате ОГЭ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Современная русская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Редактирование, объяснение написаний и знаков, комплексный языковой анализ; Сжатое изложение, языковой анализ, работа с микротемами и сочинение-рассуждение по тексту. Подросток и общество, идентичность, ответственность, читательская оценка.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Практика отдельных заданий в формате ОГЭ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Сжатое изложение, языковой анализ, работа с микротемами и сочинение-рассуждение по тексту. Вечные темы, драматический или прозаический конфликт, культурный диалог. Текущий контроль в ходе практикума, чтения, обсуждения и письменной работы.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Практика отдельных заданий в формате ОГЭ</w:t>
              <w:br/>
              <w:t>3 ч</w:t>
            </w:r>
          </w:p>
        </w:tc>
        <w:tc>
          <w:tcPr>
            <w:tcW w:type="dxa" w:w="27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Зарубежная литература / Итоговый литературный практикум</w:t>
              <w:br/>
              <w:t>3 ч</w:t>
            </w:r>
          </w:p>
        </w:tc>
        <w:tc>
          <w:tcPr>
            <w:tcW w:type="dxa" w:w="38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Сжатое изложение, языковой анализ, работа с микротемами и сочинение-рассуждение по тексту. Вечные темы, драматический или прозаический конфликт, культурный диалог; Аргументированный ответ, сопоставление и итоговая читательская работа. Итоговая аттестация по модулю и индивидуальная обратная связь.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Нормативные и официальные источники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«Санитарно-эпидемиологические требования к организациям воспитания и обучения, отдыха и оздоровления детей и молодёжи»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действующие федеральные рабочие программы начального уровня образования по русскому языку и литературному чтению;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официальный ресурс «Единое содержание общего образования»: действующие федеральные рабочие программы основного уровня образования по русскому языку и литературе, включая тематическое и поурочное планирование и актуальные проверяемые элементы содержания;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официальные орфографические, орфоэпические, толковые и грамматические словари русского языка, включённые в действующие нормативные и рекомендательные перечни.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Материалы ОАНО «Новая школа», использованные для сопоставления структуры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«Русский язык» для начального общего образования, размещённая ОАНО «Новая школа», актуальная версия 2024–2025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«Литературное чтение» для начального общего образования, размещённая ОАНО «Новая школа», актуальная версия 2024–2025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«Русский язык» для основного общего образования, размещённая ОАНО «Новая школа», актуальная версия 2024–2025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«Литература» для основного общего образования, размещённая ОАНО «Новая школа», актуальная версия 2024–2025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учебному предмету «Русский язык» для основного общего образования, срок реализации 2023–2028 гг., версия 2023–2024 учебного года;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учебному предмету «Литература» для основного общего образования, срок реализации 2023–2028 гг., версия 2023–2024 учебного года.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Перечисленные материалы ОАНО «Новая школа» использованы как сравнительные методические источники: для проверки логики усложнения содержания, соотношения языковой и читательской практики, видов деятельности и структуры планируемых результатов. Их более ранняя дата не заменяет проверку по действующим официальным федеральным рабочим программам.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подходы, учтённые при разработке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текстоцентрический подход: языковое понятие и правило осваиваются в связи со смыслом, структурой и коммуникативной задачей текста;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развитие функциональной грамотности: поиск, понимание, оценка, преобразование и применение информации из текстов разных форматов;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преемственность между слушанием, первоначальным чтением, литературным чтением и аналитической работой с литературой;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постепенное усложнение способов действия: от наблюдения и работы по модели к самостоятельному анализу, интерпретации, аргументации и редактированию;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единство устной и письменной речевой практики: диалог, сообщение, пересказ, изложение, отзыв, сочинение, дискуссия и проект;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активные методы обучения: проблемный вопрос, чтение с остановками, мастерская текста, мини-исследование, сопоставление, драматизация, работа в паре и группе;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историко-культурный подход к литературе при сохранении возрастной доступности и права обучающегося на собственный доказательный читательский отклик;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межпредметные связи языка и литературы с историей, искусством, естественно-научным знанием и информационной культурой;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формирующее оценивание: понятные критерии, обратная связь, самопроверка и возможность доработать результат без унижающего сравнения обучающихся.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11.4. Учебно-методические и информационные ресурсы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учебно-методические материалы УМК «Школа России» по русскому языку и литературному чтению — в части, соответствующей возрасту обучающихся и законно используемым изданиям;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художественные произведения русской, зарубежной и литературы народов Российской Федерации из печатной и электронной библиотеки Образовательного центра MILO;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словари, справочники, энциклопедии, учебные карточки, модели языкового анализа, читательские дневники и маршрутные листы;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 — для демонстрации и очной тренировочной работы под руководством педагога;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Национальная электронная библиотека, электронные каталоги библиотек и иные законно используемые информационные ресурсы с проверяемым авторством;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разработанные педагогами диагностические, контрольные, проектные и творческие материалы, соответствующие содержанию и результатам конкретного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Использование перечисленных источников не означает реализации основной общеобразовательной программы другой организации и не переносит в настоящую Программу её статус, систему аттестации или документы об образовании.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речь, чтение и языковая культура»</dc:title>
  <dc:subject>Модули 0–9, 2026–2027 учебный год</dc:subject>
  <dc:creator>Образовательный центр MILO, ИП Тарабанова Е.П.</dc:creator>
  <cp:keywords>дополнительное образование, русский язык, чтение, общеразвивающая программа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