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ИП Тарабанова Е.П.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ИНН 270413634714, ОГРНИП 319619600004739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Образовательный центр MILO</w:t>
      </w:r>
    </w:p>
    <w:p>
      <w:pPr>
        <w:spacing w:before="40" w:after="440"/>
        <w:pBdr>
          <w:bottom w:val="single" w:sz="6" w:space="1" w:color="808080"/>
        </w:pBdr>
      </w:pP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УТВЕРЖДАЮ</w:t>
      </w:r>
    </w:p>
    <w:p>
      <w:pPr>
        <w:spacing w:after="2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Индивидуальный предприниматель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__________________ Е.П. Тарабанова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«14» августа 2026 г.</w:t>
      </w:r>
    </w:p>
    <w:p>
      <w:pPr>
        <w:spacing w:after="360"/>
      </w:pP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ДОПОЛНИТЕЛЬНАЯ ОБЩЕОБРАЗОВАТЕЛЬНАЯ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ОБЩЕРАЗВИВАЮЩАЯ ПРОГРАММА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«ШКОЛА С ИНТЕРЕСОМ: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МАТЕМАТИЧЕСКОЕ МЫШЛЕНИЕ»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естественно-научной направленности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модульная программа: модули 0–9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возраст обучающихся: 6–16 лет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форма обучения: очная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срок реализации каждого модуля: 32 учебные недели</w:t>
      </w:r>
    </w:p>
    <w:p>
      <w:pPr>
        <w:spacing w:before="36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Разработчик: Образовательный центр MILO,</w:t>
        <w:br/>
        <w:t>ИП Тарабанова Е.П.</w:t>
      </w:r>
    </w:p>
    <w:p>
      <w:pPr>
        <w:spacing w:before="56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Ростов-на-Дону</w:t>
        <w:br/>
        <w:t>2026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СОДЕРЖАНИЕ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1. Комплекс основных характеристик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2. Комплекс организационно-педагогических условий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3. Учебный план и подробное содержание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4. Календарный учебный график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5. Планируемые результаты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6. Формы контроля и итоговая аттестация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7. Оценочные и методические материалы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8. Условия реализации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9. Воспитательный компонент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10. Календарно-тематическое планирование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11. Источники и методические ориентиры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1. КОМПЛЕКС ОСНОВНЫХ ХАРАКТЕРИСТИК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1.1. Пояснительная записка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Дополнительная общеобразовательная общеразвивающая программа «Школа с интересом: математическое мышление» (далее – Программа) имеет естественно-научную направленность и предназначена для последовательного развития математической грамотности, логического и пространственного мышления, способности моделировать ситуацию, выбирать способ решения, проверять и объяснять результат у детей от 6 до 16 лет.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является модульной. Каждый из модулей 0–9 представляет собой самостоятельный завершённый годовой образовательный маршрут, рассчитанный на 32 учебные недели. Обучающийся зачисляется на конкретный модуль с учётом возраста и ранее освоенного содержания; обязательное вступительное испытание или психолого-педагогическая диагностика не проводятся.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относится к дополнительным общеобразовательным общеразвивающим программам и не является основной общеобразовательной программой, не заменяет обучение в общеобразовательной организации и не сопровождается выдачей документа об уровне общего образования.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При отборе содержания использована возрастная логика действующих федеральных рабочих программ по математике, а для модулей 7–9 — также отдельные элементы алгоритмического и информационного мышления. Материалы УМК «Школа России» и программ ОАНО «Новая школа» используются как методические ориентиры. Такое соотнесение не означает реализации ФГОС, федеральной образовательной программы или учебного плана общеобразовательной организации.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переработано под дополнительное образование: усилены решение нестандартных задач, пространственная геометрия, логика, математическое моделирование, работа с данными и проектная деятельность. Элементы физики входят только как доступные измеряемые ситуации и модели зависимостей. В каждом модуле предусмотрен десятизанийный проект архитектурного моделирования «Тематический город».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1.2. Нормативно-правовые и методические основания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действующие федеральные рабочие программы начального и основного уровней образования по математике, а для алгоритмической линии — федеральная рабочая программа основного уровня образования по информатике, исключительно как методические источники;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локальные нормативные акты ИП Тарабановой Е.П. об организации образовательной деятельности, контроле, аттестации, образовательных отношениях и выдаче документов об обучении.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1.3. Актуальность, особенности и педагогическая целесообразность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Актуальность Программы связана с необходимостью учить ребёнка не только выполнять действие по образцу, но и видеть количественные и пространственные отношения, понимать условие, строить модель, оценивать правдоподобие результата, работать с данными и аргументировать вывод.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Отличительная особенность — системное объединение вычислительной, задачной, геометрической, логической и проектной практики. Архитектурное моделирование переводит абстрактные понятия масштаба, координат, площади, объёма, симметрии и ограничения в осязаемый коллективный продукт. В старших модулях математическая модель связывается с алгоритмом, таблицей и графиком.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Педагогическая целесообразность обеспечивается движением от действия и наглядной модели к схеме, математическому языку и самостоятельному рассуждению. Важны разные способы решения, понятная обратная связь, право на ошибку и доработку; сравнение детей между собой не является целью оценивания.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1.4. Адресат, объём и срок освоения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предназначена для несовершеннолетних обучающихся 6–16 лет. Возрастные границы модулей являются ориентиром комплектования групп и могут уточняться без конкурсного отбора с учётом ранее освоенного содержания и интереса ребёнка.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200"/>
        <w:gridCol w:w="1200"/>
        <w:gridCol w:w="900"/>
        <w:gridCol w:w="1200"/>
        <w:gridCol w:w="1600"/>
        <w:gridCol w:w="3920"/>
      </w:tblGrid>
      <w:tr>
        <w:trPr>
          <w:tblHeader w:val="true"/>
          <w:cantSplit/>
        </w:trPr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Объём, ч</w:t>
            </w:r>
          </w:p>
        </w:tc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Срок</w:t>
            </w:r>
          </w:p>
        </w:tc>
        <w:tc>
          <w:tcPr>
            <w:tcW w:type="dxa" w:w="1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Занятий в неделю</w:t>
            </w:r>
          </w:p>
        </w:tc>
        <w:tc>
          <w:tcPr>
            <w:tcW w:type="dxa" w:w="39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Продолжительность занятия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 минут с сентября по декабрь; 40 минут с января по май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Полная последовательность модулей 0–9 составляет 1792 академических часа. Договор об образовании заключается на конкретный модуль; освоение всех модулей не является обязательным условием завершения отдельного модуля.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1.5. Форма обучения и организация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форма обучения — очная;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основная форма — групповое занятие с индивидуальной помощью в пределах занятия;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численность учебной группы определяется с учётом возраста обучающихся, содержания программы, санитарных требований и фактической вместимости помещения и составляет от 2 до 20 человек;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язык образования — русский;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электронное обучение, дистанционные образовательные технологии и сетевая форма не применяются;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индивидуальные учебные планы не используются; педагог дифференцирует задания без изменения объёма и результатов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Российская электронная школа, динамическая геометрическая среда, электронная таблица или иной проверенный ресурс могут демонстрироваться педагогом на очном занятии. Это не переводит Программу в электронную или дистанционную форму и не предполагает самостоятельной регистрации ребёнка на стороннем ресурсе.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1.6. Цель и задачи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Цель Программы —</w:t>
      </w:r>
      <w:r>
        <w:rPr>
          <w:rFonts w:ascii="Times New Roman" w:hAnsi="Times New Roman" w:eastAsia="Times New Roman"/>
          <w:color w:val="000000"/>
          <w:sz w:val="24"/>
        </w:rPr>
        <w:t xml:space="preserve"> создать условия для развития математического мышления и грамотности ребёнка: способности видеть отношения и закономерности, моделировать ситуацию, выполнять обоснованные действия, работать с пространством и данными, проверять и объяснять результат.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Образовательные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осознанное понимание числа, величины, действия, выражения, уравнения, функции и вероятности в объёме конкретного модуля;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способы решения текстовых, логических, геометрических, практических и исследовательских задач;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использовать предметную, графическую, символическую, табличную и алгоритмическую модели;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культуру вычисления, измерения, построения, оценки, проверки и математической записи;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пространственное воображение через конструирование, проекции, развёртки, масштаб и архитектурный проект;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начальные способы сбора, представления и критической интерпретации данных.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Развивающие и воспитательные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логическое, алгоритмическое, вариативное и критическое мышление;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познавательную инициативу, настойчивость и готовность пересмотреть ошибочный способ;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уважительное обсуждение решения и принятие разных обоснованных стратегий;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воспитывать аккуратность измерения, записи, обращения с инструментом и общей проектной моделью;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показывать связь математики с природой, техникой, архитектурой, бытом и ответственным принятием решений.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2. КОМПЛЕКС ОРГАНИЗАЦИОННО-ПЕДАГОГИЧЕСКИХ УСЛОВИЙ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2.1. Принципы и методы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возрастная доступность и преемственность модулей при самостоятельной завершённости каждого;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движение от действия и наглядной модели к схеме, символу, формуле и доказательству;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проблемное обучение: вопрос или задача предшествуют готовому правилу;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вариативность стратегий и обязательное обсуждение разумности ответа;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связь вычисления с задачей, геометрией, данными и практической ситуацией;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регулярная пространственная практика и проект архитектурного моделирования;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формирующее оценивание, индивидуальная обратная связь и доработка результата.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2.2. Формы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математическая мастерская и практикум;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проблемная беседа, устный счёт и разбор нескольких стратегий;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игра, головоломка, логический турнир без публичного ранжирования;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измерительный или модельный опыт;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геометрическое конструирование и архитектурное макетирование;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 с таблицей, диаграммой, графиком и алгоритмом;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индивидуальная, парная, групповая и проектная работа.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2.3. Структура занятия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математическая разминка или задача на актуализацию способа;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постановка вопроса и обсуждение исходной модели;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освоение или уточнение способа действия;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серия задач с постепенным уменьшением опоры;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задача на перенос, логику, пространство или реальные данные;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самопроверка, объяснение, фиксация ошибки и план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 УЧЕБНЫЙ ПЛАН И ПОДРОБНОЕ СОДЕРЖАНИЕ МОДУЛЕЙ 0–9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150"/>
        <w:gridCol w:w="1050"/>
        <w:gridCol w:w="4700"/>
        <w:gridCol w:w="900"/>
        <w:gridCol w:w="2220"/>
      </w:tblGrid>
      <w:tr>
        <w:trPr>
          <w:tblHeader w:val="true"/>
          <w:cantSplit/>
        </w:trPr>
        <w:tc>
          <w:tcPr>
            <w:tcW w:type="dxa" w:w="11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0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4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22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Недель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Числа, действия, величины и геометрические представления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Арифметика, задачи, геометрия, данные и вероятность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Числа, алгебраические модели, геометрия и данные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Алгебра, геометрия, вероятность и статистика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Алгоритмика, данные и вычислительное мышление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Алгебра, геометрия, вероятность и статистика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Алгоритмика, данные и вычислительное мышление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Алгебра, геометрия, вероятность и статистика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4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Алгоритмика, данные и вычислительное мышление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2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Часы текущего контроля, проектной работы и итоговой аттестации включены в объём соответствующей темы. Архитектурное моделирование занимает 10 занятий внутри каждого модуля и не увеличивает недельную нагрузку.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3.1. Модуль 0: 6–7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вводит ребёнка в математическую деятельность через счёт, сравнение, конструирование, движение в пространстве, поиск закономерностей и обсуждение способов решения. Знаковая запись вводится после действия с предметом, рисунком или моделью.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 по 30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«Числа, действия, величины и геометрические представления» — 128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Стартовые математические представления: один–много, столько же, больше–меньше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Предметные действия, сравнение пар, объяснение выбора без конкурсного отбора.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Свойства предметов, группы и классификации по одному и двум признакам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Сортировка, поиск основания классификации, игры с обручами и таблицами.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Числа от 0 до 10: счёт, цифра, количество, порядок и место числа — 24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Счёт предметов и шагов, числовая дорожка, составление количественных моделей.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Состав числа. Сложение и вычитание как объединение, добавление, удаление и сравнение — 24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Разложение числа, истории с предметами, схемы и первые записи действий.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Простые задачи-ситуации и выбор действия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Инсценирование, рисунок, схема, вопрос и устное объяснение решения.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Величины: длина, масса, вместимость, время; непосредственное сравнение и условная мерка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Измерительные опыты, оценка результата, сравнение разными мерками.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Форма и пространство: плоские фигуры, объёмные тела, расположение и маршрут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Конструирование, описание пути, вид сверху и сбоку на наглядном уровне.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Закономерности, последовательности, простые таблицы и пиктограммы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Продолжение ряда, восстановление правила, сбор и изображение небольших данных.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математическая работа в игровой форме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Комплекс практических заданий, беседа о способах и возможность доработки.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«Логика, пространственное мышление и математическое моделирование»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Логические игры: отрицание, выбор по условию, лишний объект и все возможные варианты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Игры с карточками и блоками, объяснение признака и проверка вариантов.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Пространственные преобразования: узор, симметрия, поворот, складывание и развёртка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Мозаики, танграм, графические диктанты, зеркальные рисунки.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Математика наблюдаемых явлений: путь, время, равновесие и устойчивость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Безопасные опыты и измерения без введения отдельного предмета физики.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от замысла и плана до общей модели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последовательных занятий: масштаб на наглядном уровне, формы зданий, улицы, сборка и представление города.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логико-пространственный практикум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Лабиринт, конструктивная задача, объяснение и презентация фрагмента города.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числовые и геометрические модели, логические классификации, маршрут, узор и коллективный макет тематического города.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3.2. Модуль 1: 7–8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формирует осознанный счёт и вычисление, понимание структуры задачи и языка величин. Ребёнок учится переходить между предметной ситуацией, рисунком, схемой, числовой записью и словесным объяснением.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неделю; 35 минут с сентября по декабрь, 40 минут с января по май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«Числа, действия, задачи, величины и геометрия» — 128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Числа от 0 до 20: состав, порядок, сравнение и числовой луч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 десятка и единиц, разложение, сравнение и работа с числовым лучом.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Сложение и вычитание в пределах 20; взаимосвязь действий и приёмы вычисления — 24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Предметные и графические модели, таблицы, устные стратегии и самопроверка.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Числа до 100: десятки и единицы, чтение, запись и сравнение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Десятичная модель, разрядные карточки, оценка положения числа.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Текстовая задача: условие, вопрос, данные, искомое, схема и решение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Задачи на увеличение, уменьшение, разностное сравнение и неизвестный компонент.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Величины и измерение: длина, масса, вместимость, стоимость, время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Измерение, выбор единицы, чтение часов и практические расчёты.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Геометрические фигуры, линии, отрезок, ломаная, многоугольник и конструирование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Чертёж по линейке, составление и разбиение фигур, описание взаимного расположения.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Закономерности, равенства, неравенства и выражения с неизвестным компонентом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Продолжение правил, подбор значения, проверка равенства.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Таблицы, пиктограммы и чтение простых данных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Сбор данных группы, вопросы к таблице, сравнение категорий.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Обобщение и итоговая комплексная работа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Вычисление, задача, измерение, геометрическое задание и объяснение способа.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«Логика, пространственное мышление и математическое моделирование»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Логические условия, истинные и ложные высказывания на наглядном материале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Выбор по нескольким условиям, исправление неверного утверждения.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Пространственное воображение: вид, поворот, симметрия, составление фигуры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Кубики, мозаики, танграм, построение по клеткам.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Моделирование величин и явлений: маршрут, длительность, масса и равновесие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Измерение, таблица наблюдений, вывод по данным.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план участка, здания и улицы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 от эскиза и выбора форм до сборки, расчёта элементов и защиты модели.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практикум по логике и моделированию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Новая задача, выбор модели, проверка и объяснение решения.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решённые и самостоятельно составленные задачи, измерительный лист, таблица данных, геометрическая конструкция и макет города.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3.3. Модуль 2: 8–9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развивает разрядное понимание числа, уверенные вычислительные стратегии, табличное умножение и деление, работу с несколькими связанными величинами. Особое внимание уделяется чертежу, моделированию задачи и проверке разумности ответа.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«Числа, действия, задачи, величины и геометрия» — 128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Числа до 1000: разрядный состав, сравнение, округление на практическом уровне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Разрядные модели, числовая прямая, чтение и упорядочивание.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Устное и письменное сложение и вычитание; оценка и проверка результата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Алгоритмы, удобные способы, обратное действие и прикидка.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Смысл умножения и деления. Табличные случаи и взаимосвязь действий — 32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Группировка, прямоугольные модели, таблица умножения, задачи на равные части.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Деление с остатком на предметном и графическом уровне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Распределение объектов, проверка остатка и связь с реальной ситуацией.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Составные текстовые задачи и моделирование зависимостей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Краткая запись, схема, план решения, разные способы и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Величины: длина, площадь, масса, время, стоимость; единицы и преобразования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Практические измерения, календарь, часы, простые сметы.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Геометрия: прямой угол, прямоугольник, квадрат, периметр и площадь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Чертёж, измерение сторон, разбиение и составление фигур.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Доли и простые дроби как части целого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Складывание, разрезание, числовые и геометрические модели.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Данные: таблицы, столбчатые диаграммы и вопросы к информации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Сбор, представление и сравнение небольших наборов данных.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комплексная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Вычисления, задача, геометрия и интерпретация данных.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«Логика, пространственное мышление и математическое моделирование»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Логические задачи на порядок, соответствие, перебор и исключение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Таблицы вариантов, схемы рассуждения, поиск контрпримера.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Пространственные задачи: кубические постройки, развёртки и симметрия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Построение по виду, подсчёт элементов, мысленный поворот.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Математические модели движения и измеряемых процессов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Путь и время на бытовом уровне, температура, таблица наблюдений.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сетка плана и расчёт материалов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план, периметр, площадь, формы сооружений, сборка и защита.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логико-конструкторская задача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Проектирование по ограничениям, проверка и аргументация.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вычислительный практикум, схемы составных задач, диаграмма, пространственная модель и проект города с расчётом элементов.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3.4. Модуль 3: 9–10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переводит обучающегося к устойчивой работе с многозначными числами и составными задачами, развивает понимание дроби, уравнения, площади и объёма. Решение сопровождается схемой, прикидкой, проверкой и словесным обоснованием.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«Числа, действия, задачи, величины и геометрия» — 128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Многозначные числа и десятичная система: классы, разряды, сравнение и округление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Разрядные таблицы, числовая прямая, практическая оценка величин.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Письменные алгоритмы сложения и вычитания; порядок действий — 24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Алгоритмы, выражения со скобками, прикидка и взаимная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Умножение и деление многозначных чисел в изучаемых случаях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Разрядные модели, письменные вычисления и контроль обратным действием.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Задачи в несколько действий: цена–количество–стоимость, движение, работа и доли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Табличная и схематическая модель, план, сравнение способов.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Дробь как часть целого и величины; сравнение простых дробей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Круговые, полосовые и числовые модели, задачи на долю.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Величины и их преобразование: время, площадь, масса, объём, скорость на практическом уровне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Измерения, таблицы единиц, задачи с реальными данными.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Геометрические построения, периметр, площадь прямоугольника и объём прямоугольной модели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Чертёж, сетка, составные фигуры, кубические конструкции.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Уравнение и неизвестный компонент действия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Моделирование равенства, решение и обязательная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Таблицы, диаграммы, координатная сетка и среднее как интуитивная характеристика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Чтение данных, построение диаграммы, осторожный вывод.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комплексная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Расчёт, задача, геометрическая модель и объяснение.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«Логика, пространственное мышление и математическое моделирование»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Логические рассуждения: утверждение, следствие, контрпример и перебор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Проверка гипотез, таблицы, деревья вариантов.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Пространственное мышление: виды модели, развёртки, сечения на наглядном уровне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Работа с кубиками и бумажными моделями, сравнение проекций.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Модели физических ситуаций: скорость, время, расстояние, масса и устойчивость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Измерение, графическое представление и оценка результата.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масштабная сетка и составные объекты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техническое задание, план, расчёты, макетирование, проверка ограничений и защита.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математическое исследование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Постановка вопроса, модель, расчёт, вывод и представление.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таблицы зависимостей, модели дробей, уравнения с проверкой, чертежи, исследование данных и масштабный макет.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3.5. Модуль 4: 10–11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укрепляет вычислительную культуру и выводит обучающегося к более общим способам решения: выражениям, уравнениям, дробям, координатам, площадям и объёмам. Пространственная линия связывается с проектированием и чтением планов.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«Числа, действия, задачи, величины и геометрия» — 128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Натуральные числа: запись, сравнение, разряды, округление и оценка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Числовая прямая, большие числа, прикидка и интерпретация.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Арифметические действия, свойства и рациональные приёмы вычислений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Письменные алгоритмы, порядок действий, проверка и оценка ошибки.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Числовые и буквенные выражения. Уравнения и неравенства на изученном материале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Перевод условия в запись, подбор и проверка значения.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Многошаговые задачи и зависимости между величинами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 движения, работы, покупки, производительности и совместных действий.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Обыкновенные дроби: сравнение, равные дроби и действия в простых случаях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Числовая прямая, части величины, задачи и геометрические модели.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Десятичные дроби как запись результата измерения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Деньги и метрические величины, сравнение и простые действия.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Величины, единицы, масштаб и практическая оценка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Планы, карты, рецепты без приготовления, сметы и измерительные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Геометрия: углы, треугольники, четырёхугольники, площадь, объём и развёртки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Построения, классификация, составные фигуры и пространственные модели.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Координаты, таблицы, диаграммы и анализ данных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Координатная сетка, графическое представление, сравнение и вывод.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комплексная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Задача с данными, вычисления, геометрия и аргументация.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«Логика, пространственное мышление и математическое моделирование»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Логические методы: перебор, таблица, дерево, инвариант на доступном уровне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Выбор метода, проверка полноты вариантов, поиск ошибки.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Пространственные преобразования, масштаб, проекции и развёртки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Чтение плана, переход между моделью и изображением.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Количественные модели явлений: движение, температура, плотность размещения и равновесие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Сбор данных, зависимость величин, график и вывод.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масштаб, площадь и объём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зонирование, расчёт площадей, объёмные формы, макет и публичная защита.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проектно-логическая задача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Решение при нескольких ограничениях, доказательство выполнимости.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практические сметы, задачи с масштабом, координатные модели, расчёты площади и объёма, архитектурный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3.6. Модуль 5: 11–12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объединяет арифметику натуральных чисел, обыкновенных и десятичных дробей с геометрическими, статистическими и вероятностными задачами. Формируется математическая грамотность: интерпретация условия, построение модели, вычисление, проверка и содержательный ответ.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«Арифметика, задачи, геометрия, данные и вероятность» — 128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Натуральные числа, делимость и позиционная запись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Свойства действий, деление с остатком, признаки делимости и задачи.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Вычисления с натуральными числами и числовые выражения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Порядок действий, степени на вводном уровне, прикидка и калькулятор как средство проверки.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Обыкновенные дроби: основное свойство, сравнение и действия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 дроби, общий знаменатель в доступных случаях, задачи на части.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Десятичные дроби: чтение, сравнение, округление и действия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Измерения, деньги, вычислительный практикум и оценка результата.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Отношения, пропорции и проценты в практических ситуациях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Масштаб, скидка, доля, рецепт как числовая модель и задачи.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Буквенные выражения и простые уравнения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Запись зависимости, подстановка, решение и проверка.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Текстовые задачи на движение, работу, покупки и части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Таблица величин, схема, арифметический и уравнительный способы.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Геометрические фигуры, углы, площади, объёмы и наглядная геометрия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Построения, измерения, развёртки и вычисление по модели.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Таблицы, диаграммы, средние характеристики и случайный опыт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Сбор данных, среднее арифметическое, частота и простые эксперименты.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Обобщение и итоговая работа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Комплексная задача с вычислением, моделью, данными и обоснованием.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«Логика, пространственное мышление и математическое моделирование»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Логические задачи, комбинаторный перебор и доказательство невозможности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Таблица и дерево вариантов, контрпример, чётность и простые инварианты.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Пространственная геометрия: куб, параллелепипед, развёртки и проекции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Модели, подсчёт элементов, площадь поверхности и объём в доступных случаях.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Математические модели физических процессов: скорость, температура, масса и объём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Формула как связь величин, таблица, график и оценка.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план, масштаб и бюджет материалов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техническое задание, расчёты, модель, корректировка и защита.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исследование по моделированию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Выбор переменных, вычисление, проверка ограничений и вывод.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комплексные задачи на дроби и проценты, статистический мини-отчёт, геометрические модели и проект тематического города.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3.7. Модуль 6: 12–13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расширяет числовую линию до отрицательных и рациональных чисел, развивает пропорциональное мышление, координатные представления и решение уравнений. Геометрические и вероятностные задачи используются для формирования доказательного рассуждения.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160 часов; 32 недели; 5 занятий в неделю по 40 минут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«Числа, алгебраические модели, геометрия и данные» — 128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Натуральные числа, делимость, простые и составные числа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Признаки делимости, разложение, НОД и НОК в задачах.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Обыкновенные и десятичные дроби; совместные вычисления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Преобразование записи, действия, прикидка и проверка.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Отношения, пропорции, масштаб и проценты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Прямые зависимости, проценты изменения и практические расчёты.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Положительные и отрицательные числа, модуль и координатная прямая — 18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Сравнение, действия, температура, высота и финансовые модели.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Буквенные выражения, раскрытие скобок, подобные слагаемые и линейные уравнения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Преобразование, решение, проверка и перевод условия.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Текстовые задачи на движение, работу, смеси и проценты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Таблица, схема, пропорция или уравнение; содержательная проверка.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Наглядная геометрия, координатная плоскость, симметрия, площади и объёмы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Построения, преобразования, развёртки и пространственные расчёты.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Данные, средние, диаграммы, случайные события и частоты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Сбор, представление, сравнение выборок и экспериментальная вероятность.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Математическое моделирование измеряемого процесса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Формула, таблица, график и интерпретация результата.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работа — 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Комплексная задача и краткая защита способа.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«Логика, пространственное мышление и математическое моделирование»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Логические конструкции, делимость, стратегии перебора и оценка утверждений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Доказательство, контрпример, таблица случаев и работа с условием.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Пространственные модели: проекции, развёртки, координаты и симметрия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Чертёж, макет и переход между представлениями.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Модели движения и простых механических ситуаций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Зависимости путь–время–скорость, рычаг и равновесие на качественном уровне.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координатный план и расчёт параметров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ограничения, масштаб, координаты, площади, объёмы, макет и защита.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исследовательская задача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Гипотеза, модель, проверка и аргументированный вывод. Содержание раскрывается через предметную, графическую и пространственную модель, поиск нескольких способов и словесное обоснование.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задачи на пропорции и рациональные числа, координатные и вероятностные модели, исследовательский отчёт и макет.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3.8. Модуль 7: 13–14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организован вокруг трёх математических линий: алгебраической, геометрической и вероятностно-статистической. Дополнительная линия алгоритмики связывает формулу, таблицу, график и последовательность действий, не оформляясь как отдельная программа по информатике.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224 часа; 32 недели; 7 занятий в неделю по 40 минут: математическая практика — 6, алгоритмика и данные — 1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«Алгебра, геометрия, вероятность и статистика» — 192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Рациональные числа, степень с натуральным показателем и вычислительная культура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Вычисления, числовая прямая, модуль, оценка и практические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Алгебраические выражения, одночлены и преобразования — 24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Символьная запись, подстановка, приведение и обоснование преобразований.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Многочлены, формулы сокращённого умножения и разложение на множители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Операции, геометрические модели формул и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Линейные уравнения и текстовые модели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Равносильные преобразования, задачи на движение, работу и проценты.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Функция, линейная зависимость и график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Таблица значений, координатная плоскость, чтение реальных графиков.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Системы линейных уравнений и задачи с двумя неизвестными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Графический и алгебраический способы, проверка решения.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Начальные геометрические понятия, измерение углов и логика доказательства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Определение, утверждение, чертёж и последовательность обоснования.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Треугольники: признаки равенства, медиана, биссектриса и высота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Построения, доказательные задачи и практические измерения.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Параллельные прямые и углы при секущей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Чертёж, свойства, признаки и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Соотношения в треугольнике и геометрические неравенства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Исследование условий существования и доказательство.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Геометрические построения и задачи на конструкцию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Циркуль, линейка, алгоритм построения и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Координатные и пространственные задачи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Координаты, симметрия, расстояния и модели.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Таблицы, диаграммы и описательные характеристики данных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Среднее, медиана, размах, сравнение наборов.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Случайный опыт, событие, частота и вероятность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Эксперименты, равновозможные исходы, оценка результата.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Комбинаторные схемы, дерево вариантов и правило умножения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Полный перебор, упорядочивание и подсчёт.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Вероятностные модели практических ситуаций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Таблица исходов, интерпретация и критическая оценка.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«Алгоритмика, данные и вычислительное мышление»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Алгоритм, исполнитель, последовательность и проверка корректности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Словесная запись и блок-схема, поиск неоднозначности.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Табличные модели, формулы и автоматизация повторяющихся вычислений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Заполнение таблицы, относительные зависимости, проверка результата.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Простые алгоритмы с условием и повторением на безмашинном и демонстрационном уровне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Трассировка, исправление ошибки, сравнение алгоритмов.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параметрическая сетка и система ограничений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техническое задание, координаты, масштаб, расчёты, макет, тестирование и защита.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Моделирование данных и измеряемых процессов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Таблица, график, формула, погрешность и интерпретация.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алгоритмико-математический проект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Постановка задачи, алгоритм, расчёт, визуализация данных и презентация.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алгебраические модели, доказательные геометрические решения, статистическая визуализация, алгоритм и параметрический проект города.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3.9. Модуль 8: 14–15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углубляет алгебраическое моделирование через квадратные уравнения, рациональные выражения и функции; геометрическая линия включает площади, подобие и окружность. Работа с данными строится на реальных наборах и обязательной интерпретации результата.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224 часа; 32 недели; 7 занятий в неделю по 40 минут: математическая практика — 6, алгоритмика и данные — 1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«Алгебра, геометрия, вероятность и статистика» — 192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Квадратные корни, действительные числа и оценка значений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Сравнение, приближение, числовая прямая и практические вычисления.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Алгебраические дроби и рациональные выражения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Допустимые значения, преобразования, действия и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Степень с целым показателем и стандартный вид числа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Свойства степени, масштабы и естественно-научные данные.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Квадратные уравнения и задачи, приводящие к ним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Способы решения, теорема Виета на практическом уровне, модель и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Функции и графики: линейная, обратная пропорциональность и квадратичная зависимость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Преобразование графика, чтение параметров и процессов.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Неравенства и числовые промежутки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Равносильные преобразования, изображение решений и прикладные ограничения.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Системы уравнений и текстовые задачи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Алгебраический и графический способы, интерпретация корней.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Четырёхугольники и их свойства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Классификация, признаки, построения и доказательные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Площади многоугольников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Формулы, разбиение, преобразование и практические расчёты.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Подобие треугольников и пропорциональные отрезки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Признаки подобия, масштаб, измерение недоступных расстояний.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Окружность, касательная и центральные элементы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Построения, свойства и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Координаты, векторы и геометрическое моделирование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Запись перемещения, координатный метод и пространственные связи.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Статистические характеристики и визуализация данных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Среднее, медиана, квартиль на ознакомительном уровне, сравнение распределений.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Случайные события и вычисление вероятностей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Противоположные события, таблицы исходов, эксперимент.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Дерево случайного опыта и простые составные события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Графическая модель, правило умножения и интерпретация.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«Алгоритмика, данные и вычислительное мышление»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Алгоритмы с ветвлением и повторением; трассировка и тестирование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Псевдокод, таблица исполнения, крайние случаи.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Электронная таблица как модель формулы и набора данных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Формулы, серии, диаграммы и проверка исходных данных.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Численное и графическое исследование зависимости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Изменение параметра, таблица значений, график и вывод.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подобие, масштаб и оптимизация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варианты плана, расчёт, сравнение решений, макет и защита.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проект по алгоритмам и данным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Проблема, данные, алгоритм обработки, визуализация и аргументированный вывод.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исследование функции, доказательная геометрическая работа, вероятностная модель, электронная таблица и оптимизационный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3.10. Модуль 9: 15–16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Завершающий модуль систематизирует алгебру, геометрию, вероятность и статистику, усиливает самостоятельный выбор метода и доказательность. Отдельные задания экзаменационного формата применяются как тренировка математической грамотности и не превращают программу в курс государственной аттестации.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и режим: 224 часа; 32 недели; 7 занятий в неделю по 40 минут: математическая практика — 6, алгоритмика и данные — 1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Внутри модуля содержание образует единую линию развития: число и вычисление связываются с задачей, величиной, геометрическим образом, данными, логическим рассуждением и моделированием реальной ситуации. Педагог вправе менять последовательность соседних тем с учётом темпа группы, сохраняя часы, результаты и обязательный десятизанийный архитектурный проект.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«Алгебра, геометрия, вероятность и статистика» — 192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Действительные числа, степени, корни и вычислительная оценка — 8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Преобразования, приближения, стандартная запись и контроль ошибки.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Квадратичная функция и преобразования графиков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Парабола, вершина, нули, параметры и модели процессов.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Уравнения и системы: линейные, квадратные, дробно-рациональные и сводимые к ним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Выбор метода, область допустимых значений и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Неравенства и системы неравенств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Метод интервалов на доступном уровне, графическая интерпретация.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Арифметическая и геометрическая прогрессии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Формулы, рекуррентная запись, суммы и практические модели.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Текстовые задачи и математическое моделирование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Движение, работа, проценты, смеси, оптимальный выбор и проверка.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Систематизация алгебры и отдельные задания формата ОГЭ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Стратегия, оформление, анализ ошибки и доработка.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Векторы и координатный метод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Операции, координаты, длина, середина и решение геометрических задач.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Подобие, окружность и геометрические преобразования — 16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Доказательство, построение, вписанные углы и практические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Метрические соотношения и элементы тригонометрии прямоугольного треугольника — 14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Синус, косинус, тангенс как отношения, измерительные задачи.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Площади, длина окружности, площадь круга и составные фигуры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Формулы, разбиение, оценка и архитектурные расчёты.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Комбинаторные правила и перечисление вариантов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Правила суммы и умножения, перестановки на базовом уровне.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Вероятность объединения и пересечения событий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Диаграммы, дерево опыта, независимость на практическом уровне.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Статистика, выборка, визуализация и критическое чтение данных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Характеристики, диаграммы, смещение представления и вывод. Содержание раскрывается от понимания понятия и модели к способу действия, применению в задаче, оценке результата и самопроверке.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«Алгоритмика, данные и вычислительное мышление» — 32 ч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Алгоритм решения, декомпозиция, тестовые данные и оценка эффективности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Разбиение задачи, набор тестов, сравнение способов.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Псевдокод и алгоритмы обработки числовых последовательностей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Условие, цикл, накопление результата и трассировка.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Таблицы, диаграммы и проверка качества данных — 6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Очистка набора, формулы, визуализация, выявление искажения.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Математическая модель и компьютерный эксперимент в демонстрационном режиме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Параметры, серия расчётов, график и границы применимости.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Архитектурное моделирование «Тематический город»: многокритериальный проект — 10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Десять занятий: требования, масштаб, геометрия, расчёт ресурсов, сравнение вариантов, макет и защита.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keepNext/>
        <w:spacing w:before="60" w:after="40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защита алгоритмико-математического решения — 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Основные виды работы: Краткое представление модели, проверка и ответы на вопросы. Содержание раскрывается через алгоритмическую запись, табличную или графическую модель; цифровое средство при необходимости демонстрирует педагог на очном занятии. В ходе блока педагог включает устный счёт или математическую разминку, задачу на перенос способа и краткую рефлексию; текущая проверка проводится по результату и объяснению, а не только по скорости.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результаты и итог блока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комплексное математическое исследование, отдельные задания формата ОГЭ, анализ данных, алгоритм и многокритериальный архитектурный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Итоговая работа объединяет вычислительный или алгебраический компонент, задачу с моделированием, геометрическое либо пространственное действие и объяснение способа. Для старших модулей дополнительно включается работа с данными или алгоритмом. Ошибка рассматривается как материал для анализа; обучающемуся предоставляется возможность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4. КАЛЕНДАРНЫЙ УЧЕБНЫЙ ГРАФИК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2800"/>
        <w:gridCol w:w="7220"/>
      </w:tblGrid>
      <w:tr>
        <w:trPr>
          <w:tblHeader w:val="true"/>
          <w:cantSplit/>
        </w:trPr>
        <w:tc>
          <w:tcPr>
            <w:tcW w:type="dxa" w:w="28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Показатель</w:t>
            </w:r>
          </w:p>
        </w:tc>
        <w:tc>
          <w:tcPr>
            <w:tcW w:type="dxa" w:w="72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Учебный период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01.09.2026–28.05.2027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Продолжительность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32 учебные недели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Осенний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26.10.2026–30.10.2026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Зимний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28.12.2026–10.01.2027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Февральский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15.02.2027–21.02.2027; 22–23.02.2027 — неучебные праздничные дни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Весенний перерыв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29.03.2027–02.04.2027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Режим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 расписанию конкретной группы в пределах недельной нагрузки модуля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Итоговая аттестация</w:t>
            </w:r>
          </w:p>
        </w:tc>
        <w:tc>
          <w:tcPr>
            <w:tcW w:type="dxa" w:w="72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 течение последней учебной недели; часы входят в объём модуля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При совпадении занятия с нерабочим праздничным днём или при обоснованном изменении расписания занятие переносится распорядительным решением без сокращения объёма модуля. Изменение темы внутри недели допускается при сохранении общей логики и часов.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5. ПЛАНИРУЕМЫЕ РЕЗУЛЬТАТЫ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5.1. Общие результаты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математическую задачу, выделять данные, условие, ограничения и искомое;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переходить между предметной ситуацией, рисунком, схемой, таблицей, графиком, формулой и алгоритмом;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доступные модулю вычисления, измерения и построения, оценивать и проверять результат;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видеть закономерность, классифицировать, перебирать варианты и приводить контрпример;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пространственные задачи и создавать модель по плану или техническому заданию;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собирать, представлять и интерпретировать данные без подмены факта оценкой;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ход решения, слушать другой способ, задавать вопрос и корректно обсуждать ошибку;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планировать работу, использовать критерии и дорабатывать результат после обратной связи.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5.2. Результаты освоения: Модуль 0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считать предметы, соотносить число, цифру и количество в освоенном диапазоне;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сравнивать группы, формы и величины, называть признак классификации;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моделировать сложение и вычитание предметами, рисунком и простой записью;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короткую задачу-ситуацию и объяснять выбранное действие;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распознавать плоские фигуры и объёмные тела, описывать положение и маршрут;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продолжать закономерность и создавать простой пространственный объект по замыслу.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5.3. Результаты освоения: Модуль 1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читать, записывать и сравнивать числа в пределах изученного диапазона;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сложение и вычитание изученными способами и проверять результат;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выделять условие, вопрос, данные и искомое, составлять схему задачи;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измерять длину и время, использовать доступные единицы и простые денежные расчёты;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чертить отрезок, распознавать и составлять геометрические фигуры;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логико-пространственную задачу и объяснять последовательность действий.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5.4. Результаты освоения: Модуль 2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разрядный состав чисел до 1000 и применять письменные вычисления;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таблицу умножения и взаимосвязь умножения и деления;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составные задачи по схеме или краткой записи и проверять ответ;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вычислять периметр и площадь прямоугольника в изученных случаях;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таблицу и столбчатую диаграмму, формулировать вывод по данным;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переходить между видом постройки, планом и моделью.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5.5. Результаты освоения: Модуль 3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и сравнивать многозначные числа, выполнять изученные письменные действия;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задачи в несколько действий, использовать таблицу зависимых величин;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дробь как часть целого и величины, находить долю в простых случаях;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простое уравнение и выполнять проверку;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работать с площадью, объёмом, координатной сеткой и диаграммой;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строить и защищать математическую модель при заданных ограничениях.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5.6. Результаты освоения: Модуль 4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рационально выполнять арифметические действия и оценивать правдоподобие ответа;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работать с выражением, уравнением, дробью и десятичной записью величины;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многошаговые задачи на движение, работу, покупки и совместные действия;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масштаб, единицы площади и объёма в практических расчётах;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координаты, таблицы и диаграммы, отличать данные от вывода;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обосновывать выбор модели и корректировать проект после проверки.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5.7. Результаты освоения: Модуль 5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вычисления с натуральными числами, обыкновенными и десятичными дробями;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задачи на отношения, пропорции и проценты в практическом контексте;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составлять выражение или уравнение по условию и интерпретировать результат;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свойства геометрических фигур, площади, объёмы и развёртки;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находить среднее, читать диаграмму и описывать простой случайный опыт;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логический перебор, контрпример и пространственную модель.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5.8. Результаты освоения: Модуль 6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признаки делимости, НОД и НОК в вычислительных и сюжетных задачах;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действия с рациональными числами и изображать их на координатной прямой;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задачи на проценты, пропорции, движение, работу и смеси;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преобразовывать выражения, решать линейные уравнения и проверять корень;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строить точки на координатной плоскости и работать с геометрической моделью;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собирать и интерпретировать данные, различать частоту и теоретическое предположение.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5.9. Результаты освоения: Модуль 7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преобразовывать алгебраические выражения, многочлены и применять формулы;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линейные уравнения, системы и задачи с помощью алгебраической модели;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строить и читать график линейной функции и реальной зависимости;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геометрические задачи на треугольники и параллельные прямые с обоснованием;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таблицы, статистические характеристики, частоту и вероятность;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составлять, трассировать и проверять простой алгоритм обработки данных.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5.10. Результаты освоения: Модуль 8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преобразовывать рациональные выражения с учётом допустимых значений;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квадратные уравнения, неравенства и прикладные задачи;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исследовать функцию по формуле, таблице и графику;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свойства четырёхугольников, подобие, площадь и окружность;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вычислять и интерпретировать вероятность в простых моделях;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электронную таблицу и алгоритм для исследования зависимости.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5.11. Результаты освоения: Модуль 9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выбирать способ решения уравнения, системы, неравенства и задачи с параметрами ситуации;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работать с квадратичной функцией и прогрессиями, объяснять смысл параметров;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координатный метод, векторы, подобие и метрические соотношения;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комбинаторные и вероятностные задачи и критически читать статистику;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отдельные задания формата ОГЭ с анализом ошибки и доработкой;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и защищать математическую модель, алгоритм и визуализацию данных.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6. ФОРМЫ КОНТРОЛЯ И ИТОГОВАЯ АТТЕСТАЦИЯ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6.1. Текущий контроль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 ходе устного счёта, решения и объяснения задачи, вычислительного или алгебраического практикума, измерения, построения, работы с данными, логического задания, проекта, самостоятельной или контрольной работы. Результаты фиксируются в российской системе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 каждом из четырёх учебных периодов педагог планирует работы на максимальные 100 баллов; годовой максимум — 400 баллов. Обычные работы оцениваются, как правило, в 5 баллов, более объёмные контрольные и проектные — в 10 баллов. Критерии сообщаются заранее и учитывают математическую правильность, модель, обоснование, проверку и самостоятельность в возрастно доступной форме.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Значение «0» означает, что запланированная работа пока не выполнена, в том числе из-за отсутствия ребёнка, и не является отрицательной отметкой. Ребёнок может выполнить или заменить работу в согласованной форме; после выполнения значение заменяется фактически набранным баллом. Публичное ранжирование и раскрытие индивидуальных результатов другим семьям не допускаются.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6.2. Итоговая аттестация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 окончании модуля проводится внутренняя итоговая аттестация. Она не является государственной итоговой аттестацией и не подтверждает уровень общего образования.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0–1 — игровая или практическая комплексная работа: число и действие, задача, величина, геометрия, логика и объяснение;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2–4 — письменная и практическая комплексная работа, пространственная задача и представление проектного результата;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5–6 — комплексная математическая работа, задача с моделью, геометрический или статистический блок и защита фрагмента проекта;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модули 7–9 — алгебраический, геометрический и вероятностно-статистический блоки, работа с алгоритмом или данными и защита итогового решения.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считается успешно освоенным, если обучающийся набрал не менее 60 процентов от фактически установленного педагогом максимума за год и выполнил итоговую работу не менее чем на 60 процентов от её максимального балла. Предоставляется разумный срок для доработки.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После успешного освоения выдаётся сертификат об освоении модуля дополнительной общеобразовательной общеразвивающей программы. Он не является документом об образовании государственного образца и не присваивает квалификацию. При досрочном прекращении обучения или непрохождении итоговой аттестации по запросу выдаётся справка об обучении или периоде обучения.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7. ОЦЕНОЧНЫЕ И МЕТОДИЧЕСКИЕ МАТЕРИАЛЫ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7.1. Единые критерии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000"/>
        <w:gridCol w:w="7020"/>
      </w:tblGrid>
      <w:tr>
        <w:trPr>
          <w:tblHeader w:val="true"/>
          <w:cantSplit/>
        </w:trPr>
        <w:tc>
          <w:tcPr>
            <w:tcW w:type="dxa" w:w="3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Критерий</w:t>
            </w:r>
          </w:p>
        </w:tc>
        <w:tc>
          <w:tcPr>
            <w:tcW w:type="dxa" w:w="70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Что оценивается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Понимание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Выделены данные, вопрос, отношения и ограничения; ответ относится к задаче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Математическая правильность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Понятия, вычисления, преобразования, измерения и построения выполнены корректно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Модель и стратегия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Выбрана подходящая схема, таблица, график, формула, чертёж или алгоритм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Обоснование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Ход решения объяснён; для старших модулей приведены необходимые доказательные шаги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Проверка и интерпретация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Результат проверен, оценён и истолкован в контексте задачи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Самостоятельность и доработка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Обучающийся использует опоры уместно, замечает ошибку и улучшает работу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Для конкретной работы педагог выбирает применимые критерии и распределяет баллы до её проведения. Скорость сама по себе не является универсальным критерием; запрещено снижать результат по основаниям, не связанным с заявленными результатами Программы.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7.2. Методические и оценочные материалы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наборы задач базового, вариативного, логического и исследовательского уровня;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числовые линии, модели разрядов и дробей, таблицы величин и зависимостей;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геометрические конструкторы, развёртки, координатные сетки и материалы для макетирования;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измерительные задания, безопасные модельные опыты и таблицы наблюдений;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наборы данных, диаграммы, электронные таблицы и алгоритмические карточки;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диагностические, тематические, итоговые и проектные работы с критериями;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маршрутные листы, памятки самопроверки и листы проектной рефлексии.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8. УСЛОВИЯ РЕАЛИЗАЦИИ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8.1. Кадровые условия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Программу реализует педагог дополнительного образования, отвечающий установленным законодательством требованиям к педагогической деятельности. Распределение модулей и групп закрепляется распорядительным документом ИП Тарабановой Е.П.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8.2. Материально-технические и информационные условия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учебные кабинеты с доской в каждом кабинете, мебелью по возрасту и достаточным освещением;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два телевизора для очной демонстрации моделей, изображений, графиков и материалов;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три ноутбука, чёрно-белый и цветной принтеры;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линейки, угольники, циркули, мерные материалы, бумага в клетку и обычные канцелярские принадлежности;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книги, плакаты, карточки, таблицы, раздаточные и наглядные 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материалы для конструирования и архитектурного макетирования; отдельные имеющиеся материалы для безопасных биологических и измерительных наблюдений;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доступ к Российской электронной школе и иным законно используемым, проверенным педагогом и подходящим по возрасту электронным ресурсам;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условия для хранения работ и ведения учёта результатов в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Конкретный электронный ресурс используется после проверки содержания, источника, условий законного использования и возрастной уместности. Персональные данные обучающихся не размещаются на стороннем ресурсе без предусмотренного законом основания.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9. ВОСПИТАТЕЛЬНЫЙ КОМПОНЕНТ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Воспитательный компонент встроен в совместное решение задач и проектов. Он направлен на интеллектуальную честность, уважение к аргументу, аккуратность работы с данными, готовность признавать и исправлять ошибку, ответственность за общий результат и интерес к роли математики в культуре, науке, технике и архитектуре.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уважительное обсуждение разных способов без высмеивания ошибки и публичного ранжирования;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ответственное использование числа, диаграммы и статистики без намеренного искажения;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распределение ролей и соблюдение договорённостей в архитектурном проекте;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бережное и безопасное обращение с инструментами и материалами;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обсуждение вклада российских и мировых математиков и инженеров в развитие знаний;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понимание границ модели: математический результат проверяется на соответствие реальной ситуации.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 КАЛЕНДАРНО-ТЕМАТИЧЕСКОЕ ПЛАНИРОВАНИЕ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Планирование содержит полный тематический состав и понедельное распределение на 32 учебные недели. Педагог вправе менять последовательность соседних тем и распределение часов внутри блока с учётом календаря и темпа группы, если сохраняются общий объём, недельная нагрузка, результаты и десятизанийный архитектурный проект.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10.1. Модуль 0: 6–7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30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ЧИСЛА, ДЕЙСТВИЯ, ВЕЛИЧИНЫ И ГЕОМЕТРИЧЕСКИЕ ПРЕДСТАВЛЕНИЯ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Стартовые математические представления: один–много, столько же, больше–меньше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Предметные действия, сравнение пар, объяснение выбора без конкурсного отбора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Свойства предметов, группы и классификации по одному и двум признакам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Сортировка, поиск основания классификации, игры с обручами и таблицами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 от 0 до 10: счёт, цифра, количество, порядок и место числа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Счёт предметов и шагов, числовая дорожка, составление количественных моделей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Состав числа. Сложение и вычитание как объединение, добавление, удаление и сравнение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Разложение числа, истории с предметами, схемы и первые записи действий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Простые задачи-ситуации и выбор действия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Инсценирование, рисунок, схема, вопрос и устное объяснение решения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Величины: длина, масса, вместимость, время; непосредственное сравнение и условная мерка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Измерительные опыты, оценка результата, сравнение разными мерками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Форма и пространство: плоские фигуры, объёмные тела, расположение и маршрут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Конструирование, описание пути, вид сверху и сбоку на наглядном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Закономерности, последовательности, простые таблицы и пиктограммы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Продолжение ряда, восстановление правила, сбор и изображение небольших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математическая работа в игровой форме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Комплекс практических заданий, беседа о способах и возможность доработки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Логические игры: отрицание, выбор по условию, лишний объект и все возможные варианты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Игры с карточками и блоками, объяснение признака и проверка вариантов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Пространственные преобразования: узор, симметрия, поворот, складывание и развёртка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Мозаики, танграм, графические диктанты, зеркальные рисунки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Математика наблюдаемых явлений: путь, время, равновесие и устойчивость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Безопасные опыты и измерения без введения отдельного предмета физики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от замысла и плана до общей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последовательных занятий: масштаб на наглядном уровне, формы зданий, улицы, сборка и представление города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логико-пространственный практикум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Лабиринт, конструктивная задача, объяснение и презентация фрагмента города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Стартовые математические представления: один–много, столько же, больше–меньше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действия, сравнение пар, объяснение выбора без конкурсного отбора. Игры с карточками и блоками, объяснение признака и проверка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Стартовые математические представления: один–много, столько же, больше–меньше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действия, сравнение пар, объяснение выбора без конкурсного отбора. Игры с карточками и блоками, объяснение признака и проверка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предметов, группы и классификации по одному и двум признакам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Сортировка, поиск основания классификации, игры с обручами и таблицами. Игры с карточками и блоками, объяснение признака и проверка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предметов, группы и классификации по одному и двум признакам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Сортировка, поиск основания классификации, игры с обручами и таблицами. Игры с карточками и блоками, объяснение признака и проверка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предметов, группы и классификации по одному и двум признакам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Сортировка, поиск основания классификации, игры с обручами и таблицами. Игры с карточками и блоками, объяснение признака и проверка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10: счёт, цифра, количество, порядок и место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Счёт предметов и шагов, числовая дорожка, составление количественных моделей. Игры с карточками и блоками, объяснение признака и проверка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10: счёт, цифра, количество, порядок и место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Счёт предметов и шагов, числовая дорожка, составление количественных моделей. Игры с карточками и блоками, объяснение признака и проверка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10: счёт, цифра, количество, порядок и место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игры: отрицание, выбор по условию, лишний объект и все возможные варианты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Счёт предметов и шагов, числовая дорожка, составление количественных моделей. Игры с карточками и блоками, объяснение признака и проверка вариантов.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10: счёт, цифра, количество, порядок и место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преобразования: узор, симметрия, поворот, складывание и развёртка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Счёт предметов и шагов, числовая дорожка, составление количественных моделей. Мозаики, танграм, графические диктанты, зеркальные рисунки.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10: счёт, цифра, количество, порядок и место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преобразования: узор, симметрия, поворот, складывание и развёртка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Счёт предметов и шагов, числовая дорожка, составление количественных моделей. Мозаики, танграм, графические диктанты, зеркальные рисунки.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10: счёт, цифра, количество, порядок и место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преобразования: узор, симметрия, поворот, складывание и развёртка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Счёт предметов и шагов, числовая дорожка, составление количественных моделей. Мозаики, танграм, графические диктанты, зеркальные рисунки.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числа. Сложение и вычитание как объединение, добавление, удаление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преобразования: узор, симметрия, поворот, складывание и развёртка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Разложение числа, истории с предметами, схемы и первые записи действий. Мозаики, танграм, графические диктанты, зеркальные рисунки.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числа. Сложение и вычитание как объединение, добавление, удаление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преобразования: узор, симметрия, поворот, складывание и развёртка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Разложение числа, истории с предметами, схемы и первые записи действий. Мозаики, танграм, графические диктанты, зеркальные рисунки.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числа. Сложение и вычитание как объединение, добавление, удаление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преобразования: узор, симметрия, поворот, складывание и развёртка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Разложение числа, истории с предметами, схемы и первые записи действий. Мозаики, танграм, графические диктанты, зеркальные рисунки.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числа. Сложение и вычитание как объединение, добавление, удаление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Математика наблюдаемых явлений: путь, время, равновесие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Разложение числа, истории с предметами, схемы и первые записи действий. Безопасные опыты и измерения без введения отдельного предмета физики.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числа. Сложение и вычитание как объединение, добавление, удаление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Математика наблюдаемых явлений: путь, время, равновесие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Разложение числа, истории с предметами, схемы и первые записи действий. Безопасные опыты и измерения без введения отдельного предмета физики.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числа. Сложение и вычитание как объединение, добавление, удаление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Математика наблюдаемых явлений: путь, время, равновесие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Разложение числа, истории с предметами, схемы и первые записи действий. Безопасные опыты и измерения без введения отдельного предмета физики.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задачи-ситуации и выбор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Математика наблюдаемых явлений: путь, время, равновесие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Инсценирование, рисунок, схема, вопрос и устное объяснение решения. Безопасные опыты и измерения без введения отдельного предмета физики.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задачи-ситуации и выбор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Инсценирование, рисунок, схема, вопрос и устное объяснение решения.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задачи-ситуации и выбор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Инсценирование, рисунок, схема, вопрос и устное объяснение решения.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задачи-ситуации и выбор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Инсценирование, рисунок, схема, вопрос и устное объяснение решения.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Величины: длина, масса, вместимость, время; непосредственное сравнение и условная мерка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Измерительные опыты, оценка результата, сравнение разными мерками.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Величины: длина, масса, вместимость, время; непосредственное сравнение и условная мерка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Измерительные опыты, оценка результата, сравнение разными мерками.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Величины: длина, масса, вместимость, время; непосредственное сравнение и условная мерка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Измерительные опыты, оценка результата, сравнение разными мерками. Десять последовательных занятий: масштаб на наглядном уровне, формы зданий, улицы, сборка и представление города.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Величины: длина, масса, вместимость, время; непосредственное сравнение и условная мерка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Измерительные опыты, оценка результата, сравнение разными мерками.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 и пространство: плоские фигуры, объёмные тела, расположение и маршрут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Конструирование, описание пути, вид сверху и сбоку на наглядном уровне.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 и пространство: плоские фигуры, объёмные тела, расположение и маршрут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Конструирование, описание пути, вид сверху и сбоку на наглядном уровне.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 и пространство: плоские фигуры, объёмные тела, расположение и маршрут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от замысла и плана до общей модели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Конструирование, описание пути, вид сверху и сбоку на наглядном уровне. Десять последовательных занятий: масштаб на наглядном уровне, формы зданий, улицы, сборка и представление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 и пространство: плоские фигуры, объёмные тела, расположение и маршрут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логико-пространственный практикум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Конструирование, описание пути, вид сверху и сбоку на наглядном уровне. Лабиринт, конструктивная задача, объяснение и презентация фрагмента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Закономерности, последовательности, простые таблицы и пиктограммы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логико-пространственный практикум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Продолжение ряда, восстановление правила, сбор и изображение небольших данных. Лабиринт, конструктивная задача, объяснение и презентация фрагмента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Закономерности, последовательности, простые таблицы и пиктограммы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логико-пространственный практикум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Продолжение ряда, восстановление правила, сбор и изображение небольших данных. Лабиринт, конструктивная задача, объяснение и презентация фрагмента города.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математическая работа в игровой форме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логико-пространственный практикум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 практических заданий, беседа о способах и возможность доработки. Лабиринт, конструктивная задача, объяснение и презентация фрагмента города.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10.2. Модуль 1: 7–8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35 минут с сентября по декабрь, 40 минут с января по май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 от 0 до 20: состав, порядок, сравнение и числовой луч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десятка и единиц, разложение, сравнение и работа с числовым лучом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Сложение и вычитание в пределах 20; взаимосвязь действий и приёмы вычисления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Предметные и графические модели, таблицы, устные стратегии и самопроверка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 до 100: десятки и единицы, чтение, запись и сравнение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Десятичная модель, разрядные карточки, оценка положения числа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Текстовая задача: условие, вопрос, данные, искомое, схема и решение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Задачи на увеличение, уменьшение, разностное сравнение и неизвестный компонент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Величины и измерение: длина, масса, вместимость, стоимость, время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Измерение, выбор единицы, чтение часов и практические расчёты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Геометрические фигуры, линии, отрезок, ломаная, многоугольник и конструирование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Чертёж по линейке, составление и разбиение фигур, описание взаимного расположения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Закономерности, равенства, неравенства и выражения с неизвестным компонентом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Продолжение правил, подбор значения, проверка равенства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Таблицы, пиктограммы и чтение простых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Сбор данных группы, вопросы к таблице, сравнение категорий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Обобщение и итоговая комплексная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Вычисление, задача, измерение, геометрическое задание и объяснение способа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Логические условия, истинные и ложные высказывания на наглядном материале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Выбор по нескольким условиям, исправление неверного утверждения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Пространственное воображение: вид, поворот, симметрия, составление фигуры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Кубики, мозаики, танграм, построение по клеткам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Моделирование величин и явлений: маршрут, длительность, масса и равновесие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Измерение, таблица наблюдений, вывод по данным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план участка, здания и улицы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 от эскиза и выбора форм до сборки, расчёта элементов и защиты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практикум по логике и моделированию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Новая задача, выбор модели, проверка и объяснение решения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20: состав, порядок, сравнение и числовой луч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условия, истинные и ложные высказывания на наглядном материале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десятка и единиц, разложение, сравнение и работа с числовым лучом. Выбор по нескольким условиям, исправление неверного утверждения.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20: состав, порядок, сравнение и числовой луч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условия, истинные и ложные высказывания на наглядном материале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десятка и единиц, разложение, сравнение и работа с числовым лучом. Выбор по нескольким условиям, исправление неверного утверждения.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20: состав, порядок, сравнение и числовой луч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условия, истинные и ложные высказывания на наглядном материале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десятка и единиц, разложение, сравнение и работа с числовым лучом. Выбор по нескольким условиям, исправление неверного утверждения.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от 0 до 20: состав, порядок, сравнение и числовой луч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условия, истинные и ложные высказывания на наглядном материале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десятка и единиц, разложение, сравнение и работа с числовым лучом. Выбор по нескольким условиям, исправление неверного утверждения.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Сложение и вычитание в пределах 20; взаимосвязь действий и приёмы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условия, истинные и ложные высказывания на наглядном материале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и графические модели, таблицы, устные стратегии и самопроверка. Выбор по нескольким условиям, исправление неверного утверждения.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Сложение и вычитание в пределах 20; взаимосвязь действий и приёмы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условия, истинные и ложные высказывания на наглядном материале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и графические модели, таблицы, устные стратегии и самопроверка. Выбор по нескольким условиям, исправление неверного утверждения.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Сложение и вычитание в пределах 20; взаимосвязь действий и приёмы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воображение: вид, поворот, симметрия, составление фигуры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и графические модели, таблицы, устные стратегии и самопроверка. Кубики, мозаики, танграм, построение по клеткам.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Сложение и вычитание в пределах 20; взаимосвязь действий и приёмы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воображение: вид, поворот, симметрия, составление фигуры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и графические модели, таблицы, устные стратегии и самопроверка. Кубики, мозаики, танграм, построение по клеткам.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Сложение и вычитание в пределах 20; взаимосвязь действий и приёмы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воображение: вид, поворот, симметрия, составление фигуры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и графические модели, таблицы, устные стратегии и самопроверка. Кубики, мозаики, танграм, построение по клеткам.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Сложение и вычитание в пределах 20; взаимосвязь действий и приёмы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воображение: вид, поворот, симметрия, составление фигуры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Предметные и графические модели, таблицы, устные стратегии и самопроверка. Кубики, мозаики, танграм, построение по клеткам.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до 100: десятки и единицы, чтение, запись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воображение: вид, поворот, симметрия, составление фигуры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Десятичная модель, разрядные карточки, оценка положения числа. Кубики, мозаики, танграм, построение по клеткам.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до 100: десятки и единицы, чтение, запись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воображение: вид, поворот, симметрия, составление фигуры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Десятичная модель, разрядные карточки, оценка положения числа. Кубики, мозаики, танграм, построение по клеткам.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до 100: десятки и единицы, чтение, запись и сравнение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величин и явлений: маршрут, длительность, масса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Десятичная модель, разрядные карточки, оценка положения числа. Измерение, таблица наблюдений, вывод по данным.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Текстовая задача: условие, вопрос, данные, искомое, схема и решение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величин и явлений: маршрут, длительность, масса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на увеличение, уменьшение, разностное сравнение и неизвестный компонент. Измерение, таблица наблюдений, вывод по данным.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Текстовая задача: условие, вопрос, данные, искомое, схема и решение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величин и явлений: маршрут, длительность, масса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на увеличение, уменьшение, разностное сравнение и неизвестный компонент. Измерение, таблица наблюдений, вывод по данным.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Текстовая задача: условие, вопрос, данные, искомое, схема и решение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величин и явлений: маршрут, длительность, масса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на увеличение, уменьшение, разностное сравнение и неизвестный компонент. Измерение, таблица наблюдений, вывод по данным.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Текстовая задача: условие, вопрос, данные, искомое, схема и решение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величин и явлений: маршрут, длительность, масса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на увеличение, уменьшение, разностное сравнение и неизвестный компонент. Измерение, таблица наблюдений, вывод по данным.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Текстовая задача: условие, вопрос, данные, искомое, схема и решение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величин и явлений: маршрут, длительность, масса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на увеличение, уменьшение, разностное сравнение и неизвестный компонент. Измерение, таблица наблюдений, вывод по данным.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 и измерение: длина, масса, вместимость, стоимость, время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Измерение, выбор единицы, чтение часов и практические расчёты.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 и измерение: длина, масса, вместимость, стоимость, время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Измерение, выбор единицы, чтение часов и практические расчёты.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 и измерение: длина, масса, вместимость, стоимость, время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Измерение, выбор единицы, чтение часов и практические расчёты.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 и измерение: длина, масса, вместимость, стоимость, время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Измерение, выбор единицы, чтение часов и практические расчёты.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фигуры, линии, отрезок, ломаная, многоугольник и конструирование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 по линейке, составление и разбиение фигур, описание взаимного расположения.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фигуры, линии, отрезок, ломаная, многоугольник и конструирование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 по линейке, составление и разбиение фигур, описание взаимного расположения. Десять занятий от эскиза и выбора форм до сборки, расчёта элементов и защиты модели.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фигуры, линии, отрезок, ломаная, многоугольник и конструирование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 по линейке, составление и разбиение фигур, описание взаимного расположения.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фигуры, линии, отрезок, ломаная, многоугольник и конструирование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 по линейке, составление и разбиение фигур, описание взаимного расположения.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Закономерности, равенства, неравенства и выражения с неизвестным компонентом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Продолжение правил, подбор значения, проверка равенства.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Закономерности, равенства, неравенства и выражения с неизвестным компонентом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 участка, здания и улицы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Продолжение правил, подбор значения, проверка равенства. Десять занятий от эскиза и выбора форм до сборки, расчёта элементов и защиты модели.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пиктограммы и чтение простых данных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практикум по логике и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 данных группы, вопросы к таблице, сравнение категорий. Новая задача, выбор модели, проверка и объяснение решения.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пиктограммы и чтение простых данных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практикум по логике и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 данных группы, вопросы к таблице, сравнение категорий. Новая задача, выбор модели, проверка и объяснение решения.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Обобщение и итоговая комплексная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практикум по логике и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Вычисление, задача, измерение, геометрическое задание и объяснение способа. Новая задача, выбор модели, проверка и объяснение решения.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Обобщение и итоговая комплексная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практикум по логике и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Вычисление, задача, измерение, геометрическое задание и объяснение способа. Новая задача, выбор модели, проверка и объяснение решения.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10.3. Модуль 2: 8–9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Числа до 1000: разрядный состав, сравнение, округление на практическом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Разрядные модели, числовая прямая, чтение и упорядочивание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Устное и письменное сложение и вычитание; оценка и проверка результата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Алгоритмы, удобные способы, обратное действие и прикидка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Смысл умножения и деления. Табличные случаи и взаимосвязь действий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Группировка, прямоугольные модели, таблица умножения, задачи на равные части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Деление с остатком на предметном и графическом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Распределение объектов, проверка остатка и связь с реальной ситуацией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Составные текстовые задачи и моделирование зависимостей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Краткая запись, схема, план решения, разные способы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Величины: длина, площадь, масса, время, стоимость; единицы и преобразования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Практические измерения, календарь, часы, простые сметы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Геометрия: прямой угол, прямоугольник, квадрат, периметр и площадь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Чертёж, измерение сторон, разбиение и составление фигур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Доли и простые дроби как части целого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Складывание, разрезание, числовые и геометрические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Данные: таблицы, столбчатые диаграммы и вопросы к информации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Сбор, представление и сравнение небольших наборов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комплексная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Вычисления, задача, геометрия и интерпретация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Логические задачи на порядок, соответствие, перебор и исключение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Таблицы вариантов, схемы рассуждения, поиск контрпримера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Пространственные задачи: кубические постройки, развёртки и симметрия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Построение по виду, подсчёт элементов, мысленный поворот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Математические модели движения и измеряемых процессов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Путь и время на бытовом уровне, температура, таблица наблюдений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сетка плана и расчёт материалов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план, периметр, площадь, формы сооружений, сборка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логико-конструкторская задача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Проектирование по ограничениям, проверка и аргументация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до 1000: разрядный состав, сравнение, округление на практическом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 на порядок, соответствие, перебор и исключение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модели, числовая прямая, чтение и упорядочивание. Таблицы вариантов, схемы рассуждения, поиск контрпримера.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до 1000: разрядный состав, сравнение, округление на практическом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 на порядок, соответствие, перебор и исключение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модели, числовая прямая, чтение и упорядочивание. Таблицы вариантов, схемы рассуждения, поиск контрпримера.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Числа до 1000: разрядный состав, сравнение, округление на практическом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 на порядок, соответствие, перебор и исключение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модели, числовая прямая, чтение и упорядочивание. Таблицы вариантов, схемы рассуждения, поиск контрпримера.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Устное и письменное сложение и вычитание; оценка и проверка результата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 на порядок, соответствие, перебор и исключение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удобные способы, обратное действие и прикидка. Таблицы вариантов, схемы рассуждения, поиск контрпримера.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Устное и письменное сложение и вычитание; оценка и проверка результата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 на порядок, соответствие, перебор и исключение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удобные способы, обратное действие и прикидка. Таблицы вариантов, схемы рассуждения, поиск контрпримера.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Устное и письменное сложение и вычитание; оценка и проверка результата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 на порядок, соответствие, перебор и исключение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удобные способы, обратное действие и прикидка. Таблицы вариантов, схемы рассуждения, поиск контрпримера.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Устное и письменное сложение и вычитание; оценка и проверка результата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задачи: кубические постройки, развёртки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удобные способы, обратное действие и прикидка. Построение по виду, подсчёт элементов, мысленный поворот.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задачи: кубические постройки, развёртки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Построение по виду, подсчёт элементов, мысленный поворот.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задачи: кубические постройки, развёртки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Построение по виду, подсчёт элементов, мысленный поворот.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задачи: кубические постройки, развёртки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Построение по виду, подсчёт элементов, мысленный поворот.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задачи: кубические постройки, развёртки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Построение по виду, подсчёт элементов, мысленный поворот.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задачи: кубические постройки, развёртки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Построение по виду, подсчёт элементов, мысленный поворот.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движения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Путь и время на бытовом уровне, температура, таблица наблюдений.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движения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Путь и время на бытовом уровне, температура, таблица наблюдений.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 умножения и деления. Табличные случаи и взаимосвязь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движения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Группировка, прямоугольные модели, таблица умножения, задачи на равные части. Путь и время на бытовом уровне, температура, таблица наблюдений.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Деление с остатком на предметном и графическом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движения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Распределение объектов, проверка остатка и связь с реальной ситуацией. Путь и время на бытовом уровне, температура, таблица наблюдений.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Деление с остатком на предметном и графическом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движения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Распределение объектов, проверка остатка и связь с реальной ситуацией. Путь и время на бытовом уровне, температура, таблица наблюдений.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Составные текстовые задачи и моделирование зависимостей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движения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Краткая запись, схема, план решения, разные способы и проверка. Путь и время на бытовом уровне, температура, таблица наблюдений.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Составные текстовые задачи и моделирование зависимостей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Краткая запись, схема, план решения, разные способы и проверка.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Составные текстовые задачи и моделирование зависимостей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Краткая запись, схема, план решения, разные способы и проверка.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Составные текстовые задачи и моделирование зависимостей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Краткая запись, схема, план решения, разные способы и проверка.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Величины: длина, площадь, масса, время, стоимость; единицы и преобразования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Практические измерения, календарь, часы, простые сметы.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Величины: длина, площадь, масса, время, стоимость; единицы и преобразования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Практические измерения, календарь, часы, простые сметы.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Величины: длина, площадь, масса, время, стоимость; единицы и преобразования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Практические измерения, календарь, часы, простые сметы. Десять занятий: план, периметр, площадь, формы сооружений, сборка и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прямой угол, прямоугольник, квадрат, периметр и площадь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измерение сторон, разбиение и составление фигур.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прямой угол, прямоугольник, квадрат, периметр и площадь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измерение сторон, разбиение и составление фигур.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прямой угол, прямоугольник, квадрат, периметр и площадь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измерение сторон, разбиение и составление фигур.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прямой угол, прямоугольник, квадрат, периметр и площадь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сетка плана и расчёт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измерение сторон, разбиение и составление фигур. Десять занятий: план, периметр, площадь, формы сооружений, сборка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Доли и простые дроби как части целого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логико-конструкторская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Складывание, разрезание, числовые и геометрические модели. Проектирование по ограничениям, проверка и аргументация.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Доли и простые дроби как части целого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логико-конструкторская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Складывание, разрезание, числовые и геометрические модели. Проектирование по ограничениям, проверка и аргументация.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Данные: таблицы, столбчатые диаграммы и вопросы к информации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логико-конструкторская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Сбор, представление и сравнение небольших наборов данных. Проектирование по ограничениям, проверка и аргументация.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комплексная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логико-конструкторская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Вычисления, задача, геометрия и интерпретация данных. Проектирование по ограничениям, проверка и аргументация.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10.4. Модуль 3: 9–10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Многозначные числа и десятичная система: классы, разряды, сравнение и округление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Разрядные таблицы, числовая прямая, практическая оценка величин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Письменные алгоритмы сложения и вычитания; порядок действий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Алгоритмы, выражения со скобками, прикидка и взаимная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Умножение и деление многозначных чисел в изучаемых случаях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Разрядные модели, письменные вычисления и контроль обратным действием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Задачи в несколько действий: цена–количество–стоимость, движение, работа и доли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Табличная и схематическая модель, план, сравнение способов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Дробь как часть целого и величины; сравнение простых дробей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Круговые, полосовые и числовые модели, задачи на долю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Величины и их преобразование: время, площадь, масса, объём, скорость на практическом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Измерения, таблицы единиц, задачи с реальными данными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Геометрические построения, периметр, площадь прямоугольника и объём прямоугольной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Чертёж, сетка, составные фигуры, кубические конструкции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Уравнение и неизвестный компонент действия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Моделирование равенства, решение и обязательная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Таблицы, диаграммы, координатная сетка и среднее как интуитивная характеристика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 данных, построение диаграммы, осторожный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комплексная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Расчёт, задача, геометрическая модель и объяснение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Логические рассуждения: утверждение, следствие, контрпример и перебор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Проверка гипотез, таблицы, деревья вариантов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Пространственное мышление: виды модели, развёртки, сечения на наглядном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Работа с кубиками и бумажными моделями, сравнение проекций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физических ситуаций: скорость, время, расстояние, масса и устойчивость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Измерение, графическое представление и оценка результата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масштабная сетка и составные объекты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техническое задание, план, расчёты, макетирование, проверка ограничений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математическое исследование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Постановка вопроса, модель, расчёт, вывод и представление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Многозначные числа и десятичная система: классы, разряды, сравнение и округление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рассуждения: утверждение, следствие, контрпример и перебор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таблицы, числовая прямая, практическая оценка величин. Проверка гипотез, таблицы, деревья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Многозначные числа и десятичная система: классы, разряды, сравнение и округление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рассуждения: утверждение, следствие, контрпример и перебор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таблицы, числовая прямая, практическая оценка величин. Проверка гипотез, таблицы, деревья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Многозначные числа и десятичная система: классы, разряды, сравнение и округление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рассуждения: утверждение, следствие, контрпример и перебор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таблицы, числовая прямая, практическая оценка величин. Проверка гипотез, таблицы, деревья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 сложения и вычитания; порядок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рассуждения: утверждение, следствие, контрпример и перебор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выражения со скобками, прикидка и взаимная проверка. Проверка гипотез, таблицы, деревья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 сложения и вычитания; порядок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рассуждения: утверждение, следствие, контрпример и перебор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выражения со скобками, прикидка и взаимная проверка. Проверка гипотез, таблицы, деревья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 сложения и вычитания; порядок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рассуждения: утверждение, следствие, контрпример и перебор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выражения со скобками, прикидка и взаимная проверка. Проверка гипотез, таблицы, деревья вариантов.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 сложения и вычитания; порядок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мышление: виды модели, развёртки, сечения на наглядном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выражения со скобками, прикидка и взаимная проверка. Работа с кубиками и бумажными моделями, сравнение проекций.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 сложения и вычитания; порядок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мышление: виды модели, развёртки, сечения на наглядном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выражения со скобками, прикидка и взаимная проверка. Работа с кубиками и бумажными моделями, сравнение проекций.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 сложения и вычитания; порядок действий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мышление: виды модели, развёртки, сечения на наглядном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Алгоритмы, выражения со скобками, прикидка и взаимная проверка. Работа с кубиками и бумажными моделями, сравнение проекций.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Умножение и деление многозначных чисел в изучаемых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мышление: виды модели, развёртки, сечения на наглядном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модели, письменные вычисления и контроль обратным действием. Работа с кубиками и бумажными моделями, сравнение проекций.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Умножение и деление многозначных чисел в изучаемых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мышление: виды модели, развёртки, сечения на наглядном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модели, письменные вычисления и контроль обратным действием. Работа с кубиками и бумажными моделями, сравнение проекций.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Умножение и деление многозначных чисел в изучаемых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Пространственное мышление: виды модели, развёртки, сечения на наглядном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модели, письменные вычисления и контроль обратным действием. Работа с кубиками и бумажными моделями, сравнение проекций.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Умножение и деление многозначных чисел в изучаемых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физических ситуаций: скорость, время, расстояние, масса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Разрядные модели, письменные вычисления и контроль обратным действием. Измерение, графическое представление и оценка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в несколько действий: цена–количество–стоимость, движение, работа и доли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физических ситуаций: скорость, время, расстояние, масса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Табличная и схематическая модель, план, сравнение способов. Измерение, графическое представление и оценка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в несколько действий: цена–количество–стоимость, движение, работа и доли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физических ситуаций: скорость, время, расстояние, масса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Табличная и схематическая модель, план, сравнение способов. Измерение, графическое представление и оценка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в несколько действий: цена–количество–стоимость, движение, работа и доли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физических ситуаций: скорость, время, расстояние, масса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Табличная и схематическая модель, план, сравнение способов. Измерение, графическое представление и оценка результата.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в несколько действий: цена–количество–стоимость, движение, работа и доли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физических ситуаций: скорость, время, расстояние, масса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Табличная и схематическая модель, план, сравнение способов. Измерение, графическое представление и оценка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Задачи в несколько действий: цена–количество–стоимость, движение, работа и доли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физических ситуаций: скорость, время, расстояние, масса и устойчивость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Табличная и схематическая модель, план, сравнение способов. Измерение, графическое представление и оценка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Дробь как часть целого и величины; сравнение простых дробей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Круговые, полосовые и числовые модели, задачи на долю.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Дробь как часть целого и величины; сравнение простых дробей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Круговые, полосовые и числовые модели, задачи на долю.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 и их преобразование: время, площадь, масса, объём, скорость на практическом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таблицы единиц, задачи с реальными данными.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 и их преобразование: время, площадь, масса, объём, скорость на практическом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таблицы единиц, задачи с реальными данными.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 и их преобразование: время, площадь, масса, объём, скорость на практическом уровне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таблицы единиц, задачи с реальными данными.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построения, периметр, площадь прямоугольника и объём прямоугольной модели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сетка, составные фигуры, кубические конструкции. Десять занятий: техническое задание, план, расчёты, макетирование, проверка ограничений и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построения, периметр, площадь прямоугольника и объём прямоугольной модели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сетка, составные фигуры, кубические конструкции.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построения, периметр, площадь прямоугольника и объём прямоугольной модели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сетка, составные фигуры, кубические конструкции.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построения, периметр, площадь прямоугольника и объём прямоугольной модели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сетка, составные фигуры, кубические конструкции.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Уравнение и неизвестный компонент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масштабная сетка и составные объекты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равенства, решение и обязательная проверка. Десять занятий: техническое задание, план, расчёты, макетирование, проверка ограничений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Уравнение и неизвестный компонент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математическое исследование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равенства, решение и обязательная проверка. Постановка вопроса, модель, расчёт, вывод и представление.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диаграммы, координатная сетка и среднее как интуитивная характеристика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математическое исследование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данных, построение диаграммы, осторожный вывод. Постановка вопроса, модель, расчёт, вывод и представление.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диаграммы, координатная сетка и среднее как интуитивная характеристика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математическое исследование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данных, построение диаграммы, осторожный вывод. Постановка вопроса, модель, расчёт, вывод и представление.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комплексная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математическое исследование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Расчёт, задача, геометрическая модель и объяснение. Постановка вопроса, модель, расчёт, вывод и представление.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10.5. Модуль 4: 10–11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ЧИСЛА, ДЕЙСТВИЯ, ЗАДАЧИ, ВЕЛИЧИНЫ И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Натуральные числа: запись, сравнение, разряды, округление и оценка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Числовая прямая, большие числа, прикидка и интерпретация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Арифметические действия, свойства и рациональные приёмы вычислений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Письменные алгоритмы, порядок действий, проверка и оценка ошибки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Числовые и буквенные выражения. Уравнения и неравенства на изученном материале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Перевод условия в запись, подбор и проверка значения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Многошаговые задачи и зависимости между величинами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движения, работы, покупки, производительности и совместных действий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Обыкновенные дроби: сравнение, равные дроби и действия в простых случаях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Числовая прямая, части величины, задачи и геометрические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Десятичные дроби как запись результата измерения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Деньги и метрические величины, сравнение и простые действия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Величины, единицы, масштаб и практическая оценка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карты, рецепты без приготовления, сметы и измерительные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Геометрия: углы, треугольники, четырёхугольники, площадь, объём и развёртки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Построения, классификация, составные фигуры и пространственные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Координаты, таблицы, диаграммы и анализ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Координатная сетка, графическое представление, сравнение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комплексная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Задача с данными, вычисления, геометрия и аргументация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Логические методы: перебор, таблица, дерево, инвариант на доступном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Выбор метода, проверка полноты вариантов, поиск ошибки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Пространственные преобразования, масштаб, проекции и развёртки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 плана, переход между моделью и изображением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Количественные модели явлений: движение, температура, плотность размещения и равновесие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Сбор данных, зависимость величин, график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масштаб, площадь и объём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зонирование, расчёт площадей, объёмные формы, макет и публичная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проектно-логическая задача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Решение при нескольких ограничениях, доказательство выполнимости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числа: запись, сравнение, разряды, округление и оценка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методы: перебор, таблица, дерево, инвариант на доступном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Числовая прямая, большие числа, прикидка и интерпретация. Выбор метода, проверка полноты вариантов, поиск ошибки.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числа: запись, сравнение, разряды, округление и оценка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методы: перебор, таблица, дерево, инвариант на доступном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Числовая прямая, большие числа, прикидка и интерпретация. Выбор метода, проверка полноты вариантов, поиск ошибки.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числа: запись, сравнение, разряды, округление и оценка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методы: перебор, таблица, дерево, инвариант на доступном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Числовая прямая, большие числа, прикидка и интерпретация. Выбор метода, проверка полноты вариантов, поиск ошибки.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Арифметические действия, свойства и рациональные приёмы вычислений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методы: перебор, таблица, дерево, инвариант на доступном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алгоритмы, порядок действий, проверка и оценка ошибки. Выбор метода, проверка полноты вариантов, поиск ошибки.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Арифметические действия, свойства и рациональные приёмы вычислений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методы: перебор, таблица, дерево, инвариант на доступном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алгоритмы, порядок действий, проверка и оценка ошибки. Выбор метода, проверка полноты вариантов, поиск ошибки.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Арифметические действия, свойства и рациональные приёмы вычислений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методы: перебор, таблица, дерево, инвариант на доступном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алгоритмы, порядок действий, проверка и оценка ошибки. Выбор метода, проверка полноты вариантов, поиск ошибки.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Арифметические действия, свойства и рациональные приёмы вычислений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преобразования, масштаб, проекции и развёртки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алгоритмы, порядок действий, проверка и оценка ошибки. Чтение плана, переход между моделью и изображением.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Арифметические действия, свойства и рациональные приёмы вычислений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преобразования, масштаб, проекции и развёртки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Письменные алгоритмы, порядок действий, проверка и оценка ошибки. Чтение плана, переход между моделью и изображением.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Числовые и буквенные выражения. Уравнения и неравенства на изученном материале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преобразования, масштаб, проекции и развёртки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Перевод условия в запись, подбор и проверка значения. Чтение плана, переход между моделью и изображением.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Числовые и буквенные выражения. Уравнения и неравенства на изученном материале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преобразования, масштаб, проекции и развёртки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Перевод условия в запись, подбор и проверка значения. Чтение плана, переход между моделью и изображением.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Многошаговые задачи и зависимости между величинами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преобразования, масштаб, проекции и развёртки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движения, работы, покупки, производительности и совместных действий. Чтение плана, переход между моделью и изображением.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Многошаговые задачи и зависимости между величинами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преобразования, масштаб, проекции и развёртки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движения, работы, покупки, производительности и совместных действий. Чтение плана, переход между моделью и изображением.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Многошаговые задачи и зависимости между величинами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Количественные модели явлений: движение, температура, плотность размещения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движения, работы, покупки, производительности и совместных действий. Сбор данных, зависимость величин,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Многошаговые задачи и зависимости между величинами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Количественные модели явлений: движение, температура, плотность размещения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движения, работы, покупки, производительности и совместных действий. Сбор данных, зависимость величин,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Многошаговые задачи и зависимости между величинами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Количественные модели явлений: движение, температура, плотность размещения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движения, работы, покупки, производительности и совместных действий. Сбор данных, зависимость величин,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сравнение, равные дроби и действия в простых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Количественные модели явлений: движение, температура, плотность размещения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Числовая прямая, части величины, задачи и геометрические модели. Сбор данных, зависимость величин, график и вывод.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сравнение, равные дроби и действия в простых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Количественные модели явлений: движение, температура, плотность размещения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Числовая прямая, части величины, задачи и геометрические модели. Сбор данных, зависимость величин,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сравнение, равные дроби и действия в простых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Количественные модели явлений: движение, температура, плотность размещения и равновесие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Числовая прямая, части величины, задачи и геометрические модели. Сбор данных, зависимость величин,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сравнение, равные дроби и действия в простых случаях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Числовая прямая, части величины, задачи и геометрические модели.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Десятичные дроби как запись результата измерения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Деньги и метрические величины, сравнение и простые действия.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Десятичные дроби как запись результата измерения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Деньги и метрические величины, сравнение и простые действия.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Величины, единицы, масштаб и практическая оценка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Планы, карты, рецепты без приготовления, сметы и измерительные задачи.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Величины, единицы, масштаб и практическая оценка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Планы, карты, рецепты без приготовления, сметы и измерительные задачи.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Величины, единицы, масштаб и практическая оценка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Планы, карты, рецепты без приготовления, сметы и измерительные задачи. Десять занятий: зонирование, расчёт площадей, объёмные формы, макет и публичная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углы, треугольники, четырёхугольники, площадь, объём и развёртки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классификация, составные фигуры и пространственные модели.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углы, треугольники, четырёхугольники, площадь, объём и развёртки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классификация, составные фигуры и пространственные модели.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углы, треугольники, четырёхугольники, площадь, объём и развёртки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классификация, составные фигуры и пространственные модели.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Геометрия: углы, треугольники, четырёхугольники, площадь, объём и развёртки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масштаб, площадь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классификация, составные фигуры и пространственные модели. Десять занятий: зонирование, расчёт площадей, объёмные формы, макет и публичная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Координаты, таблицы, диаграммы и анализ данных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проектно-логическая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Координатная сетка, графическое представление, сравнение и вывод. Решение при нескольких ограничениях, доказательство выполнимости.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Координаты, таблицы, диаграммы и анализ данных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проектно-логическая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Координатная сетка, графическое представление, сравнение и вывод. Решение при нескольких ограничениях, доказательство выполнимости.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Координаты, таблицы, диаграммы и анализ данных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проектно-логическая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Координатная сетка, графическое представление, сравнение и вывод. Решение при нескольких ограничениях, доказательство выполнимости.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комплексная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проектно-логическая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Задача с данными, вычисления, геометрия и аргументация. Решение при нескольких ограничениях, доказательство выполнимости.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10.6. Модуль 5: 11–12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АРИФМЕТИКА, ЗАДАЧИ, ГЕОМЕТРИЯ, ДАННЫЕ И ВЕРОЯТНОСТЬ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Натуральные числа, делимость и позиционная запись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Свойства действий, деление с остатком, признаки делимости и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Вычисления с натуральными числами и числовые выражения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Порядок действий, степени на вводном уровне, прикидка и калькулятор как средство проверки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Обыкновенные дроби: основное свойство, сравнение и действия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дроби, общий знаменатель в доступных случаях, задачи на части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Десятичные дроби: чтение, сравнение, округление и действия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Измерения, деньги, вычислительный практикум и оценка результата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пропорции и проценты в практических ситуациях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Масштаб, скидка, доля, рецепт как числовая модель и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Буквенные выражения и простые уравнения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Запись зависимости, подстановка, решение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Текстовые задачи на движение, работу, покупки и части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Таблица величин, схема, арифметический и уравнительный способы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Геометрические фигуры, углы, площади, объёмы и наглядная геометрия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Построения, измерения, развёртки и вычисление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Таблицы, диаграммы, средние характеристики и случайный опыт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Сбор данных, среднее арифметическое, частота и простые эксперименты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Обобщение и итоговая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Комплексная задача с вычислением, моделью, данными и обоснованием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Логические задачи, комбинаторный перебор и доказательство невозможности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Таблица и дерево вариантов, контрпример, чётность и простые инварианты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Пространственная геометрия: куб, параллелепипед, развёртки и проекции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Модели, подсчёт элементов, площадь поверхности и объём в доступных случаях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Математические модели физических процессов: скорость, температура, масса и объём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Формула как связь величин, таблица, график и 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план, масштаб и бюджет материалов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техническое задание, расчёты, модель, корректировка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по моделированию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Выбор переменных, вычисление, проверка ограничений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 и позиционная запись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задачи, комбинаторный перебор и доказательство невозможности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действий, деление с остатком, признаки делимости и задачи. Таблица и дерево вариантов, контрпример, чётность и простые инварианты.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 и позиционная запись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задачи, комбинаторный перебор и доказательство невозможности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действий, деление с остатком, признаки делимости и задачи. Таблица и дерево вариантов, контрпример, чётность и простые инварианты.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 и позиционная запись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задачи, комбинаторный перебор и доказательство невозможности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действий, деление с остатком, признаки делимости и задачи. Таблица и дерево вариантов, контрпример, чётность и простые инварианты.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 и позиционная запись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задачи, комбинаторный перебор и доказательство невозможности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действий, деление с остатком, признаки делимости и задачи. Таблица и дерево вариантов, контрпример, чётность и простые инварианты.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Вычисления с натуральными числами и числовые выражения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задачи, комбинаторный перебор и доказательство невозможности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Порядок действий, степени на вводном уровне, прикидка и калькулятор как средство проверки. Таблица и дерево вариантов, контрпример, чётность и простые инварианты.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Вычисления с натуральными числами и числовые выражения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задачи, комбинаторный перебор и доказательство невозможности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Порядок действий, степени на вводном уровне, прикидка и калькулятор как средство проверки. Таблица и дерево вариантов, контрпример, чётность и простые инварианты.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Вычисления с натуральными числами и числовые выражения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Пространственная геометрия: куб, параллелепипед, развёртки и проекции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Порядок действий, степени на вводном уровне, прикидка и калькулятор как средство проверки. Модели, подсчёт элементов, площадь поверхности и объём в доступных случаях.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Вычисления с натуральными числами и числовые выражения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Пространственная геометрия: куб, параллелепипед, развёртки и проекции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Порядок действий, степени на вводном уровне, прикидка и калькулятор как средство проверки. Модели, подсчёт элементов, площадь поверхности и объём в доступных случаях.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основное свойство, сравнение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Пространственная геометрия: куб, параллелепипед, развёртки и проекции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дроби, общий знаменатель в доступных случаях, задачи на части. Модели, подсчёт элементов, площадь поверхности и объём в доступных случаях.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основное свойство, сравнение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Пространственная геометрия: куб, параллелепипед, развёртки и проекции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дроби, общий знаменатель в доступных случаях, задачи на части. Модели, подсчёт элементов, площадь поверхности и объём в доступных случаях.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основное свойство, сравнение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Пространственная геометрия: куб, параллелепипед, развёртки и проекции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дроби, общий знаменатель в доступных случаях, задачи на части. Модели, подсчёт элементов, площадь поверхности и объём в доступных случаях.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основное свойство, сравнение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Пространственная геометрия: куб, параллелепипед, развёртки и проекции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дроби, общий знаменатель в доступных случаях, задачи на части. Модели, подсчёт элементов, площадь поверхности и объём в доступных случаях.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дроби: основное свойство, сравнение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физических процессов: скорость, температура, масса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дроби, общий знаменатель в доступных случаях, задачи на части. Формула как связь величин, таблица, график и оценка.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Десятичные дроби: чтение, сравнение, округление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физических процессов: скорость, температура, масса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деньги, вычислительный практикум и оценка результата. Формула как связь величин, таблица, график и оценка.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Десятичные дроби: чтение, сравнение, округление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физических процессов: скорость, температура, масса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деньги, вычислительный практикум и оценка результата. Формула как связь величин, таблица, график и оценка.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Десятичные дроби: чтение, сравнение, округление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физических процессов: скорость, температура, масса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деньги, вычислительный практикум и оценка результата. Формула как связь величин, таблица, график и оценка.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Десятичные дроби: чтение, сравнение, округление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физических процессов: скорость, температура, масса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деньги, вычислительный практикум и оценка результата. Формула как связь величин, таблица, график и оценка.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Десятичные дроби: чтение, сравнение, округление и действия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Математические модели физических процессов: скорость, температура, масса и объём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Измерения, деньги, вычислительный практикум и оценка результата. Формула как связь величин, таблица, график и оценка.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Отношения, пропорции и проценты в практических ситуациях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Масштаб, скидка, доля, рецепт как числовая модель и задачи.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Отношения, пропорции и проценты в практических ситуациях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Масштаб, скидка, доля, рецепт как числовая модель и задачи.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Отношения, пропорции и проценты в практических ситуациях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Масштаб, скидка, доля, рецепт как числовая модель и задачи.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Буквенные выражения и простые уравнения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Запись зависимости, подстановка, решение и проверка.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Буквенные выражения и простые уравнения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Запись зависимости, подстановка, решение и проверка.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на движение, работу, покупки и части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 величин, схема, арифметический и уравнительный способы. Десять занятий: техническое задание, расчёты, модель, корректировка и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на движение, работу, покупки и части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 величин, схема, арифметический и уравнительный способы.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на движение, работу, покупки и части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 величин, схема, арифметический и уравнительный способы.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фигуры, углы, площади, объёмы и наглядная геометрия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измерения, развёртки и вычисление по модели.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фигуры, углы, площади, объёмы и наглядная геометрия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план, масштаб и бюджет материалов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измерения, развёртки и вычисление по модели. Десять занятий: техническое задание, расчёты, модель, корректировка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фигуры, углы, площади, объёмы и наглядная геометрия / Таблицы, диаграммы, средние характеристики и случайный опыт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исследование по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измерения, развёртки и вычисление по модели; Сбор данных, среднее арифметическое, частота и простые эксперименты. Выбор переменных, вычисление, проверка ограничений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диаграммы, средние характеристики и случайный опыт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исследование по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 данных, среднее арифметическое, частота и простые эксперименты. Выбор переменных, вычисление, проверка ограничений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диаграммы, средние характеристики и случайный опыт / Обобщение и итоговая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исследование по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 данных, среднее арифметическое, частота и простые эксперименты; Комплексная задача с вычислением, моделью, данными и обоснованием. Выбор переменных, вычисление, проверка ограничений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Обобщение и итоговая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исследование по моделированию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Комплексная задача с вычислением, моделью, данными и обоснованием. Выбор переменных, вычисление, проверка ограничений и вывод.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10.7. Модуль 6: 12–13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ЧИСЛА, АЛГЕБРАИЧЕСКИЕ МОДЕЛИ, ГЕОМЕТРИЯ И ДАННЫЕ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Натуральные числа, делимость, простые и составные числа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Признаки делимости, разложение, НОД и НОК в задачах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Обыкновенные и десятичные дроби; совместные вычисления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Преобразование записи, действия, прикидка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пропорции, масштаб и проценты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Прямые зависимости, проценты изменения и практические расчёты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Положительные и отрицательные числа, модуль и координатная прямая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Сравнение, действия, температура, высота и финансовые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Буквенные выражения, раскрытие скобок, подобные слагаемые и линейные уравнения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Преобразование, решение, проверка и перевод условия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Текстовые задачи на движение, работу, смеси и проценты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Таблица, схема, пропорция или уравнение; содержательная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Наглядная геометрия, координатная плоскость, симметрия, площади и объёмы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Построения, преобразования, развёртки и пространственные расчёты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Данные, средние, диаграммы, случайные события и частоты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Сбор, представление, сравнение выборок и экспериментальная вероятность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Математическое моделирование измеряемого процесса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Формула, таблица, график и интерпретация результата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Комплексная задача и краткая защита способа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ЛОГИКА, ПРОСТРАНСТВЕННОЕ МЫШЛЕНИЕ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Логические конструкции, делимость, стратегии перебора и оценка утверждений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Доказательство, контрпример, таблица случаев и работа с условием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Пространственные модели: проекции, развёртки, координаты и симметрия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Чертёж, макет и переход между представлениями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 движения и простых механических ситуаций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Зависимости путь–время–скорость, рычаг и равновесие на качественном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координатный план и расчёт параметров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ограничения, масштаб, координаты, площади, объёмы, макет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исследовательская задача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Гипотеза, модель, проверка и аргументированный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делимость, простые и составные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конструкции, делимость, стратегии перебора и оценка утверждений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делимости, разложение, НОД и НОК в задачах. Доказательство, контрпример, таблица случаев и работа с условием.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делимость, простые и составные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конструкции, делимость, стратегии перебора и оценка утверждений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делимости, разложение, НОД и НОК в задачах. Доказательство, контрпример, таблица случаев и работа с условием.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делимость, простые и составные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конструкции, делимость, стратегии перебора и оценка утверждений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делимости, разложение, НОД и НОК в задачах. Доказательство, контрпример, таблица случаев и работа с условием.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делимость, простые и составные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конструкции, делимость, стратегии перебора и оценка утверждений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делимости, разложение, НОД и НОК в задачах. Доказательство, контрпример, таблица случаев и работа с условием.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Натуральные числа, делимость, простые и составные числа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конструкции, делимость, стратегии перебора и оценка утверждений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делимости, разложение, НОД и НОК в задачах. Доказательство, контрпример, таблица случаев и работа с условием.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и десятичные дроби; совместные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Логические конструкции, делимость, стратегии перебора и оценка утверждений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 записи, действия, прикидка и проверка. Доказательство, контрпример, таблица случаев и работа с условием.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и десятичные дроби; совместные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модели: проекции, развёртки, координаты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 записи, действия, прикидка и проверка. Чертёж, макет и переход между представлениями.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и десятичные дроби; совместные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модели: проекции, развёртки, координаты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 записи, действия, прикидка и проверка. Чертёж, макет и переход между представлениями.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Обыкновенные и десятичные дроби; совместные вычисления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модели: проекции, развёртки, координаты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 записи, действия, прикидка и проверка. Чертёж, макет и переход между представлениями.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Отношения, пропорции, масштаб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модели: проекции, развёртки, координаты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Прямые зависимости, проценты изменения и практические расчёты. Чертёж, макет и переход между представлениями.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Отношения, пропорции, масштаб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модели: проекции, развёртки, координаты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Прямые зависимости, проценты изменения и практические расчёты. Чертёж, макет и переход между представлениями.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Отношения, пропорции, масштаб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Пространственные модели: проекции, развёртки, координаты и симметрия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Прямые зависимости, проценты изменения и практические расчёты. Чертёж, макет и переход между представлениями.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Отношения, пропорции, масштаб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 и простых механических ситуаций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Прямые зависимости, проценты изменения и практические расчёты. Зависимости путь–время–скорость, рычаг и равновесие на качественном уровне.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Положительные и отрицательные числа, модуль и координатная прямая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 и простых механических ситуаций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Сравнение, действия, температура, высота и финансовые модели. Зависимости путь–время–скорость, рычаг и равновесие на качественном уровне.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Положительные и отрицательные числа, модуль и координатная прямая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 и простых механических ситуаций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Сравнение, действия, температура, высота и финансовые модели. Зависимости путь–время–скорость, рычаг и равновесие на качественном уровне.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Положительные и отрицательные числа, модуль и координатная прямая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 и простых механических ситуаций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Сравнение, действия, температура, высота и финансовые модели. Зависимости путь–время–скорость, рычаг и равновесие на качественном уровне.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Положительные и отрицательные числа, модуль и координатная прямая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 и простых механических ситуаций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Сравнение, действия, температура, высота и финансовые модели. Зависимости путь–время–скорость, рычаг и равновесие на качественном уровне.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Положительные и отрицательные числа, модуль и координатная прямая / Буквенные выражения, раскрытие скобок, подобные слагаемые и линейные уравнения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 движения и простых механических ситуаций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Сравнение, действия, температура, высота и финансовые модели; Преобразование, решение, проверка и перевод условия. Зависимости путь–время–скорость, рычаг и равновесие на качественном уровне.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Буквенные выражения, раскрытие скобок, подобные слагаемые и линейные уравнения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Преобразование, решение, проверка и перевод условия.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Буквенные выражения, раскрытие скобок, подобные слагаемые и линейные уравнения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Преобразование, решение, проверка и перевод условия.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Буквенные выражения, раскрытие скобок, подобные слагаемые и линейные уравнения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Преобразование, решение, проверка и перевод условия.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на движение, работу, смеси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Таблица, схема, пропорция или уравнение; содержательная проверка.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на движение, работу, смеси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Таблица, схема, пропорция или уравнение; содержательная проверка.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на движение, работу, смеси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Таблица, схема, пропорция или уравнение; содержательная проверка. Десять занятий: ограничения, масштаб, координаты, площади, объёмы, макет и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на движение, работу, смеси и проценты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Таблица, схема, пропорция или уравнение; содержательная проверка.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Наглядная геометрия, координатная плоскость, симметрия, площади и объёмы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преобразования, развёртки и пространственные расчёты.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Наглядная геометрия, координатная плоскость, симметрия, площади и объёмы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преобразования, развёртки и пространственные расчёты.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Наглядная геометрия, координатная плоскость, симметрия, площади и объёмы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координатный план и расчёт параметров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преобразования, развёртки и пространственные расчёты. Десять занятий: ограничения, масштаб, координаты, площади, объёмы,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Данные, средние, диаграммы, случайные события и частоты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исследовательская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Сбор, представление, сравнение выборок и экспериментальная вероятность. Гипотеза, модель, проверка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Данные, средние, диаграммы, случайные события и частоты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исследовательская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Сбор, представление, сравнение выборок и экспериментальная вероятность. Гипотеза, модель, проверка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Данные, средние, диаграммы, случайные события и частоты / Математическое моделирование измеряемого процесса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исследовательская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Сбор, представление, сравнение выборок и экспериментальная вероятность; Формула, таблица, график и интерпретация результата. Гипотеза, модель, проверка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Математическое моделирование измеряемого процесса / Итоговая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исследовательская задача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Формула, таблица, график и интерпретация результата; Комплексная задача и краткая защита способа. Гипотеза, модель, проверка и аргументированный вывод.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10.8. Модуль 7: 13–14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224 часа; 32 недели; 7 занятий в неделю по 40 минут: математическая практика — 6, алгоритмика и данные — 1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АЛГЕБРА, ГЕОМЕТРИЯ, ВЕРОЯТНОСТЬ И СТАТИСТИКА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192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Рациональные числа, степень с натуральным показателем и вычислительная культура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Вычисления, числовая прямая, модуль, оценка и практические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Алгебраические выражения, одночлены и преобразования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Символьная запись, подстановка, приведение и обоснование преобразований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Многочлены, формулы сокращённого умножения и разложение на множители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Операции, геометрические модели формул и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Линейные уравнения и текстовые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Равносильные преобразования, задачи на движение, работу и проценты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Функция, линейная зависимость и график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Таблица значений, координатная плоскость, чтение реальных графиков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Системы линейных уравнений и задачи с двумя неизвестными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Графический и алгебраический способы, проверка решения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Начальные геометрические понятия, измерение углов и логика доказательства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Определение, утверждение, чертёж и последовательность обоснования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Треугольники: признаки равенства, медиана, биссектриса и высота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Построения, доказательные задачи и практические измерения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Параллельные прямые и углы при секущей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Чертёж, свойства, признаки и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Соотношения в треугольнике и геометрические неравенства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Исследование условий существования и доказательство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Геометрические построения и задачи на конструкцию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Циркуль, линейка, алгоритм построения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Координатные и пространственные задачи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Координаты, симметрия, расстояния и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Таблицы, диаграммы и описательные характеристики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Среднее, медиана, размах, сравнение наборов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Случайный опыт, событие, частота и вероятность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Эксперименты, равновозможные исходы, оценка результата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Комбинаторные схемы, дерево вариантов и правило умножения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Полный перебор, упорядочивание и подсчёт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Вероятностные модели практических ситуаций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Таблица исходов, интерпретация и критическая 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АЛГОРИТМИКА, ДАННЫЕ И ВЫЧИСЛИТЕЛЬНОЕ МЫШЛЕНИЕ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Алгоритм, исполнитель, последовательность и проверка корректности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Словесная запись и блок-схема, поиск неоднозначности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Табличные модели, формулы и автоматизация повторяющихся вычислений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Заполнение таблицы, относительные зависимости, проверка результата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Простые алгоритмы с условием и повторением на безмашинном и демонстрационном уровне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Трассировка, исправление ошибки, сравнение алгоритмов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параметрическая сетка и система ограничений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техническое задание, координаты, масштаб, расчёты, макет, тестирование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Моделирование данных и измеряемых процессов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Таблица, график, формула, погрешность и интерпретация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алгоритмико-математический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Постановка задачи, алгоритм, расчёт, визуализация данных и презентация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224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Рациональные числа, степень с натуральным показателем и вычислительная культура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Алгоритм, исполнитель, последовательность и проверка корректности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Вычисления, числовая прямая, модуль, оценка и практические задачи. Словесная запись и блок-схема, поиск неоднозначности.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Рациональные числа, степень с натуральным показателем и вычислительная культура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Алгоритм, исполнитель, последовательность и проверка корректности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Вычисления, числовая прямая, модуль, оценка и практические задачи. Словесная запись и блок-схема, поиск неоднозначности.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выражения, одночлены и преобразования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Алгоритм, исполнитель, последовательность и проверка корректности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Символьная запись, подстановка, приведение и обоснование преобразований. Словесная запись и блок-схема, поиск неоднозначности.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выражения, одночлены и преобразования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Алгоритм, исполнитель, последовательность и проверка корректности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Символьная запись, подстановка, приведение и обоснование преобразований. Словесная запись и блок-схема, поиск неоднозначности.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выражения, одночлены и преобразования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Табличные модели, формулы и автоматизация повторяющихся вычислений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Символьная запись, подстановка, приведение и обоснование преобразований. Заполнение таблицы, относительные зависимости, проверка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выражения, одночлены и преобразования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Табличные модели, формулы и автоматизация повторяющихся вычислений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Символьная запись, подстановка, приведение и обоснование преобразований. Заполнение таблицы, относительные зависимости, проверка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Многочлены, формулы сокращённого умножения и разложение на множители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Табличные модели, формулы и автоматизация повторяющихся вычислений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Операции, геометрические модели формул и задачи. Заполнение таблицы, относительные зависимости, проверка результата.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Многочлены, формулы сокращённого умножения и разложение на множители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Табличные модели, формулы и автоматизация повторяющихся вычислений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Операции, геометрические модели формул и задачи. Заполнение таблицы, относительные зависимости, проверка результата.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Многочлены, формулы сокращённого умножения и разложение на множители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алгоритмы с условием и повторением на безмашинном и демонстрационном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Операции, геометрические модели формул и задачи. Трассировка, исправление ошибки, сравнение алгоритмов.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Многочлены, формулы сокращённого умножения и разложение на множители / Линейные уравнения и текстовые модели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алгоритмы с условием и повторением на безмашинном и демонстрационном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Операции, геометрические модели формул и задачи; Равносильные преобразования, задачи на движение, работу и проценты. Трассировка, исправление ошибки, сравнение алгоритмов.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Линейные уравнения и текстовые модели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алгоритмы с условием и повторением на безмашинном и демонстрационном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Равносильные преобразования, задачи на движение, работу и проценты. Трассировка, исправление ошибки, сравнение алгоритмов.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Линейные уравнения и текстовые модели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алгоритмы с условием и повторением на безмашинном и демонстрационном уровне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Равносильные преобразования, задачи на движение, работу и проценты. Трассировка, исправление ошибки, сравнение алгоритмов.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Функция, линейная зависимость и график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 значений, координатная плоскость, чтение реальных графиков.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Функция, линейная зависимость и график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 значений, координатная плоскость, чтение реальных графиков.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Функция, линейная зависимость и график / Системы линейных уравнений и задачи с двумя неизвестными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 значений, координатная плоскость, чтение реальных графиков; Графический и алгебраический способы, проверка решения.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линейных уравнений и задачи с двумя неизвестными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и алгебраический способы, проверка решения. Десять занятий: техническое задание, координаты, масштаб, расчёты, макет, тестирование и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Начальные геометрические понятия, измерение углов и логика доказательства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Определение, утверждение, чертёж и последовательность обоснования.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Начальные геометрические понятия, измерение углов и логика доказательства / Треугольники: признаки равенства, медиана, биссектриса и высота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Определение, утверждение, чертёж и последовательность обоснования; Построения, доказательные задачи и практические измерения.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Треугольники: признаки равенства, медиана, биссектриса и высота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доказательные задачи и практические измерения.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Треугольники: признаки равенства, медиана, биссектриса и высота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доказательные задачи и практические измерения.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Треугольники: признаки равенства, медиана, биссектриса и высота / Параллельные прямые и углы при секущей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доказательные задачи и практические измерения; Чертёж, свойства, признаки и задачи.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Параллельные прямые и углы при секущей / Соотношения в треугольнике и геометрические неравенства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параметрическая сетка и система ограничений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Чертёж, свойства, признаки и задачи; Исследование условий существования и доказательство. Десять занятий: техническое задание, координаты, масштаб, расчёты, макет, тестирование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Соотношения в треугольнике и геометрические неравенства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данных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Исследование условий существования и доказательство. Таблица, график, формула, погрешность и интерпретация.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Соотношения в треугольнике и геометрические неравенства / Геометрические построения и задачи на конструкцию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данных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Исследование условий существования и доказательство; Циркуль, линейка, алгоритм построения и проверка. Таблица, график, формула, погрешность и интерпретация.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построения и задачи на конструкцию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данных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Циркуль, линейка, алгоритм построения и проверка. Таблица, график, формула, погрешность и интерпретация.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Координатные и пространственные задачи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данных и измеряемых процессов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Координаты, симметрия, расстояния и модели. Таблица, график, формула, погрешность и интерпретация.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Координатные и пространственные задачи / Таблицы, диаграммы и описательные характеристики данных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алгоритмико-математический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Координаты, симметрия, расстояния и модели; Среднее, медиана, размах, сравнение наборов. Постановка задачи, алгоритм, расчёт, визуализация данных и презентация.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 и описательные характеристики данных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алгоритмико-математический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Среднее, медиана, размах, сравнение наборов. Постановка задачи, алгоритм, расчёт, визуализация данных и презентация.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Случайный опыт, событие, частота и вероятность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алгоритмико-математический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Эксперименты, равновозможные исходы, оценка результата. Постановка задачи, алгоритм, расчёт, визуализация данных и презентация.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Случайный опыт, событие, частота и вероятность / Комбинаторные схемы, дерево вариантов и правило умножения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алгоритмико-математический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Эксперименты, равновозможные исходы, оценка результата; Полный перебор, упорядочивание и подсчёт. Постановка задачи, алгоритм, расчёт, визуализация данных и презентация.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Комбинаторные схемы, дерево вариантов и правило умножения / Вероятностные модели практических ситуаций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алгоритмико-математический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Полный перебор, упорядочивание и подсчёт; Таблица исходов, интерпретация и критическая оценка. Постановка задачи, алгоритм, расчёт, визуализация данных и презентация.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Вероятностные модели практических ситуаций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алгоритмико-математический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Таблица исходов, интерпретация и критическая оценка. Постановка задачи, алгоритм, расчёт, визуализация данных и презентация.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10.9. Модуль 8: 14–15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224 часа; 32 недели; 7 занятий в неделю по 40 минут: математическая практика — 6, алгоритмика и данные — 1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АЛГЕБРА, ГЕОМЕТРИЯ, ВЕРОЯТНОСТЬ И СТАТИСТИКА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192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Квадратные корни, действительные числа и оценка значений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Сравнение, приближение, числовая прямая и практические вычисления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Алгебраические дроби и рациональные выражения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Допустимые значения, преобразования, действия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Степень с целым показателем и стандартный вид числа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Свойства степени, масштабы и естественно-научные данные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Квадратные уравнения и задачи, приводящие к ним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Способы решения, теорема Виета на практическом уровне, модель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Функции и графики: линейная, обратная пропорциональность и квадратичная зависимость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Преобразование графика, чтение параметров и процессов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Неравенства и числовые промежутки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Равносильные преобразования, изображение решений и прикладные ограничения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Системы уравнений и текстовые задачи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Алгебраический и графический способы, интерпретация корней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Четырёхугольники и их свойства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Классификация, признаки, построения и доказательные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Площади многоугольников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Формулы, разбиение, преобразование и практические расчёты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Подобие треугольников и пропорциональные отрезки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Признаки подобия, масштаб, измерение недоступных расстояний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Окружность, касательная и центральные элементы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Построения, свойства и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Координаты, векторы и геометрическое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Запись перемещения, координатный метод и пространственные связи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Статистические характеристики и визуализация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Среднее, медиана, квартиль на ознакомительном уровне, сравнение распределений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Случайные события и вычисление вероятностей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Противоположные события, таблицы исходов, эксперимент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Дерево случайного опыта и простые составные события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Графическая модель, правило умножения и интерпретация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АЛГОРИТМИКА, ДАННЫЕ И ВЫЧИСЛИТЕЛЬНОЕ МЫШЛЕНИЕ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Алгоритмы с ветвлением и повторением; трассировка и тестирование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Псевдокод, таблица исполнения, крайние случаи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Электронная таблица как модель формулы и набора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Формулы, серии, диаграммы и проверка исходных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Численное и графическое исследование зависимости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Изменение параметра, таблица значений, график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подобие, масштаб и оптимизация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варианты плана, расчёт, сравнение решений, макет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по алгоритмам и данным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Проблема, данные, алгоритм обработки, визуализация и аргументированный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224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Квадратные корни, действительные числа и оценка значений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 с ветвлением и повторением; трассировка и тестирование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Сравнение, приближение, числовая прямая и практические вычисления. Псевдокод, таблица исполнения, крайние случаи.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Квадратные корни, действительные числа и оценка значений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 с ветвлением и повторением; трассировка и тестирование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Сравнение, приближение, числовая прямая и практические вычисления. Псевдокод, таблица исполнения, крайние случаи.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дроби и рациональные выражения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 с ветвлением и повторением; трассировка и тестирование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Допустимые значения, преобразования, действия и проверка. Псевдокод, таблица исполнения, крайние случаи.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дроби и рациональные выражения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 с ветвлением и повторением; трассировка и тестирование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Допустимые значения, преобразования, действия и проверка. Псевдокод, таблица исполнения, крайние случаи.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дроби и рациональные выражения / Степень с целым показателем и стандартный вид числа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 с ветвлением и повторением; трассировка и тестирование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Допустимые значения, преобразования, действия и проверка; Свойства степени, масштабы и естественно-научные данные. Псевдокод, таблица исполнения, крайние случаи.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Степень с целым показателем и стандартный вид числа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Алгоритмы с ветвлением и повторением; трассировка и тестирование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Свойства степени, масштабы и естественно-научные данные. Псевдокод, таблица исполнения, крайние случаи.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Квадратные уравнения и задачи, приводящие к ним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Электронная таблица как модель формулы и набора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решения, теорема Виета на практическом уровне, модель и проверка. Формулы, серии, диаграммы и проверка исходных данных.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Квадратные уравнения и задачи, приводящие к ним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Электронная таблица как модель формулы и набора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решения, теорема Виета на практическом уровне, модель и проверка. Формулы, серии, диаграммы и проверка исходных данных.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Квадратные уравнения и задачи, приводящие к ним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Электронная таблица как модель формулы и набора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решения, теорема Виета на практическом уровне, модель и проверка. Формулы, серии, диаграммы и проверка исходных данных.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Квадратные уравнения и задачи, приводящие к ним / Функции и графики: линейная, обратная пропорциональность и квадратичная зависимость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Электронная таблица как модель формулы и набора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решения, теорема Виета на практическом уровне, модель и проверка; Преобразование графика, чтение параметров и процессов. Формулы, серии, диаграммы и проверка исходных данных.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Функции и графики: линейная, обратная пропорциональность и квадратичная зависимость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Электронная таблица как модель формулы и набора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 графика, чтение параметров и процессов. Формулы, серии, диаграммы и проверка исходных данных.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Функции и графики: линейная, обратная пропорциональность и квадратичная зависимость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Электронная таблица как модель формулы и набора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Преобразование графика, чтение параметров и процессов. Формулы, серии, диаграммы и проверка исходных данных.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Неравенства и числовые промежутки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Численное и графическое исследование зависимости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Равносильные преобразования, изображение решений и прикладные ограничения. Изменение параметра, таблица значений,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Неравенства и числовые промежутки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Численное и графическое исследование зависимости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Равносильные преобразования, изображение решений и прикладные ограничения. Изменение параметра, таблица значений,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уравнений и текстовые задачи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Численное и графическое исследование зависимости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Алгебраический и графический способы, интерпретация корней. Изменение параметра, таблица значений, график и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Системы уравнений и текстовые задачи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Численное и графическое исследование зависимости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Алгебраический и графический способы, интерпретация корней. Изменение параметра, таблица значений, график и вывод.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Четырёхугольники и их свойства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Классификация, признаки, построения и доказательные задачи.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Четырёхугольники и их свойства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Классификация, признаки, построения и доказательные задачи.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Четырёхугольники и их свойства / Площади многоугольников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Классификация, признаки, построения и доказательные задачи; Формулы, разбиение, преобразование и практические расчёты.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Площади многоугольников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Формулы, разбиение, преобразование и практические расчёты.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Площади многоугольников / Подобие треугольников и пропорциональные отрезки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Формулы, разбиение, преобразование и практические расчёты; Признаки подобия, масштаб, измерение недоступных расстояний.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Подобие треугольников и пропорциональные отрезки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подобия, масштаб, измерение недоступных расстояний.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Подобие треугольников и пропорциональные отрезки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подобия, масштаб, измерение недоступных расстояний.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Окружность, касательная и центральные элементы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свойства и задачи. Десять занятий: варианты плана, расчёт, сравнение решений, макет и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Окружность, касательная и центральные элементы / Координаты, векторы и геометрическое моделирование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Построения, свойства и задачи; Запись перемещения, координатный метод и пространственные связи.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Координаты, векторы и геометрическое моделирование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подобие, масштаб и оптимизация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Запись перемещения, координатный метод и пространственные связи. Десять занятий: варианты плана, расчёт, сравнение решений,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Координаты, векторы и геометрическое моделирование / Статистические характеристики и визуализация данных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по алгоритмам и данным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Запись перемещения, координатный метод и пространственные связи; Среднее, медиана, квартиль на ознакомительном уровне, сравнение распределений. Проблема, данные, алгоритм обработки, визуализация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Статистические характеристики и визуализация данных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по алгоритмам и данным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Среднее, медиана, квартиль на ознакомительном уровне, сравнение распределений. Проблема, данные, алгоритм обработки, визуализация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Статистические характеристики и визуализация данных / Случайные события и вычисление вероятностей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по алгоритмам и данным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Среднее, медиана, квартиль на ознакомительном уровне, сравнение распределений; Противоположные события, таблицы исходов, эксперимент. Проблема, данные, алгоритм обработки, визуализация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Случайные события и вычисление вероятностей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по алгоритмам и данным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Противоположные события, таблицы исходов, эксперимент. Проблема, данные, алгоритм обработки, визуализация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Случайные события и вычисление вероятностей / Дерево случайного опыта и простые составные события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по алгоритмам и данным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Противоположные события, таблицы исходов, эксперимент; Графическая модель, правило умножения и интерпретация. Проблема, данные, алгоритм обработки, визуализация и аргументированный вывод.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Дерево случайного опыта и простые составные события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по алгоритмам и данным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Графическая модель, правило умножения и интерпретация. Проблема, данные, алгоритм обработки, визуализация и аргументированный вывод.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10.10. Модуль 9: 15–16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224 часа; 32 недели; 7 занятий в неделю по 40 минут: математическая практика — 6, алгоритмика и данные — 1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АЛГЕБРА, ГЕОМЕТРИЯ, ВЕРОЯТНОСТЬ И СТАТИСТИКА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192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Действительные числа, степени, корни и вычислительная оценка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Преобразования, приближения, стандартная запись и контроль ошибки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Квадратичная функция и преобразования графиков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Парабола, вершина, нули, параметры и модели процессов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Уравнения и системы: линейные, квадратные, дробно-рациональные и сводимые к ним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Выбор метода, область допустимых значений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Неравенства и системы неравенств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Метод интервалов на доступном уровне, графическая интерпретация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Арифметическая и геометрическая прогрессии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Формулы, рекуррентная запись, суммы и практические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Текстовые задачи и математическое моделирование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Движение, работа, проценты, смеси, оптимальный выбор и 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алгебры и отдельные задания формата ОГЭ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Стратегия, оформление, анализ ошибки и доработка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Векторы и координатный метод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Операции, координаты, длина, середина и решение геометрических задач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Подобие, окружность и геометрические преобразования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Доказательство, построение, вписанные углы и практические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Метрические соотношения и элементы тригонометрии прямоугольного треугольника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Синус, косинус, тангенс как отношения, измерительные задачи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Площади, длина окружности, площадь круга и составные фигуры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Формулы, разбиение, оценка и архитектурные расчёты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Комбинаторные правила и перечисление вариантов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Правила суммы и умножения, перестановки на базовом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Вероятность объединения и пересечения событий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Диаграммы, дерево опыта, независимость на практическом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Статистика, выборка, визуализация и критическое чтение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Характеристики, диаграммы, смещение представления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АЛГОРИТМИКА, ДАННЫЕ И ВЫЧИСЛИТЕЛЬНОЕ МЫШЛЕНИЕ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Алгоритм решения, декомпозиция, тестовые данные и оценка эффективности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Разбиение задачи, набор тестов, сравнение способов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Псевдокод и алгоритмы обработки числовых последовательностей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Условие, цикл, накопление результата и трассировка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Таблицы, диаграммы и проверка качества данных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Очистка набора, формулы, визуализация, выявление искажения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Математическая модель и компьютерный эксперимент в демонстрационном режиме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Параметры, серия расчётов, график и границы применимости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Архитектурное моделирование «Тематический город»: многокритериальный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Десять занятий: требования, масштаб, геометрия, расчёт ресурсов, сравнение вариантов, макет и защита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защита алгоритмико-математического решения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Краткое представление модели, проверка и ответы на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224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проекта и итоговой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Основная математическая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Логика / алгоритмика / моделирование: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Действительные числа, степени, корни и вычислительная оценка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 решения, декомпозиция, тестовые данные и оценка эффективности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Преобразования, приближения, стандартная запись и контроль ошибки. Разбиение задачи, набор тестов, сравнение способов.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Действительные числа, степени, корни и вычислительная оценка / Квадратичная функция и преобразования графиков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 решения, декомпозиция, тестовые данные и оценка эффективности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Преобразования, приближения, стандартная запись и контроль ошибки; Парабола, вершина, нули, параметры и модели процессов. Разбиение задачи, набор тестов, сравнение способов.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Квадратичная функция и преобразования графиков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 решения, декомпозиция, тестовые данные и оценка эффективности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Парабола, вершина, нули, параметры и модели процессов. Разбиение задачи, набор тестов, сравнение способов.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Квадратичная функция и преобразования графиков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 решения, декомпозиция, тестовые данные и оценка эффективности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Парабола, вершина, нули, параметры и модели процессов. Разбиение задачи, набор тестов, сравнение способов.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Уравнения и системы: линейные, квадратные, дробно-рациональные и сводимые к ним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Псевдокод и алгоритмы обработки числовых последовательностей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метода, область допустимых значений и проверка. Условие, цикл, накопление результата и трассировка.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Уравнения и системы: линейные, квадратные, дробно-рациональные и сводимые к ним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Псевдокод и алгоритмы обработки числовых последовательностей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метода, область допустимых значений и проверка. Условие, цикл, накопление результата и трассировка.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Уравнения и системы: линейные, квадратные, дробно-рациональные и сводимые к ним / Неравенства и системы неравенств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Псевдокод и алгоритмы обработки числовых последовательностей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метода, область допустимых значений и проверка; Метод интервалов на доступном уровне, графическая интерпретация. Условие, цикл, накопление результата и трассировка.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Неравенства и системы неравенств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Псевдокод и алгоритмы обработки числовых последовательностей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Метод интервалов на доступном уровне, графическая интерпретация. Условие, цикл, накопление результата и трассировка.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Неравенства и системы неравенств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Псевдокод и алгоритмы обработки числовых последовательностей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Метод интервалов на доступном уровне, графическая интерпретация. Условие, цикл, накопление результата и трассировка.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Неравенства и системы неравенств / Арифметическая и геометрическая прогрессии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Псевдокод и алгоритмы обработки числовых последовательностей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Метод интервалов на доступном уровне, графическая интерпретация; Формулы, рекуррентная запись, суммы и практические модели. Условие, цикл, накопление результата и трассировка.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Арифметическая и геометрическая прогрессии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 и проверка качества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Формулы, рекуррентная запись, суммы и практические модели. Очистка набора, формулы, визуализация, выявление искажения.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Арифметическая и геометрическая прогрессии / Текстовые задачи и математическое моделирование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 и проверка качества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Формулы, рекуррентная запись, суммы и практические модели; Движение, работа, проценты, смеси, оптимальный выбор и проверка. Очистка набора, формулы, визуализация, выявление искажения.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и математическое моделирование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 и проверка качества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Движение, работа, проценты, смеси, оптимальный выбор и проверка. Очистка набора, формулы, визуализация, выявление искажения.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Текстовые задачи и математическое моделирование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 и проверка качества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Движение, работа, проценты, смеси, оптимальный выбор и проверка. Очистка набора, формулы, визуализация, выявление искажения.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Систематизация алгебры и отдельные задания формата ОГЭ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 и проверка качества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Стратегия, оформление, анализ ошибки и доработка. Очистка набора, формулы, визуализация, выявление искажения.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Систематизация алгебры и отдельные задания формата ОГЭ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Таблицы, диаграммы и проверка качества данных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Стратегия, оформление, анализ ошибки и доработка. Очистка набора, формулы, визуализация, выявление искажения.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Векторы и координатный метод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Математическая модель и компьютерный эксперимент в демонстрационном режиме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Операции, координаты, длина, середина и решение геометрических задач. Параметры, серия расчётов, график и границы применимости.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Векторы и координатный метод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Математическая модель и компьютерный эксперимент в демонстрационном режиме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Операции, координаты, длина, середина и решение геометрических задач. Параметры, серия расчётов, график и границы применимости.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Векторы и координатный метод / Подобие, окружность и геометрические преобразования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Математическая модель и компьютерный эксперимент в демонстрационном режиме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Операции, координаты, длина, середина и решение геометрических задач; Доказательство, построение, вписанные углы и практические задачи. Параметры, серия расчётов, график и границы применимости.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Подобие, окружность и геометрические преобразования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Математическая модель и компьютерный эксперимент в демонстрационном режиме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Доказательство, построение, вписанные углы и практические задачи. Параметры, серия расчётов, график и границы применимости.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Подобие, окружность и геометрические преобразования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Доказательство, построение, вписанные углы и практические задачи.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Метрические соотношения и элементы тригонометрии прямоугольного треугольника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Синус, косинус, тангенс как отношения, измерительные задачи.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Метрические соотношения и элементы тригонометрии прямоугольного треугольника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Синус, косинус, тангенс как отношения, измерительные задачи.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Метрические соотношения и элементы тригонометрии прямоугольного треугольника / Площади, длина окружности, площадь круга и составные фигуры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Синус, косинус, тангенс как отношения, измерительные задачи; Формулы, разбиение, оценка и архитектурные расчёты. Десять занятий: требования, масштаб, геометрия, расчёт ресурсов, сравнение вариантов, макет и защита. Тематическая работа, разбор стратегии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Площади, длина окружности, площадь круга и составные фигуры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Формулы, разбиение, оценка и архитектурные расчёты.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Площади, длина окружности, площадь круга и составные фигуры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Формулы, разбиение, оценка и архитектурные расчёты.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Площади, длина окружности, площадь круга и составные фигуры / Комбинаторные правила и перечисление вариантов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Формулы, разбиение, оценка и архитектурные расчёты; Правила суммы и умножения, перестановки на базовом уровне.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Комбинаторные правила и перечисление вариантов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Правила суммы и умножения, перестановки на базовом уровне.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Комбинаторные правила и перечисление вариантов / Вероятность объединения и пересечения событий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Правила суммы и умножения, перестановки на базовом уровне; Диаграммы, дерево опыта, независимость на практическом уровне.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Вероятность объединения и пересечения событий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Архитектурное моделирование «Тематический город»: многокритериальный проект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Диаграммы, дерево опыта, независимость на практическом уровне. Десять занятий: требования, масштаб, геометрия, расчёт ресурсов, сравнение вариантов, макет и защита.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Вероятность объединения и пересечения событий / Статистика, выборка, визуализация и критическое чтение данных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защита алгоритмико-математического решения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Диаграммы, дерево опыта, независимость на практическом уровне; Характеристики, диаграммы, смещение представления и вывод. Краткое представление модели, проверка и ответы на вопросы. Текущий контроль: наблюдение, устное объяснение, практическая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Статистика, выборка, визуализация и критическое чтение данных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защита алгоритмико-математического решения</w:t>
              <w:br/>
              <w:t>1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Характеристики, диаграммы, смещение представления и вывод. Краткое представление модели, проверка и ответы на вопросы.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11. ИСТОЧНИКИ И МЕТОДИЧЕСКИЕ ОРИЕНТИРЫ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11.1. Нормативные и официальные источники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федеральная рабочая программа по математике для начального уровня образования, редакция 2025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федеральная рабочая программа по математике для основного уровня образования, базовый уровень, редакция 2025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федеральная рабочая программа по информатике для основного уровня образования, базовый уровень, редакция 2025 года — для проверки возрастной логики алгоритмической линии;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методические материалы Единого содержания общего образования по достижению метапредметных результатов средствами математики.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11.2. Материалы ОАНО «Новая школа», использованные для сопоставления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учебному предмету «Математика» для начального общего образования, срок реализации 2023–2027 гг.;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математике углублённого уровня для основного общего образования, включая программы курсов алгебры, геометрии, вероятности и статистики;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структура тематического планирования ОАНО «Новая школа»: связь содержания, видов деятельности, практических и контрольных работ;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подходы ОАНО «Новая школа» к функциональной математической грамотности, самостоятельному решению задач, логическому рассуждению и работе с несколькими математическими представлениями.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Материалы ОАНО «Новая школа» использованы как сравнительные методические источники для проверки логики усложнения содержания, полноты математических линий, видов деятельности и структуры результатов. Их статус и дата не заменяют проверку по действующим официальным федеральным рабочим программам.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11.3. Методические подходы, учтённые при разработке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деятельностный подход: понятие формируется через действие, модель, вопрос и собственное объяснение;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проблемно-задачный подход: обучение организуется вокруг содержательной задачи, а не изолированного правила;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множественные представления: предмет, рисунок, схема, таблица, график, формула, чертёж, макет и алгоритм взаимно переводятся;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математическая грамотность: оценка ситуации, выбор данных, расчёт, проверка и интерпретация ответа;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логика и доказательность: классификация, условие, следствие, контрпример, перебор и последовательность обоснования усложняются по модулям;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пространственное развитие: мозаика, проекция, развёртка, масштаб, координаты, площадь, объём и архитектурное моделирование;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естественно-научная интеграция: число и формула применяются к измерению пути, времени, температуры, массы, объёма, равновесия и другим безопасным наблюдаемым ситуациям;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данные и вычислительное мышление: сбор, очистка, таблица, диаграмма, алгоритм, тестирование и критическая интерпретация;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формирующее оценивание: прозрачные критерии, обратная связь, право на ошибку и обязательная возможность улучшить работу;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дифференциация без изменения программы: разные опоры, числа, уровень самостоятельности и дополнительная задача при общих результатах модуля.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11.4. Учебно-методические и информационные ресурсы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законно используемые учебно-методические материалы УМК «Школа России» по математике — как один из источников задач, последовательности и способов объяснения;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законно используемые материалы Л.Г. Петерсон и иные задачные сборники — для вариативных стратегий, логики и деятельностной практики;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задачи и упражнения серии «Интеллектика», головоломки, математические игры и олимпиадные задачи возрастно доступного уровня без обязательной соревновательности;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геометрические модели, конструкторы, чертёжные и макетные материалы для проекта «Тематический город»;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Российская электронная школа — для очной демонстрации и тренировки под руководством педагога;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динамическая геометрическая среда и электронная таблица — для демонстрационного исследования моделей в старших модулях;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разработанные педагогами диагностические, тематические, проектные и итоговые материалы, соответствующие конкретному модулю.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Использование указанных источников не означает реализации основной общеобразовательной программы другой организации и не переносит в настоящую Программу её статус, учебный план, систему аттестации или документы об образовании. Настоящая Программа является самостоятельной дополнительной общеобразовательной общеразвивающей программой Образовательного центра MILO.</w:t>
      </w:r>
    </w:p>
    <w:sectPr w:rsidR="00FC693F" w:rsidRPr="0006063C" w:rsidSect="00034616">
      <w:footerReference w:type="default" r:id="rId9"/>
      <w:pgSz w:w="11906" w:h="16838"/>
      <w:pgMar w:top="720" w:right="811" w:bottom="7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ind w:left="0" w:right="0" w:firstLine="0"/>
      <w:jc w:val="center"/>
    </w:pPr>
    <w:r>
      <w:rPr>
        <w:rFonts w:ascii="Times New Roman" w:hAnsi="Times New Roman" w:eastAsia="Times New Roman"/>
        <w:color w:val="000000"/>
        <w:sz w:val="20"/>
      </w:rPr>
      <w:t xml:space="preserve">Страница </w:t>
    </w:r>
    <w:fldSimple w:instr="PAGE">
      <w:r>
        <w:rPr>
          <w:rFonts w:ascii="Times New Roman" w:hAnsi="Times New Roman" w:eastAsia="Times New Roman"/>
          <w:color w:val="000000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4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ind w:firstLine="0" w:left="0"/>
      <w:jc w:val="left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общеобразовательная общеразвивающая программа «Школа с интересом: математическое мышление»</dc:title>
  <dc:subject>Модули 0–9, 2026–2027 учебный год</dc:subject>
  <dc:creator>Образовательный центр MILO, ИП Тарабанова Е.П.</dc:creator>
  <cp:keywords>дополнительное образование, математика, логика, пространственное мышление, общеразвивающая программа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