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ИП Тарабанова Е.П.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ИНН 270413634714, ОГРНИП 319619600004739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Образовательный центр MILO</w:t>
      </w:r>
    </w:p>
    <w:p>
      <w:pPr>
        <w:spacing w:before="40" w:after="440"/>
        <w:pBdr>
          <w:bottom w:val="single" w:sz="6" w:space="1" w:color="808080"/>
        </w:pBdr>
      </w:pP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УТВЕРЖДАЮ</w:t>
      </w:r>
    </w:p>
    <w:p>
      <w:pPr>
        <w:spacing w:after="2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Индивидуальный предприниматель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__________________ Е.П. Тарабанова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«14» августа 2026 г.</w:t>
      </w:r>
    </w:p>
    <w:p>
      <w:pPr>
        <w:spacing w:after="360"/>
      </w:pP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ДОПОЛНИТЕЛЬНАЯ ОБЩЕОБРАЗОВАТЕЛЬНАЯ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ОБЩЕРАЗВИВАЮЩАЯ ПРОГРАММА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«ШКОЛА С ИНТЕРЕСОМ: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ИССЛЕДУЕМ ОКРУЖАЮЩИЙ МИР»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естественно-научной направленности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модульная программа: модули 0–9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возраст обучающихся: 6–16 лет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форма обучения: очная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срок реализации каждого модуля: 32 учебные недели</w:t>
      </w:r>
    </w:p>
    <w:p>
      <w:pPr>
        <w:spacing w:before="36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Разработчик: Образовательный центр MILO,</w:t>
        <w:br/>
        <w:t>ИП Тарабанова Е.П.</w:t>
      </w:r>
    </w:p>
    <w:p>
      <w:pPr>
        <w:spacing w:before="56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Ростов-на-Дону</w:t>
        <w:br/>
        <w:t>2026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1. Комплекс основных характеристик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2. Комплекс организационно-педагогических условий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3. Учебный план и подробное содержание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4. Календарный учебный график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5. Планируемые результаты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6. Формы контроля и итоговая аттестация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7. Оценочные и методические материалы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8. Условия реализации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9. Воспитательный компонент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10. Календарно-тематическое планирование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11. Источники и методические ориентиры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1. КОМПЛЕКС ОСНОВНЫХ ХАРАКТЕРИСТИК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1.1. Пояснительная записка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Дополнительная общеобразовательная общеразвивающая программа «Школа с интересом: исследуем окружающий мир» (далее — Программа) имеет естественно-научную направленность и предназначена для развития у детей 6–16 лет целостного представления о природе, человеке, обществе, пространстве и историческом времени, исследовательской культуры и способности ответственно использовать знания.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является модульной. Каждый модуль 0–9 представляет собой самостоятельный завершённый годовой маршрут на 32 учебные недели. Обучающийся зачисляется на конкретный модуль с учётом возраста и ранее освоенного содержания; обязательное вступительное испытание или психолого-педагогическая диагностика не проводятся.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не является основной общеобразовательной программой, не заменяет обучение в общеобразовательной организации и не сопровождается выдачей документа об уровне общего образования. Наименования школьных ступеней и номеров школьных классов не используются для обозначения модулей.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модулей 0–4 разработано с учётом возрастной логики действующей федеральной рабочей программы по окружающему миру. В модуле 5 выделены биологическая, географическая и историческая линии в фактически установленном Образовательным центром MILO объёме. Для модулей 6–9 использована актуальная на 2026–2027 учебный год логика федеральных рабочих программ по биологии, географии, физике, химии, истории и обществознанию.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Федеральные программы и материалы ОАНО «Новая школа» используются исключительно как методические источники для отбора содержания и последовательности. Программа сохраняет статус самостоятельной дополнительной общеразвивающей программы и не заявляет достижение обязательных результатов ФГОС или реализацию федерального учебного плана.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1.2. Нормативно-правовые и методические основания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09.10.2024 № 704 — в части изменений содержания и последовательности исторического и обществоведческого образования, учитываемых как методический ориентир;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действующие федеральные рабочие программы начального и основного уровней образования по окружающему миру, биологии, географии, физике, химии, истории и обществознанию — исключительно как методические источники;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нормативные акты ИП Тарабановой Е.П. об организации образовательной деятельности, контроле, аттестации, образовательных отношениях и выдаче документов об обучении.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1.3. Актуальность, особенности и педагогическая целесообразность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Актуальность Программы связана с необходимостью формировать не набор разрозненных сведений, а исследовательское отношение к миру: задавать вопрос, наблюдать, измерять, читать карту, работать с источником и данными, отличать доказательство от предположения, видеть связь решений человека с природными и общественными последствиями.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Отличительная особенность — преемственное развитие от целостного окружающего мира к самостоятельным естественно-научным и историко-географическим линиям. В старших модулях сохраняются межпредметные связи, но понятия биологии, географии, физики, химии, истории и обществознания раскрываются корректно и не подменяют друг друга.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Педагогическая целесообразность обеспечивается сочетанием наблюдения, безопасного опыта, карты, модели, текста, визуального источника, статистики и проекта. Сложные темы истории, здоровья, экологии и общественной жизни обсуждаются без запугивания, идеологического давления, требования раскрывать личный опыт или публичного сравнения детей.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1.4. Адресат, объём и срок освоения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предназначена для несовершеннолетних обучающихся 6–16 лет. Возрастные границы модулей являются ориентиром комплектования групп и могут уточняться без конкурсного отбора с учётом ранее освоенного содержания и интереса ребёнка.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200"/>
        <w:gridCol w:w="1200"/>
        <w:gridCol w:w="900"/>
        <w:gridCol w:w="1200"/>
        <w:gridCol w:w="1600"/>
        <w:gridCol w:w="3920"/>
      </w:tblGrid>
      <w:tr>
        <w:trPr>
          <w:tblHeader w:val="true"/>
          <w:cantSplit/>
        </w:trPr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Объём, ч</w:t>
            </w:r>
          </w:p>
        </w:tc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Срок</w:t>
            </w:r>
          </w:p>
        </w:tc>
        <w:tc>
          <w:tcPr>
            <w:tcW w:type="dxa" w:w="1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Занятий в неделю</w:t>
            </w:r>
          </w:p>
        </w:tc>
        <w:tc>
          <w:tcPr>
            <w:tcW w:type="dxa" w:w="3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Продолжительность занятия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 занятия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 занятия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 минут с сентября по декабрь; 40 минут с января по май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 занятия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 занятия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 занятия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 занятия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Полная последовательность модулей 0–9 составляет 1600 академических часов. Договор об образовании заключается на конкретный модуль; освоение всех модулей не является обязательным условием завершения отдельного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Недельная нагрузка старших модулей является суммой самостоятельных содержательных линий внутри одной Программы. Расписание составляется совместно с расписанием других программ и режимом дня с соблюдением применимых санитарных требований к общей нагрузке и чередованию видов деятельности.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1.5. Форма обучения и организация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форма обучения — очная;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основная форма — групповое занятие с индивидуальной помощью в пределах занятия;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численность учебной группы определяется с учётом возраста обучающихся, содержания программы, санитарных требований и фактической вместимости помещения и составляет от 2 до 20 человек;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язык образования — русский;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электронное обучение, дистанционные образовательные технологии и сетевая форма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индивидуальные учебные планы не используются; педагог дифференцирует задания без изменения объёма и результатов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Ресурсы Российской электронной школы и иные проверенные материалы могут демонстрироваться педагогом на очном занятии. Это не переводит Программу в электронную или дистанционную форму. Самостоятельная регистрация ребёнка на стороннем ресурсе не является обязательным условием освоения.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1.6. Цель и задачи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Цель Программы —</w:t>
      </w:r>
      <w:r>
        <w:rPr>
          <w:rFonts w:ascii="Times New Roman" w:hAnsi="Times New Roman" w:eastAsia="Times New Roman"/>
          <w:color w:val="000000"/>
          <w:sz w:val="24"/>
        </w:rPr>
        <w:t xml:space="preserve"> создать условия для формирования у ребёнка целостной и доказательной картины природного и общественного мира, исследовательских умений, историко-географического мышления и ответственного отношения к себе, другим людям, природе и информации.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Образовательные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возрастно сообразные представления о природе, организме, веществе, движении, территории, обществе и историческом времени;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осваивать наблюдение, измерение, безопасный опыт, моделирование, классификацию и объяснение;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читать план, карту, временную линию, таблицу, диаграмму, схему и научно-популярный текст;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способы работы с природным, историческим, географическим и обществоведческим источником;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естественно-научную, экологическую, историческую, географическую и информационную грамотность;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связывать факт, причину, процесс, последствие, данные и обоснованный вывод.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Развивающие и воспитательные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любознательность, интеллектуальную честность и готовность пересмотреть гипотезу;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бережное отношение к живым объектам, ресурсам, культурному наследию и общему оборудованию;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уважение к достоинству человека, культурному многообразию и праву на аргументированную позицию;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воспитывать ответственность за безопасное поведение, качество данных и указание источника;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способность обсуждать сложные вопросы без унижения, стереотипов и агрессии.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2. КОМПЛЕКС ОРГАНИЗАЦИОННО-ПЕДАГОГИЧЕСКИХ УСЛОВИЙ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2.1. Принципы и методы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научная корректность при возрастной доступности;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преемственность модулей при самостоятельной завершённости каждого;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исследовательский цикл: вопрос — гипотеза — метод — данные — вывод — ограничение;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различение наблюдаемого факта, модели, версии, оценки и недостоверного утверждения;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краеведческий и практико-ориентированный подход;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межпредметная связь без подмены понятий разных наук;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безопасность, добровольность обсуждения личного опыта и уважение границ;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оценивание, обратная связь и возможность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2.2. Формы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наблюдение, прогулочное и кабинетное исследование;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безопасный опыт, демонстрация и измерительный практикум;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 с натуральным объектом, моделью, коллекцией и изображением;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картографический и статистический практикум;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историческая лаборатория: источник, карта, временная линия и версия;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проблемная беседа, кейс и научная дискуссия;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индивидуальный, парный, групповой и межпредметный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2.3. Структура занятия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наблюдаемый объект, источник, карта, явление или проблемный вопрос;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актуализация известного и формулирование предположений;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освоение понятия, метода или способа работы;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практика: наблюдение, модель, опыт, карта, данные или источник;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фиксация результата и объяснение причинной связи;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проверка, указание ограничения, вывод и рефлексия безопасности.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 УЧЕБНЫЙ ПЛАН И ПОДРОБНОЕ СОДЕРЖАНИЕ МОДУЛЕЙ 0–9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150"/>
        <w:gridCol w:w="1050"/>
        <w:gridCol w:w="4700"/>
        <w:gridCol w:w="900"/>
        <w:gridCol w:w="2220"/>
      </w:tblGrid>
      <w:tr>
        <w:trPr>
          <w:tblHeader w:val="true"/>
          <w:cantSplit/>
        </w:trPr>
        <w:tc>
          <w:tcPr>
            <w:tcW w:type="dxa" w:w="11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0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4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22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Недель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 и природа: наблюдаем, сравниваем, исследуем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Я, другие люди и безопасная повседневная жизнь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человек и исследовательские действия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Люди, место, время и правила общей жизни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Природные системы и организм человека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общество, хозяйство и историческое время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Земля, природные сообщества и человек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Россия, культура и историческая последовательность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 и география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России, гражданская и информационная культура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Физическая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Физическая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Химическая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Физическая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Химическая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Обществоведческая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Часы практических, проектных, контрольных работ и итоговой аттестации включены в объём соответствующей линии. Для модулей 0–4 сезонная последовательность природных тем может уточняться без изменения общего объёма.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3.1. Модуль 0: 6–7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строится вокруг непосредственного опыта ребёнка: наблюдения, вопроса, сравнения, безопасного опыта, прогулочного исследования, рисунка и рассказа о результате. Природный и социальный мир раскрываются как взаимосвязанные части повседневной жизни.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64 часа; 32 недели; 2 занятия в неделю по 30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 и природа: наблюдаем, сравниваем, исследуем»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Как исследуют мир: наблюдение, вопрос, предположение и проверка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 предмета и явления, формулирование вопроса, фиксация рисунком.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Живая и неживая природа. Признаки живого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Сравнение природных объектов, классификация, уход за растением.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Времена года, погода и сезонные изменения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Календарь наблюдений, облака, осадки, температура на качественном уровне.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Растения рядом с нами: части, потребности и разнообразие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Рассматривание, проращивание, зарисовка и бережное отношение.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Животные рядом с человеком и в природе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Группировка по среде обитания, следы, питание и правила безопасного поведения.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Земля, небо и простые природные явления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День и ночь, Солнце, Луна, свет, тень, вода и воздух в безопасных опытах.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«Я, другие люди и безопасная повседневная жизнь»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Я и моё тело: органы чувств, движение, отдых и гигиена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 работы органов чувств без медицинской диагностики, правила заботы о себе.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Семья, дом, личные границы и взаимная помощь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Семейные роли, уважительное обращение, право обратиться за помощью.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Группа и правила совместной жизни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Договорённости, очередь, общий материал, решение бытовой ситуации.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Профессии и труд людей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 труда, инструменты и результаты, уважение к разным профессиям.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Безопасность дома, на улице и в природе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Дорожные ситуации, незнакомый человек, огонь, вода, животные, обращение к взрослому.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Мой край и общие символы России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Адрес как ориентир без публичного раскрытия персональных данных, город, страна и государственные символы.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календарь наблюдений, карточные классификации, рисунок безопасного маршрута и мини-альбом «Мир рядом».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3.2. Модуль 1: 7–8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формирует целостное представление о природе, человеке и обществе через регулярные наблюдения, работу с простыми моделями, картой, календарём, семейной и местной историей. Ребёнок учится отличать наблюдаемый факт от предположения.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64 часа; 32 недели; 2 занятия в неделю; 35 минут с сентября по декабрь, 40 минут с января по май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«Природа, человек и исследовательские действия»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Природные и рукотворные объекты. Источник наблюдения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Сравнение происхождения, материала и назначения объектов.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Солнце, Земля, день, ночь и календарь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Модель вращения, суточный ритм, месяцы и сезонные наблюдения.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Воздух, вода и их значение для живого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Безопасные опыты со свойствами воздуха и воды, схема круговорота на начальном уровне.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Растения: части, жизненный цикл и условия роста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Проращивание, дневник наблюдений, сравнение культурных и дикорастущих растений.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Животные: группы, среда обитания и приспособления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Наблюдение, карточная классификация, цепочка питания на наглядном уровне.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Человек: тело, здоровье, режим и безопасные привычки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Органы чувств, осанка, движение, сон, гигиена и обращение за помощью.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мини-проект «Календарь природы» — 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Отбор наблюдений, подписи, вывод и устное представление.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«Люди, место, время и правила общей жизни»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Дом, образовательный центр и ближайшее окружение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План помещения и безопасный маршрут, функции общественных мест.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Семейная память и последовательность событий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Личная временная линия без обязательного раскрытия чувствительных сведений.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Труд, профессии, товары и услуги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Путь вещи от замысла до потребителя, бережное отношение к ресурсам.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Населённый пункт и Ростовская область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природные и культурные объекты, правила поведения в общественном месте.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Россия: территория, столица, символы и многообразие людей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Работа с картой, символами и доступными культурными примерами.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Безопасность, экстренные службы и ответственное поведение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Алгоритм сообщения взрослому и экстренной службе, разбор ситуаций.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календарь природы, схема жизненного цикла, план ближайшего окружения и проект о месте.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3.3. Модуль 2: 8–9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развивает представления о природных компонентах и взаимосвязях, организме человека, карте и истории людей. Обучающийся осваивает простой план исследования: вопрос, гипотеза, наблюдение или опыт, таблица результата и вывод.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64 часа; 32 недели; 2 занятия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«Природные системы и организм человека»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Научный вопрос, измерение, таблица и вывод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Планирование безопасного исследования, повтор наблюдения, различение результата и мнения.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Земля и космическое окружение — 5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Солнечная система, форма Земли, глобус и причины смены дня и ночи.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Воздух, вода, горные породы и почва — 5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Свойства, значение, загрязнение и способы бережного использования.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Растения и грибы: разнообразие, питание, размножение и роль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Наблюдение, схемы жизненных процессов, безопасное различение объектов.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Животные: группы, развитие и пищевые связи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Признаки групп, жизненный цикл, цепи питания и влияние человека.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Организм человека и сохранение здоровья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Основные системы органов на обзорном уровне, режим, движение и профилактика травм.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исследование природного объекта — 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Описание метода, данных, вывода и границ наблюдения.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«Карта, общество, хозяйство и историческое время»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Глобус, карта, стороны горизонта и условные знаки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Ориентирование, чтение легенды, сравнение плана и карты.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Материки, океаны и разнообразие природных условий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Работа с физической картой, сравнение территорий.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и родной регион на карте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Границы, крупные объекты, природные условия и культурное многообразие.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Хозяйство и путь ресурсов: производство, транспорт, обмен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Схема хозяйственной цепочки, разумное потребление и отходы.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Источники прошлого и счёт времени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Вещественный, письменный, устный источник; век, дата и временная линия.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Права, обязанности, правила и взаимная ответственность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Разбор ситуаций, уважение достоинства и безопасное обращение за помощью.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проект «Место на карте и во времени» — 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временная линия, проверенные факты и указание источников.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дневник исследования, природная схема, карта, временная линия и проект «Место на карте и во времени».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3.4. Модуль 3: 9–10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объединяет географическую картину Земли, природные сообщества, организм человека, Россию и доступную историческую последовательность. Центральным становится объяснение связи причин и последствий и работа с несколькими источниками.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64 часа; 32 недели; 2 занятия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«Земля, природные сообщества и человек»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Методы изучения природы и достоверность наблюдения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Контроль условий, единицы измерения, таблица, диаграмма и вывод.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Земля как планета: движение, освещение и природные ритмы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 суток и года, пояс освещённости на доступном уровне.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Формы земной поверхности, воды суши и Мировой океан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Физическая карта, рельеф, реки, озёра, моря и круговорот воды.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Природные сообщества и пищевые сети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Лес, луг, водоём, почва; связи организмов и устойчивость.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Организм человека: опора, движение, питание, дыхание и кровообращение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 систем, измерение пульса после спокойной нагрузки, здоровье и безопасность.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Экологическая ответственность и итоговое 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Локальная проблема, данные, возможное действие и оценка последствий.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«Россия, культура и историческая последовательность»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Карта России: положение, границы, крупные формы рельефа и воды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Физическая и административная карта, масштаб и условные знаки.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Народы России, языки, традиции и культурное наследие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Уважительное сравнение культурных примеров без стереотипизации.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Как узнают прошлое: источники, археология, летопись и музей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Проверка происхождения источника, описание артефакта.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Древние государства и становление российской государственности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Временная линия, карта, причины объединения и культурные связи.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События и люди российской истории до Нового времени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Выбор ключевых эпизодов, причина, следствие и разные позиции.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историко-географический проект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временная линия, подписи к источникам и устная защита.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карта природных объектов, пищевая сеть, модель системы органов и историко-географический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3.5. Модуль 4: 10–11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систематизирует знания о природных зонах и регионах России, экологических связях, здоровье человека и основных этапах отечественной истории. Обучающийся учится читать тематическую карту, сопоставлять источники и отделять факт от интерпретации.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64 часа; 32 недели; 2 занятия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«Природа и география России»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Исследовательский цикл и работа с источником данных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Вопрос, гипотеза, план, наблюдение, измерение, диаграмма, вывод и ограничение.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Географическое положение и крупные природные комплексы России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часовые пояса на обзорном уровне, рельеф и внутренние воды.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Природные зоны и высотная поясность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Климат, почвы, растения, животные, занятия людей и экологические связи.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Организмы и экосистемы: обмен веществ, развитие и взаимозависимость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 процессов, пищевые сети, факторы среды.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Организм человека, нервная система, органы чувств и здоровье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Саморегуляция на физиологическом уровне, первая помощь изучается только в пределах безопасного поведения и вызова взрослого.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Проект «Природный комплекс родного края»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наблюдения, фотографии без персональных данных, источники и защита.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«История России, гражданская и информационная культура»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Хронология, историческая карта и критика источника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Дата, век, период, автор, назначение и сопоставление свидетельств.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Новое время: преобразования, культура и общество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Причины перемен, роль личности, последствия и историческая карта.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XIX веке: общество, культура, наука и повседневность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Ключевые явления без перегрузки датами, работа с визуальным источником.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XX веке: события, достижения и испытания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Хронологическая рамка, уважительный разговор о сложных событиях, проверка факта.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Современная Россия: Конституция, государство, гражданин и общество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Права ребёнка, обязанности, органы власти на обзорном уровне, безопасное участие.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проект «Россия: пространство и время»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Тематическая карта, временная линия, источники и аргументированный вывод.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паспорт природного комплекса, тематические карты, сравнительный анализ источников и проект «Россия: пространство и время».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3.6. Модуль 5: 11–12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модуле впервые выделяются три устойчивые линии. Биология вводит научное представление о живом, география — методы изучения Земли и карту, история — древние общества и источники прошлого. Линии объединяются общими исследовательскими действиями и проектами.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128 часов; 32 недели; 4 занятия в неделю по 40 минут: биологическая линия — 1, географическая — 1, историческая — 2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«Биологическая линия»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Биология как наука. Методы и правила безопасного наблюдения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Объект, признак, увеличение, зарисовка, таблица и этика обращения с живым.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Организм и клеточное строение на вводном уровне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Клетка как единица живого, модели, сравнение растительной и животной клетки.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Разнообразие организмов: бактерии, грибы, растения и животные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Существенные признаки, классификация и роль в природе.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Жизнедеятельность организмов и связь со средой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Питание, дыхание, рост, развитие, размножение и раздражимость.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Экосистема, пищевые связи и влияние человека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Производители, потребители, разрушители, цепи питания и охрана природы.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биологическое мини-исследование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Вопрос, наблюдение, данные, вывод, соблюдение безопасности.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«Географическая линия»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География и способы изучения Земли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Наблюдение, описание, карта, снимок, данные и фенологический дневник.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История географических представлений и открытий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Сравнение карт, маршруты путешествий, значение и последствия открытий.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План местности, условные знаки, масштаб и ориентирование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Определение направлений и расстояний, описание маршрута.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Глобус и карта: градусная сеть и координаты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Параллели, меридианы, широта и долгота в практических заданиях.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Земля в Солнечной системе и литосфера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Движения Земли, строение планеты, горные породы, рельеф и процессы.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картографический практикум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Маршрут, координаты, профиль или описание объекта по карте.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«Историческая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Историческое знание: время, карта, источник и версия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Хронология, археологический и письменный источник, проверка происхождения.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Первобытность и переход к производящему хозяйству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Расселение людей, образ жизни, технологии, искусство и неолитические изменения.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Древний Восток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Государство, общество, религия, письменность, хозяйство и культурное наследие.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Древняя Греция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Полис, гражданство, культура, войны и влияние античного наследия.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Древний Рим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Республика, империя, право, общество, культура и причины изменений.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История родного края в древности и итоговый проект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Региональные памятники, карта, источник и сопоставление с общей историей.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биологическое наблюдение, картографический практикум, историческая временная линия и межпредметный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3.7. Модуль 6: 12–13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развивает ботанические и общебиологические представления, изучение оболочек Земли и историческую картину Средневековья, российской истории и истории родного края. Увеличенная историческая линия соответствует актуальной возрастной логике содержания на 2026–2027 учебный год.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40 минут: биологическая линия — 1, географическая — 1, историческая — 3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«Биологическая линия»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Растительный организм и методы ботаники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Наблюдение, гербарный материал без сбора охраняемых видов, схема и описание.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Органы растения и жизненные процессы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Корень, побег, лист, фотосинтез, дыхание, транспорт веществ.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Размножение и развитие растений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Спора, семя, цветок, опыление, плод и жизненный цикл.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Основные группы растений и их значение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Водоросли, мхи, папоротникообразные, голосеменные и покрытосеменные.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Растительные сообщества, хозяйственное значение и охрана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Связи, влияние человека и итоговое исследование.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«Географическая линия»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Оболочки Земли и географическая оболочка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Взаимосвязь литосферы, атмосферы, гидросферы и биосферы.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Литосфера и рельеф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Плиты, горы, равнины, внешние процессы и чтение физической карты.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Атмосфера, погода и климат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Температура, давление, ветер, осадки, климатограмма на начальном уровне.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Гидросфера и воды Земли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Океан, река, озеро, подземные воды, ледники и водные ресурсы.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Биосфера, природные комплексы и итоговый практикум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Широтная зональность, местный комплекс и карта.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«Историческая линия» — 96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Переход от античности к Средневековью. Источники и периодизация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хронология, миграции и изменение государств.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Средневековый мир Запада и Востока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Общество, религии, города, хозяйство, культура и контакты цивилизаций.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Древняя Русь: возникновение, общество и культура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Расселение, государственность, принятие христианства, города и источники.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Русские земли в период раздробленности и внешних испытаний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Политические центры, Орда, западные соседи, культура и последствия.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Объединение русских земель и формирование единого государства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Причины объединения, ключевые этапы, институты и карта.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История родного края в Средние века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Региональные источники, археология, поселения и культурные связи.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исторический проект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Проблемный вопрос, карта, временная линия, источники и вывод.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ботаническое исследование, климатограмма, карта вод или рельефа, исторический проект и региональный кейс.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3.8. Модуль 7: 13–14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объединяет зоологию, географию материков и океанов, основы физического эксперимента и историю раннего Нового времени. Содержательные линии не смешиваются в один школьный предмет, но связываются через научный метод, карту, количественные данные и анализ последствий человеческой деятельности.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256 часов; 32 недели; 8 занятий в неделю по 40 минут: биология — 1, география — 2, физика — 2, история — 3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«Биологическая линия»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Животный организм и методы зоологии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Признаки, симметрия, ткани и органы на обзорном уровне, этичное наблюдение.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Беспозвоночные животные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Основные группы, строение, жизненные процессы и экологическая роль.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Позвоночные животные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Рыбы, земноводные, пресмыкающиеся, птицы и млекопитающие.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Поведение, размножение и развитие животных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Инстинкт, обучение, жизненные циклы и приспособления.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Животные в экосистемах, хозяйстве и охране природы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Пищевые сети, биоразнообразие и итоговая работа.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«Географическая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Географическая оболочка, карты и методы комплексного описания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Тематические карты, профиль, климатограмма и источники данных.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Атмосфера и климат Земли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Воздушные массы, пояса, факторы климата и чтение климатических диаграмм.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Мировой океан и воды материков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Течения, водные массы, реки и озёра, использование и охрана вод.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Материки Южного полушария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Рельеф, климат, воды, природные зоны, население и экологические вопросы.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Материки Северного полушария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Сопоставление природных условий, населения, хозяйственной деятельности и рисков.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на планете: население, страны и глобальные связи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Политическая карта, расселение, культура и устойчивое развитие.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географическое 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Комплексная характеристика территории по картам и данным.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«Физическая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Физика и естественно-научный метод. Величина и измерение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Прибор, цена деления, единицы, погрешность на доступном уровне.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Строение вещества и агрегатные состояния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Атомно-молекулярная модель, диффузия, взаимодействие частиц.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Механическое движение, скорость и взаимодействие тел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Путь, время, скорость, инерция, масса, плотность, сила и трение.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Давление твёрдых тел, жидкостей и газов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Давление, закон Паскаля, атмосферное давление, архимедова сила и плавание.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Работа, мощность, энергия и простые механизмы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Рычаг, блок, наклонная плоскость, КПД и превращения энергии.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Безопасные лабораторные и расчётные практикумы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Измерение, таблица, график, расчёт и оценка результата.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физическое 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Гипотеза, метод, данные, погрешность и вывод.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«Историческая линия» — 96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Историческое исследование раннего Нового времени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Периодизация, карта, статистические и визуальные источники.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Европа и мир в эпоху географических открытий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Открытия, колониальные контакты, обмены, конфликты и последствия.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Реформация, государства и общество раннего Нового времени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Религиозные изменения, абсолютизм, экономика, культура и наука.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XVI веке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Государство, общество, внешняя политика, культура и спорные оценки источников.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и мир в XVII веке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Смутное время, восстановление государства, хозяйство, общество и культура.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История родного края в раннее Новое время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Заселение, границы, хозяйство, источники и карта региона.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исторический проект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Сопоставление источников, причинно-следственная схема и защита вывода.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зоологическое исследование, комплексная характеристика материка, физический эксперимент и историческое исследование.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3.9. Модуль 8: 14–15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формирует системное естественно-научное и историко-географическое мышление: организм человека, география России, тепловые и электромагнитные явления, основы химии, история XVIII — первой четверти XIX века. Практика строится с учётом фактически доступного оборудования и обязательных правил безопасности.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352 часа; 32 недели; 11 занятий в неделю по 40 минут: биология — 2, география — 2, физика — 2, химия — 2, история — 3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«Биологическая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как биосоциальное существо. Ткани и регуляция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Уровни организации, нервная и гуморальная регуляция на базовом уровне.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Опора, движение, кровь и кровообращение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Строение, функции, профилактика нарушений и безопасные наблюдения.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Дыхание, питание, обмен веществ и выделение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Системы органов, гигиена, энергетический баланс без назначения медицинских норм.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Нервная система, органы чувств и поведение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Рефлекс, анализатор, сон, внимание, влияние режима и цифровой нагрузки.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Размножение, развитие и ответственное отношение к здоровью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Возрастно уместная научная информация, личные границы и проверенные источники.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Здоровье, среда и профилактика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Факторы риска, обращение к специалисту, критическая оценка медицинской информации.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исследование по физиологии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Обезличенные наблюдения, таблица, график и вывод без диагностики.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«Географическая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мире: положение, границы, время и источники геоданных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Карта, часовые зоны, сравнение масштабов и проверка источника.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Геологическое строение, рельеф и минеральные ресурсы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Тектоническая и физическая карты, связь строения и рельефа.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Климат России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Факторы, воздушные массы, климатограммы, опасные явления и адаптация.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Внутренние воды, моря, почвы и природные зоны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Бассейны, водные ресурсы, почвообразование и зональность.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Население России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Размещение, миграции, урбанизация, культурное многообразие и демографические данные.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Природопользование и геоэкологические проблемы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Ресурс, риск, последствия, устойчивые решения и региональный пример.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исследование региона России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Система карт, статистика, проблема и обоснованный вывод.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«Физическая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Тепловое движение и внутренняя энергия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Модель частиц, температура, способы изменения внутренней энергии.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Теплопередача, количество теплоты и фазовые переходы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Теплопроводность, конвекция, излучение, плавление, кипение и расчёты.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Электрические явления и электрическая цепь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Заряд, ток, напряжение, сопротивление, закон Ома и безопасная сборка низковольтной модели.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Работа и мощность тока. Магнитные явления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Энергия, нагрев, магнитное поле, электромагнит и технические применения.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Световые явления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Отражение, преломление, линза, изображение и оптическая безопасность.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лабораторно-расчётная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Данные, график, расчёт, погрешность и вывод.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«Химическая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Химия, вещество и безопасная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Наблюдение, модель, знак опасности, запрет самостоятельных опытов без педагога.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Атомы, молекулы, химические элементы и периодическая система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Состав вещества, символы, порядковый номер и модель атома.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Простые и сложные вещества. Формулы и относительные массы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Чтение формул, состав, расчёты и связь строения со свойствами.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Химическая реакция и уравнение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Признаки реакции, закон сохранения массы, коэффициенты и типы реакций.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Кислород, водород, вода и растворы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Свойства, получение на уровне модели, растворимость и безопасные демонстрации.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Основные классы неорганических соединений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Оксиды, кислоты, основания, соли и генетические связи на базовом уровне.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Химия и окружающая среда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Качество воды и воздуха, бытовые вещества, маркировка и ответственное обращение.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химическая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Формула, уравнение, расчёт, анализ безопасной демонстрации и вывод.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«Историческая линия» — 96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Исторический источник и карта XVIII — начала XIX века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Периодизация, авторство, статистика, визуальный и письменный источник.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Европа и мир в XVIII веке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Просвещение, государство, общество, революции, экономика и культура.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эпоху преобразований начала XVIII века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Реформы, война, государство, общество, повседневность и цена изменений.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во второй половине XVIII века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Власть, сословия, экономика, внешняя политика, культура и просвещение.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и мир в первой четверти XIX века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Международные отношения, Отечественная война, общество, управление и культура.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История родного края в XVIII — начале XIX века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Освоение территории, города, хозяйство, население и региональные источники.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исторический проект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Проблемный вопрос, сопоставление источников, карта и аргументированный вывод.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физиологическое наблюдение без диагностики, географический отчёт, физический и химический практикумы, исторический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3.10. Модуль 9: 15–16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Завершающий модуль объединяет общую биологию и экологию, географию хозяйства и регионов России, механику и волновые явления, основы неорганической и органической химии, историю XIX — начала XX века и основы обществознания. Ведущими становятся работа с доказательствами, моделями, данными и источниками.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384 часа; 32 недели; 12 занятий в неделю по 40 минут: биология — 2, география — 2, физика — 3, химия — 2, история — 2, обществознание — 1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Все линии входят в один завершённый модуль Программы и объединяются общими исследовательскими действиями: постановкой вопроса, работой с объектом или источником, картой и данными, объяснением причин и последствий, проверкой вывода. Последовательность соседних тем может уточняться с учётом сезона и календаря при сохранении часов и результатов.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«Биологическая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Клетка, обмен веществ и деление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Органоиды, энергетические и пластические процессы, митоз и модель клетки.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Наследственность и изменчивость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Ген, хромосома, закономерности наследования, мутации и этические границы.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Размножение, индивидуальное развитие и эволюция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Онтогенез, естественный отбор, доказательства и механизмы эволюции.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Экология популяций, сообществ и биосферы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Факторы, связи, круговороты, устойчивость и пределы вмешательства.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в биосфере и глобальные экологические проблемы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Изменение климата, биоразнообразие, загрязнение и оценка решений.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Биотехнологии и ответственная работа с информацией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Возможности, риски, доказательность и различение научного факта и рекламы.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биологическое 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Данные, график, гипотеза, аргументированный вывод и ограничения. Содержание раскрывается через наблюдение, модель, сравнение, классификацию, данные и объяснение связи организма со средой.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«Географическая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Хозяйство России и территориальная организация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Отрасль, сектор, фактор размещения, карта и статистика.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Топливно-энергетический и металлургический комплексы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Ресурсы, размещение, связи, экологические последствия.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Машиностроение, химическая и лесная промышленность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География производств, кооперация, технологии и риски.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Агропромышленный комплекс, транспорт и сфера услуг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Природные условия, логистика, инфраструктура и качество жизни.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Крупные географические районы России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Сравнение положения, населения, хозяйства, проблем и перспектив.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 мировой экономике и глобальных связях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Потоки товаров, людей и информации, устойчивое развитие.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географический проект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Региональная стратегия на основе карт и статистики. Содержание раскрывается через карту, наблюдение, описание территории, количественные данные и причинно-следственные связи.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«Физическая линия» — 96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Кинематика и описание движения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Система отсчёта, перемещение, скорость, ускорение, графики.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Законы динамики и силы — 18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Законы Ньютона, тяготение, упругость, трение и расчётные модели.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Импульс, работа, энергия и законы сохранения — 18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Замкнутая система, превращения энергии и практические задачи.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Механические колебания и волны. Звук — 18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Период, частота, волна, резонанс, характеристики звука и безопасность.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Электромагнитные явления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Индукция, генератор, трансформатор и передача энергии на обзорном уровне.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Свет, атом и ядро на вводном уровне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Электромагнитная природа света, спектры, радиоактивность и безопасность.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Лабораторно-расчётный практикум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Измерение, график, оценка погрешности и анализ модели.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физическая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Комплексная задача, экспериментальные данные и вывод.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«Химическая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Строение атома, периодический закон и химическая связь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Электронное строение на базовом уровне, закономерности и типы связи.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Электролитическая диссоциация и реакции в растворах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Ионы, условия протекания реакций, сокращённые ионные уравнения.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Окислительно-восстановительные реакции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Степень окисления, электронный баланс на базовом уровне и применения.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Металлы и неметаллы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Положение, свойства, получение на уровне модели, применение и экологические вопросы.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Введение в органическую химию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Углеводороды и кислородсодержащие вещества, строение, свойства и применение.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Химия в быту, промышленности и окружающей среде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Маркировка, совместимость, отходы и критическая оценка информации.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химическая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Уравнение, расчёт, цепочка превращений и анализ безопасной демонстрации. Практическая часть проводится только в пределах имеющегося оборудования, инструкции педагога и безопасных демонстраций; потенциально опасные опыты не выполняются.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«Историческая линия» — 64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Исторический источник и общество XIX — начала XX века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Периодизация, статистика, мемуары, пресса, фотография и карта.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Мир в XIX веке: индустриализация, государства и общества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Революции, национальные движения, колониализм, экономика и культура.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во второй четверти XIX века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Внутренняя политика, общество, экономика, культура и внешняя политика.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во второй половине XIX века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Реформы, общественные движения, модернизация, повседневность и культура.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Россия и мир в начале XX века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Модернизация, общественные противоречия, международные отношения и культура.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История родного края в XIX — начале XX века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Города, хозяйство, население, культурные объекты и источники.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исторический проект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Сопоставление источников и аргументированная интерпретация.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«Обществоведческая линия»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Человек, деятельность и познание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Потребности, способности, выбор, мышление и проверка информации.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Общество, социальные группы и коммуникация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Социальные нормы, статус, роль, конфликт и уважительное взаимодействие.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Экономика и финансово грамотное поведение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Ресурсы, производство, рынок, доход, расход, риск и права потребителя.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Политика, государство и гражданское участие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Формы государства, институты, выборы на обзорном уровне и законные способы участия.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Право, Конституция и права несовершеннолетнего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Правоспособность, ответственность, труд, семья, информация и обращение за защитой.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обществоведческий кейс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Факты, нормы, позиции сторон, возможные решения и обоснование. Содержание раскрывается через хронологию, карту, понятие, источник, позиции участников и различение факта и интерпретации. Педагог включает вопрос на перенос, работу с проверяемым источником и краткую рефлексию; оцениваются не скорость воспроизведения, а понимание, метод, точность и обоснование.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биологическое исследование, региональная стратегия, физическая и химическая работы, анализ источников и обществоведческий кейс.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содержательный вопрос, практическое или модельное действие, работу с картой, данными либо источником и объяснение вывода. Состав частей зависит от линий конкретного модуля.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4. КАЛЕНДАРНЫЙ УЧЕБНЫЙ ГРАФИК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800"/>
        <w:gridCol w:w="7220"/>
      </w:tblGrid>
      <w:tr>
        <w:trPr>
          <w:tblHeader w:val="true"/>
          <w:cantSplit/>
        </w:trPr>
        <w:tc>
          <w:tcPr>
            <w:tcW w:type="dxa" w:w="28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Показатель</w:t>
            </w:r>
          </w:p>
        </w:tc>
        <w:tc>
          <w:tcPr>
            <w:tcW w:type="dxa" w:w="72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Учебный период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01.09.2026–28.05.2027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Продолжительность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32 учебные недели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Осенний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26.10.2026–30.10.2026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Зимний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28.12.2026–10.01.2027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Февральский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15.02.2027–21.02.2027; 22–23.02.2027 — неучебные праздничные дни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Весенний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29.03.2027–02.04.2027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Режим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 расписанию конкретной группы в пределах недельной нагрузки модуля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Итоговая аттестация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 течение последней учебной недели; часы входят в объём модуля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При совпадении занятия с нерабочим праздничным днём или при обоснованном изменении расписания занятие переносится без сокращения объёма модуля. Изменение последовательности темы допускается при сохранении учебного плана и результатов.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5. ПЛАНИРУЕМЫЕ РЕЗУЛЬТАТЫ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5.1. Общие результаты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задавать исследовательский вопрос и предлагать доступный способ проверки;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факт, наблюдение, измерение, модель, источник, предположение и оценку;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фиксировать результат словом, рисунком, таблицей, схемой, картой, диаграммой или временной линией;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причинно-следственную связь и указывать границы вывода;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пользоваться проверяемым источником и указывать его в проектной работе;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соблюдать безопасность, правила обращения с живыми объектами, веществами, приборами и материалами;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обсуждать разные позиции уважительно и аргументировать ответ;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принимать обратную связь, исправлять ошибку и дорабатывать работу.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5.2. Результаты освоения: Модуль 0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природные и рукотворные объекты, живое и неживое на практическом уровне;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наблюдать сезонное изменение и фиксировать его рисунком или условным знаком;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называть основные потребности растения, животного и человека;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задавать вопрос о наблюдаемом объекте и предлагать способ проверки;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соблюдать базовые правила безопасности дома, на улице и в природе;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рассказывать о семье, группе, профессии и своём крае уважительно и без раскрытия лишних персональных данных.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5.3. Результаты освоения: Модуль 1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факт наблюдения и предположение;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значение воздуха, воды, света и тепла для живого;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вести простой календарь природы и представлять результат;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показывать на карте страну, регион и отдельные крупные объекты;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устанавливать последовательность семейных или общественных событий;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алгоритм безопасного поведения и обращения за помощью.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5.4. Результаты освоения: Модуль 2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составлять простой план наблюдения или опыта и делать вывод по данным;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описывать связи воздуха, воды, почвы, растений, животных и человека;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называть функции основных систем организма на обзорном уровне;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условные знаки, стороны горизонта и простую тематическую карту;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виды исторических источников и располагать события на временной линии;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проект с картой, проверенными фактами и указанием источников.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5.5. Результаты освоения: Модуль 3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смену дня, ночи и сезонов с помощью модели;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физическую карту и описывать рельеф, воды и природное сообщество;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строить пищевую сеть и прогнозировать последствие изменения её звена;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описывать основные системы организма и правила сохранения здоровья;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устанавливать причины и последствия доступного исторического события;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сопоставлять карту, временную линию и два источника.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5.6. Результаты освоения: Модуль 4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природную зону или регион России по карте и плану;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взаимосвязь организма, среды и деятельности человека;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планировать исследование, представлять данные и называть ограничения вывода;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исторический факт, источник и интерпретацию;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описывать основные этапы российской истории в последовательности;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называть основные права ребёнка и законные способы обращения за защитой.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5.7. Результаты освоения: Модуль 5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распознавать основные признаки живого и крупных групп организмов;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жизненные процессы и связи организмов в экосистеме;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работать с планом, масштабом, координатами и физической картой;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отдельные процессы литосферы и движения Земли;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древнее общество по карте, источнику и плану;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сопоставлять исторические и географические данные и делать доказательный вывод.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5.8. Результаты освоения: Модуль 6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строение и основные процессы растительного организма;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сравнивать группы растений и характеризовать растительное сообщество;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карты рельефа, климата и вод, объяснять связь оболочек Земли;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средневековое общество и культурные связи;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ключевые этапы становления российской государственности;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исследовать региональный сюжет по карте и нескольким источникам.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5.9. Результаты освоения: Модуль 7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сравнивать группы животных, их жизненные процессы и экологическую роль;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давать комплексную характеристику материка или территории по картам и данным;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измерять физическую величину, учитывать цену деления и оценивать результат;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задачи на движение, плотность, давление, работу и энергию;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процессы раннего Нового времени и российской истории;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формулировать причинно-следственный вывод с опорой на источники.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5.10. Результаты освоения: Модуль 8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работу основных систем организма человека без медицинской диагностики;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природу и население России по системе карт и статистике;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базовые задачи о тепловых, электрических, магнитных и световых явлениях;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химическую формулу, составлять уравнение и выполнять базовый расчёт;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преобразования XVIII — начала XIX века с разных позиций;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проводить безопасное исследование и представлять данные, погрешность и вывод.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5.11. Результаты освоения: Модуль 9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основы наследственности, эволюции и устойчивости экосистем;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хозяйство и региональные различия России по картам и статистике;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законы механики, сохранения, колебаний и электромагнитных явлений;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базовые химические задачи и объяснять свойства веществ через строение;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интерпретировать историю XIX — начала XX века по нескольким источникам;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обществоведческий кейс с учётом права, экономики и позиций сторон.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6. ФОРМЫ КОНТРОЛЯ И ИТОГОВАЯ АТТЕСТАЦИЯ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6.1. Текущий контроль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 формах наблюдения, устного объяснения, практической или лабораторной работы, работы с картой, таблицей, диаграммой, моделью или источником, тестового задания, кейса, проекта, самостоятельной или контрольной работы. Результаты фиксируются в российской системе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каждом из четырёх учебных периодов педагог планирует работы на максимальные 100 баллов; годовой максимум — 400 баллов. Обычная работа оценивается, как правило, в 5 баллов, более объёмная контрольная, исследовательская или проектная — в 10 баллов. Критерии сообщаются заранее и учитывают содержательную точность, метод, данные, источник, вывод и соблюдение безопасности.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Значение «0» означает, что запланированная работа пока не выполнена, в том числе из-за отсутствия ребёнка, и не является отрицательной отметкой. После выполнения значение заменяется фактически набранным баллом. Публичное ранжирование и раскрытие индивидуальных результатов другим семьям не допускаются.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6.2. Итоговая аттестация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 окончании модуля проводится внутренняя итоговая аттестация. Она не является государственной итоговой аттестацией и не подтверждает уровень общего образования.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0–1 — практическая работа по наблюдению, классификации и безопасности, рассказ по модели или календарю;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2–4 — комплексная работа с природной схемой, картой, временной линией или источником и защита мини-проекта;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5–6 — отдельные задания по каждой содержательной линии и межпредметный исследовательский продукт;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7–9 — комплекс блоков по всем линиям модуля, анализ данных или источника, безопасная практическая работа и защита итогового исследования.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считается успешно освоенным, если обучающийся набрал не менее 60 процентов от фактически установленного педагогом максимума за год и выполнил итоговую работу не менее чем на 60 процентов от её максимального балла. Предоставляется разумный срок для доработки.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После успешного освоения выдаётся сертификат об освоении модуля дополнительной общеобразовательной общеразвивающей программы. Он не является документом об образовании государственного образца и не присваивает квалификацию. При досрочном прекращении обучения или непрохождении итоговой аттестации по запросу выдаётся справка об обучении или периоде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7. ОЦЕНОЧНЫЕ И МЕТОДИЧЕСКИЕ МАТЕРИАЛЫ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7.1. Единые критерии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Критерий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Что оценивается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Содержательная точность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Понятия, факты, связи, даты, территория и научные объяснения используются корректно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Метод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Выбран подходящий способ наблюдения, измерения, картографической, источниковедческой или расчётной работы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Данные и источник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Результат зафиксирован; источник назван; факт не подменён мнением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Объяснение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Установлена причинная связь, приведено доказательство или обоснованная интерпретация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Безопасность и этика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Соблюдены инструкции, бережное обращение с живым и уважение достоинства людей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Самостоятельность и доработка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Обучающийся использует опоры уместно, замечает ошибку и улучшает работу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Для конкретной работы педагог выбирает применимые критерии и распределяет баллы до её проведения. Скорость воспроизведения не является универсальным критерием. Не допускается оценивание личных убеждений, семейных обстоятельств или иных сведений, не связанных с результатами Программы.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7.2. Методические и оценочные материалы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карточки наблюдения, определительные схемы, модели, коллекции и изображения;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глобусы, атласы, физические, тематические, исторические и контурные карты;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временные линии, комплекты письменных, визуальных, статистических и вещественных источников;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безопасные измерительные и демонстрационные материалы, инструкции и таблицы данных;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задачи по естественно-научной грамотности, географические и обществоведческие кейсы;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диагностические, тематические, итоговые и проектные работы с критериями;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маршрутные листы исследования, памятки проверки источника и листы рефлексии.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8. УСЛОВИЯ РЕАЛИЗАЦИИ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8.1. Кадровые условия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Программу реализует педагог дополнительного образования, отвечающий установленным законодательством требованиям к педагогической деятельности. Распределение модулей, содержательных линий и групп закрепляется распорядительным документом ИП Тарабановой Е.П.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8.2. Материально-технические и информационные условия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кабинеты с доской в каждом кабинете, мебелью по возрасту и достаточным освещением;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два телевизора для очной демонстрации карт, моделей, изображений и видеоматериалов;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три ноутбука, чёрно-белый и цветной принтеры;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книги, атласы, справочные материалы, плакаты, карточки и раздаточные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материалы для творчества, моделирования, проектных и картографических работ;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имеющееся оборудование и материалы для отдельных безопасных биологических наблюдений;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простые измерительные и демонстрационные средства, которые педагог допускает к использованию после проверки исправности и безопасности;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доступ к Российской электронной школе и иным законно используемым, проверенным и подходящим по возрасту электронным ресурсам;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условия для хранения работ и ведения учёта результатов в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Сложные лабораторные работы по физике и химии проводятся только при наличии требуемого оборудования, безопасных условий и инструкции. При отсутствии таких условий содержание раскрывается через модель, расчёт, анализ данных, видеодемонстрацию или безопасный опыт. Обучающиеся не получают задания самостоятельно проводить потенциально опасные опыты дома.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Конкретный электронный ресурс используется после проверки содержания, авторства, условий законного использования и возрастной уместности. Персональные данные не размещаются на стороннем ресурсе без предусмотренного законом основания.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9. ВОСПИТАТЕЛЬНЫЙ КОМПОНЕНТ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Воспитательная составляющая интегрирована в исследование природы, общества и истории. Она направлена на интеллектуальную честность, уважение человеческого достоинства и культурного многообразия, экологическую ответственность, бережное отношение к живому и культурному наследию, готовность отвечать за качество данных и последствия решений.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бережное и этичное обращение с живыми объектами;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соблюдение правил безопасности и отказ от опасного эксперимента;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проверка источника, запрет сознательного искажения карты, данных или цитаты;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уважительное обсуждение исторических событий и общественных разногласий;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отказ от стереотипизации народов, культур, социальных групп и участников истории;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оценка экологических и общественных последствий личного и коллективного решения;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ответственность за общий проект, оборудование и представление результата.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 КАЛЕНДАРНО-ТЕМАТИЧЕСКОЕ ПЛАНИРОВАНИЕ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Планирование содержит полный тематический состав и понедельное распределение на 32 учебные недели. Педагог вправе менять последовательность соседних тем, согласовывать наблюдения с сезоном и переносить практическую работу при небезопасных условиях, если сохраняются общий объём, недельная нагрузка, содержательные линии и результаты.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10.1. Модуль 0: 6–7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64 часа; 32 недели; 2 занятия в неделю по 30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Я И ПРИРОДА: НАБЛЮДАЕМ, СРАВНИВАЕМ, ИССЛЕДУЕМ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Как исследуют мир: наблюдение, вопрос, предположение и проверка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 предмета и явления, формулирование вопроса, фиксация рисунком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Живая и неживая природа. Признаки живого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Сравнение природных объектов, классификация, уход за растением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Времена года, погода и сезонные изменения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Календарь наблюдений, облака, осадки, температура на качественном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Растения рядом с нами: части, потребности и разнообразие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Рассматривание, проращивание, зарисовка и бережное отношение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 рядом с человеком и в природе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Группировка по среде обитания, следы, питание и правила безопасного поведения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Земля, небо и простые природные явления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День и ночь, Солнце, Луна, свет, тень, вода и воздух в безопасных опытах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Я, ДРУГИЕ ЛЮДИ И БЕЗОПАСНАЯ ПОВСЕДНЕВНАЯ ЖИЗНЬ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 и моё тело: органы чувств, движение, отдых и гигиена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 работы органов чувств без медицинской диагностики, правила заботы о себе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дом, личные границы и взаимная помощь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Семейные роли, уважительное обращение, право обратиться за помощью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Группа и правила совместной жизни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Договорённости, очередь, общий материал, решение бытовой ситуации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Профессии и труд людей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 труда, инструменты и результаты, уважение к разным профессиям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Безопасность дома, на улице и в природе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Дорожные ситуации, незнакомый человек, огонь, вода, животные, обращение к взрослому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край и общие символы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Адрес как ориентир без публичного раскрытия персональных данных, город, страна и государственные символы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Как исследуют мир: наблюдение, вопрос, предположение и проверка — 1 ч</w:t>
              <w:br/>
              <w:t>Я, другие люди и безопасная повседневная жизнь: Я и моё тело: органы чувств, движение, отдых и гигиена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предмета и явления, формулирование вопроса, фиксация рисунком; Наблюдение работы органов чувств без медицинской диагностики, правила заботы о себе.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Как исследуют мир: наблюдение, вопрос, предположение и проверка — 1 ч</w:t>
              <w:br/>
              <w:t>Я, другие люди и безопасная повседневная жизнь: Я и моё тело: органы чувств, движение, отдых и гигиена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предмета и явления, формулирование вопроса, фиксация рисунком; Наблюдение работы органов чувств без медицинской диагностики, правила заботы о себе.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Как исследуют мир: наблюдение, вопрос, предположение и проверка — 1 ч</w:t>
              <w:br/>
              <w:t>Я, другие люди и безопасная повседневная жизнь: Я и моё тело: органы чувств, движение, отдых и гигиена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предмета и явления, формулирование вопроса, фиксация рисунком; Наблюдение работы органов чувств без медицинской диагностики, правила заботы о себе.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Как исследуют мир: наблюдение, вопрос, предположение и проверка — 1 ч</w:t>
              <w:br/>
              <w:t>Я, другие люди и безопасная повседневная жизнь: Я и моё тело: органы чувств, движение, отдых и гигиена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предмета и явления, формулирование вопроса, фиксация рисунком; Наблюдение работы органов чувств без медицинской диагностики, правила заботы о себе.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Живая и неживая природа. Признаки живого — 1 ч</w:t>
              <w:br/>
              <w:t>Я, другие люди и безопасная повседневная жизнь: Семья, дом, личные границы и взаимная помощь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природных объектов, классификация, уход за растением; Семейные роли, уважительное обращение, право обратиться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Живая и неживая природа. Признаки живого — 1 ч</w:t>
              <w:br/>
              <w:t>Я, другие люди и безопасная повседневная жизнь: Семья, дом, личные границы и взаимная помощь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природных объектов, классификация, уход за растением; Семейные роли, уважительное обращение, право обратиться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Живая и неживая природа. Признаки живого — 1 ч</w:t>
              <w:br/>
              <w:t>Я, другие люди и безопасная повседневная жизнь: Семья, дом, личные границы и взаимная помощь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природных объектов, классификация, уход за растением; Семейные роли, уважительное обращение, право обратиться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Живая и неживая природа. Признаки живого — 1 ч</w:t>
              <w:br/>
              <w:t>Я, другие люди и безопасная повседневная жизнь: Семья, дом, личные границы и взаимная помощь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природных объектов, классификация, уход за растением; Семейные роли, уважительное обращение, право обратиться за помощью.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Живая и неживая природа. Признаки живого — 1 ч</w:t>
              <w:br/>
              <w:t>Я, другие люди и безопасная повседневная жизнь: Семья, дом, личные границы и взаимная помощь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природных объектов, классификация, уход за растением; Семейные роли, уважительное обращение, право обратиться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Живая и неживая природа. Признаки живого — 1 ч</w:t>
              <w:br/>
              <w:t>Я, другие люди и безопасная повседневная жизнь: Семья, дом, личные границы и взаимная помощь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природных объектов, классификация, уход за растением; Семейные роли, уважительное обращение, право обратиться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Времена года, погода и сезонные изменения — 1 ч</w:t>
              <w:br/>
              <w:t>Я, другие люди и безопасная повседневная жизнь: Группа и правила совместной жизни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Календарь наблюдений, облака, осадки, температура на качественном уровне; Договорённости, очередь, общий материал, решение бытовой ситуации.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Времена года, погода и сезонные изменения — 1 ч</w:t>
              <w:br/>
              <w:t>Я, другие люди и безопасная повседневная жизнь: Группа и правила совместной жизни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Календарь наблюдений, облака, осадки, температура на качественном уровне; Договорённости, очередь, общий материал, решение бытовой ситуации.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Времена года, погода и сезонные изменения — 1 ч</w:t>
              <w:br/>
              <w:t>Я, другие люди и безопасная повседневная жизнь: Группа и правила совместной жизни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Календарь наблюдений, облака, осадки, температура на качественном уровне; Договорённости, очередь, общий материал, решение бытовой ситуации.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Времена года, погода и сезонные изменения — 1 ч</w:t>
              <w:br/>
              <w:t>Я, другие люди и безопасная повседневная жизнь: Группа и правила совместной жизни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Календарь наблюдений, облака, осадки, температура на качественном уровне; Договорённости, очередь, общий материал, решение бытовой ситуации.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Времена года, погода и сезонные изменения — 1 ч</w:t>
              <w:br/>
              <w:t>Я, другие люди и безопасная повседневная жизнь: Группа и правила совместной жизни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Календарь наблюдений, облака, осадки, температура на качественном уровне; Договорённости, очередь, общий материал, решение бытовой ситуации.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Времена года, погода и сезонные изменения — 1 ч</w:t>
              <w:br/>
              <w:t>Я, другие люди и безопасная повседневная жизнь: Группа и правила совместной жизни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Календарь наблюдений, облака, осадки, температура на качественном уровне; Договорённости, очередь, общий материал, решение бытовой ситуации.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Растения рядом с нами: части, потребности и разнообразие — 1 ч</w:t>
              <w:br/>
              <w:t>Я, другие люди и безопасная повседневная жизнь: Профессии и труд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Рассматривание, проращивание, зарисовка и бережное отношение; Наблюдение труда, инструменты и результаты, уважение к разным профессиям.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Растения рядом с нами: части, потребности и разнообразие — 1 ч</w:t>
              <w:br/>
              <w:t>Я, другие люди и безопасная повседневная жизнь: Профессии и труд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Рассматривание, проращивание, зарисовка и бережное отношение; Наблюдение труда, инструменты и результаты, уважение к разным профессиям.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Растения рядом с нами: части, потребности и разнообразие — 1 ч</w:t>
              <w:br/>
              <w:t>Я, другие люди и безопасная повседневная жизнь: Профессии и труд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Рассматривание, проращивание, зарисовка и бережное отношение; Наблюдение труда, инструменты и результаты, уважение к разным профессиям.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Растения рядом с нами: части, потребности и разнообразие — 1 ч</w:t>
              <w:br/>
              <w:t>Я, другие люди и безопасная повседневная жизнь: Профессии и труд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Рассматривание, проращивание, зарисовка и бережное отношение; Наблюдение труда, инструменты и результаты, уважение к разным профессиям.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Растения рядом с нами: части, потребности и разнообразие — 1 ч</w:t>
              <w:br/>
              <w:t>Я, другие люди и безопасная повседневная жизнь: Профессии и труд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Рассматривание, проращивание, зарисовка и бережное отношение; Наблюдение труда, инструменты и результаты, уважение к разным профессиям.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Растения рядом с нами: части, потребности и разнообразие — 1 ч</w:t>
              <w:br/>
              <w:t>Я, другие люди и безопасная повседневная жизнь: Профессии и труд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Рассматривание, проращивание, зарисовка и бережное отношение; Наблюдение труда, инструменты и результаты, уважение к разным профессиям.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Животные рядом с человеком и в природе — 1 ч</w:t>
              <w:br/>
              <w:t>Я, другие люди и безопасная повседневная жизнь: Безопасность дома, на улице и в природе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 по среде обитания, следы, питание и правила безопасного поведения; Дорожные ситуации, незнакомый человек, огонь, вода, животные, обращение к взрослому.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Животные рядом с человеком и в природе — 1 ч</w:t>
              <w:br/>
              <w:t>Я, другие люди и безопасная повседневная жизнь: Безопасность дома, на улице и в природе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 по среде обитания, следы, питание и правила безопасного поведения; Дорожные ситуации, незнакомый человек, огонь, вода, животные, обращение к взрослому.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Животные рядом с человеком и в природе — 1 ч</w:t>
              <w:br/>
              <w:t>Я, другие люди и безопасная повседневная жизнь: Безопасность дома, на улице и в природе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 по среде обитания, следы, питание и правила безопасного поведения; Дорожные ситуации, незнакомый человек, огонь, вода, животные, обращение к взрослому.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Животные рядом с человеком и в природе — 1 ч</w:t>
              <w:br/>
              <w:t>Я, другие люди и безопасная повседневная жизнь: Безопасность дома, на улице и в природе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 по среде обитания, следы, питание и правила безопасного поведения; Дорожные ситуации, незнакомый человек, огонь, вода, животные, обращение к взрослому.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Животные рядом с человеком и в природе — 1 ч</w:t>
              <w:br/>
              <w:t>Я, другие люди и безопасная повседневная жизнь: Безопасность дома, на улице и в природе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 по среде обитания, следы, питание и правила безопасного поведения; Дорожные ситуации, незнакомый человек, огонь, вода, животные, обращение к взрослому.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Животные рядом с человеком и в природе — 1 ч</w:t>
              <w:br/>
              <w:t>Я, другие люди и безопасная повседневная жизнь: Безопасность дома, на улице и в природе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 по среде обитания, следы, питание и правила безопасного поведения; Дорожные ситуации, незнакомый человек, огонь, вода, животные, обращение к взрослому.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Земля, небо и простые природные явления — 1 ч</w:t>
              <w:br/>
              <w:t>Я, другие люди и безопасная повседневная жизнь: Мой край и общие символы России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День и ночь, Солнце, Луна, свет, тень, вода и воздух в безопасных опытах; Адрес как ориентир без публичного раскрытия персональных данных, город, страна и государственные символы.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Земля, небо и простые природные явления — 1 ч</w:t>
              <w:br/>
              <w:t>Я, другие люди и безопасная повседневная жизнь: Мой край и общие символы России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День и ночь, Солнце, Луна, свет, тень, вода и воздух в безопасных опытах; Адрес как ориентир без публичного раскрытия персональных данных, город, страна и государственные символы.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Земля, небо и простые природные явления — 1 ч</w:t>
              <w:br/>
              <w:t>Я, другие люди и безопасная повседневная жизнь: Мой край и общие символы России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День и ночь, Солнце, Луна, свет, тень, вода и воздух в безопасных опытах; Адрес как ориентир без публичного раскрытия персональных данных, город, страна и государственные символы.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 и природа: наблюдаем, сравниваем, исследуем: Земля, небо и простые природные явления — 1 ч</w:t>
              <w:br/>
              <w:t>Я, другие люди и безопасная повседневная жизнь: Мой край и общие символы России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День и ночь, Солнце, Луна, свет, тень, вода и воздух в безопасных опытах; Адрес как ориентир без публичного раскрытия персональных данных, город, страна и государственные символы.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10.2. Модуль 1: 7–8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64 часа; 32 недели; 2 занятия в неделю; 35 минут с сентября по декабрь, 40 минут с января по май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ПРИРОДА, ЧЕЛОВЕК И ИССЛЕДОВАТЕЛЬСКИЕ ДЕЙСТВИЯ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Природные и рукотворные объекты. Источник наблюдения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Сравнение происхождения, материала и назначения объектов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Солнце, Земля, день, ночь и календарь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Модель вращения, суточный ритм, месяцы и сезонные наблюдения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Воздух, вода и их значение для живого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Безопасные опыты со свойствами воздуха и воды, схема круговорота на начальном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Растения: части, жизненный цикл и условия роста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Проращивание, дневник наблюдений, сравнение культурных и дикорастущих растений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Животные: группы, среда обитания и приспособления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Наблюдение, карточная классификация, цепочка питания на наглядном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Человек: тело, здоровье, режим и безопасные привычки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Органы чувств, осанка, движение, сон, гигиена и обращение за помощью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мини-проект «Календарь природы»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Отбор наблюдений, подписи, вывод и устное представление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ЛЮДИ, МЕСТО, ВРЕМЯ И ПРАВИЛА ОБЩЕЙ ЖИЗНИ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образовательный центр и ближайшее окружение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 помещения и безопасный маршрут, функции общественных мест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Семейная память и последовательность событий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Личная временная линия без обязательного раскрытия чувствительных сведений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Труд, профессии, товары и услуги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Путь вещи от замысла до потребителя, бережное отношение к ресурсам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Населённый пункт и Ростовская область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природные и культурные объекты, правила поведения в общественном месте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Россия: территория, столица, символы и многообразие людей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Работа с картой, символами и доступными культурными примерами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Безопасность, экстренные службы и ответственное поведение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 сообщения взрослому и экстренной службе, разбор ситуаций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Природные и рукотворные объекты. Источник наблюдения — 1 ч</w:t>
              <w:br/>
              <w:t>Люди, место, время и правила общей жизни: Дом, образовательный центр и ближайшее окружение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происхождения, материала и назначения объектов; План помещения и безопасный маршрут, функции общественных мест.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Природные и рукотворные объекты. Источник наблюдения — 1 ч</w:t>
              <w:br/>
              <w:t>Люди, место, время и правила общей жизни: Дом, образовательный центр и ближайшее окружение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происхождения, материала и назначения объектов; План помещения и безопасный маршрут, функции общественных мест.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Природные и рукотворные объекты. Источник наблюдения — 1 ч</w:t>
              <w:br/>
              <w:t>Люди, место, время и правила общей жизни: Дом, образовательный центр и ближайшее окружение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происхождения, материала и назначения объектов; План помещения и безопасный маршрут, функции общественных мест.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Природные и рукотворные объекты. Источник наблюдения — 1 ч</w:t>
              <w:br/>
              <w:t>Люди, место, время и правила общей жизни: Дом, образовательный центр и ближайшее окружение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 происхождения, материала и назначения объектов; План помещения и безопасный маршрут, функции общественных мест.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Солнце, Земля, день, ночь и календарь — 1 ч</w:t>
              <w:br/>
              <w:t>Люди, место, время и правила общей жизни: Семейная память и последовательность событий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Модель вращения, суточный ритм, месяцы и сезонные наблюдения; Личная временная линия без обязательного раскрытия чувствительных сведений.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Солнце, Земля, день, ночь и календарь — 1 ч</w:t>
              <w:br/>
              <w:t>Люди, место, время и правила общей жизни: Семейная память и последовательность событий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Модель вращения, суточный ритм, месяцы и сезонные наблюдения; Личная временная линия без обязательного раскрытия чувствительных сведений.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Солнце, Земля, день, ночь и календарь — 1 ч</w:t>
              <w:br/>
              <w:t>Люди, место, время и правила общей жизни: Семейная память и последовательность событий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Модель вращения, суточный ритм, месяцы и сезонные наблюдения; Личная временная линия без обязательного раскрытия чувствительных сведений.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Солнце, Земля, день, ночь и календарь — 1 ч</w:t>
              <w:br/>
              <w:t>Люди, место, время и правила общей жизни: Семейная память и последовательность событий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Модель вращения, суточный ритм, месяцы и сезонные наблюдения; Личная временная линия без обязательного раскрытия чувствительных сведений.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Воздух, вода и их значение для живого — 1 ч</w:t>
              <w:br/>
              <w:t>Люди, место, время и правила общей жизни: Семейная память и последовательность событий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Безопасные опыты со свойствами воздуха и воды, схема круговорота на начальном уровне; Личная временная линия без обязательного раскрытия чувствительных сведений.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Воздух, вода и их значение для живого — 1 ч</w:t>
              <w:br/>
              <w:t>Люди, место, время и правила общей жизни: Семейная память и последовательность событий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Безопасные опыты со свойствами воздуха и воды, схема круговорота на начальном уровне; Личная временная линия без обязательного раскрытия чувствительных сведений.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Воздух, вода и их значение для живого — 1 ч</w:t>
              <w:br/>
              <w:t>Люди, место, время и правила общей жизни: Труд, профессии, товары и услуги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Безопасные опыты со свойствами воздуха и воды, схема круговорота на начальном уровне; Путь вещи от замысла до потребителя, бережное отношение к ресурсам.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Воздух, вода и их значение для живого — 1 ч</w:t>
              <w:br/>
              <w:t>Люди, место, время и правила общей жизни: Труд, профессии, товары и услуги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Безопасные опыты со свойствами воздуха и воды, схема круговорота на начальном уровне; Путь вещи от замысла до потребителя, бережное отношение к ресурсам.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Воздух, вода и их значение для живого — 1 ч</w:t>
              <w:br/>
              <w:t>Люди, место, время и правила общей жизни: Труд, профессии, товары и услуги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Безопасные опыты со свойствами воздуха и воды, схема круговорота на начальном уровне; Путь вещи от замысла до потребителя, бережное отношение к ресурсам.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Воздух, вода и их значение для живого — 1 ч</w:t>
              <w:br/>
              <w:t>Люди, место, время и правила общей жизни: Труд, профессии, товары и услуги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Безопасные опыты со свойствами воздуха и воды, схема круговорота на начальном уровне; Путь вещи от замысла до потребителя, бережное отношение к ресурсам.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Растения: части, жизненный цикл и условия роста — 1 ч</w:t>
              <w:br/>
              <w:t>Люди, место, время и правила общей жизни: Труд, профессии, товары и услуги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Проращивание, дневник наблюдений, сравнение культурных и дикорастущих растений; Путь вещи от замысла до потребителя, бережное отношение к ресурсам.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Растения: части, жизненный цикл и условия роста — 1 ч</w:t>
              <w:br/>
              <w:t>Люди, место, время и правила общей жизни: Труд, профессии, товары и услуги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Проращивание, дневник наблюдений, сравнение культурных и дикорастущих растений; Путь вещи от замысла до потребителя, бережное отношение к ресурсам.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Растения: части, жизненный цикл и условия роста — 1 ч</w:t>
              <w:br/>
              <w:t>Люди, место, время и правила общей жизни: Населённый пункт и Ростовская область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Проращивание, дневник наблюдений, сравнение культурных и дикорастущих растений; Карта, природные и культурные объекты, правила поведения в общественном месте.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Растения: части, жизненный цикл и условия роста — 1 ч</w:t>
              <w:br/>
              <w:t>Люди, место, время и правила общей жизни: Населённый пункт и Ростовская область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Проращивание, дневник наблюдений, сравнение культурных и дикорастущих растений; Карта, природные и культурные объекты, правила поведения в общественном месте.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Растения: части, жизненный цикл и условия роста — 1 ч</w:t>
              <w:br/>
              <w:t>Люди, место, время и правила общей жизни: Населённый пункт и Ростовская область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Проращивание, дневник наблюдений, сравнение культурных и дикорастущих растений; Карта, природные и культурные объекты, правила поведения в общественном месте.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Растения: части, жизненный цикл и условия роста — 1 ч</w:t>
              <w:br/>
              <w:t>Люди, место, время и правила общей жизни: Населённый пункт и Ростовская область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Проращивание, дневник наблюдений, сравнение культурных и дикорастущих растений; Карта, природные и культурные объекты, правила поведения в общественном месте.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Животные: группы, среда обитания и приспособления — 1 ч</w:t>
              <w:br/>
              <w:t>Люди, место, время и правила общей жизни: Населённый пункт и Ростовская область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карточная классификация, цепочка питания на наглядном уровне; Карта, природные и культурные объекты, правила поведения в общественном месте.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Животные: группы, среда обитания и приспособления — 1 ч</w:t>
              <w:br/>
              <w:t>Люди, место, время и правила общей жизни: Населённый пункт и Ростовская область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карточная классификация, цепочка питания на наглядном уровне; Карта, природные и культурные объекты, правила поведения в общественном месте.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Животные: группы, среда обитания и приспособления — 1 ч</w:t>
              <w:br/>
              <w:t>Люди, место, время и правила общей жизни: Россия: территория, столица, символы и многообразие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карточная классификация, цепочка питания на наглядном уровне; Работа с картой, символами и доступными культурными примерами.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Животные: группы, среда обитания и приспособления — 1 ч</w:t>
              <w:br/>
              <w:t>Люди, место, время и правила общей жизни: Россия: территория, столица, символы и многообразие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карточная классификация, цепочка питания на наглядном уровне; Работа с картой, символами и доступными культурными примерами.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Животные: группы, среда обитания и приспособления — 1 ч</w:t>
              <w:br/>
              <w:t>Люди, место, время и правила общей жизни: Россия: территория, столица, символы и многообразие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карточная классификация, цепочка питания на наглядном уровне; Работа с картой, символами и доступными культурными примерами.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Животные: группы, среда обитания и приспособления — 1 ч</w:t>
              <w:br/>
              <w:t>Люди, место, время и правила общей жизни: Россия: территория, столица, символы и многообразие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карточная классификация, цепочка питания на наглядном уровне; Работа с картой, символами и доступными культурными примерами.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Человек: тело, здоровье, режим и безопасные привычки — 1 ч</w:t>
              <w:br/>
              <w:t>Люди, место, время и правила общей жизни: Россия: территория, столица, символы и многообразие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Органы чувств, осанка, движение, сон, гигиена и обращение за помощью; Работа с картой, символами и доступными культурными примерами.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Человек: тело, здоровье, режим и безопасные привычки — 1 ч</w:t>
              <w:br/>
              <w:t>Люди, место, время и правила общей жизни: Россия: территория, столица, символы и многообразие людей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Органы чувств, осанка, движение, сон, гигиена и обращение за помощью; Работа с картой, символами и доступными культурными примерами.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Человек: тело, здоровье, режим и безопасные привычки — 1 ч</w:t>
              <w:br/>
              <w:t>Люди, место, время и правила общей жизни: Безопасность, экстренные службы и ответственное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Органы чувств, осанка, движение, сон, гигиена и обращение за помощью; Алгоритм сообщения взрослому и экстренной службе, разбор ситуаций.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Человек: тело, здоровье, режим и безопасные привычки — 1 ч</w:t>
              <w:br/>
              <w:t>Люди, место, время и правила общей жизни: Безопасность, экстренные службы и ответственное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Органы чувств, осанка, движение, сон, гигиена и обращение за помощью; Алгоритм сообщения взрослому и экстренной службе, разбор ситуаций.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Итоговый мини-проект «Календарь природы» — 1 ч</w:t>
              <w:br/>
              <w:t>Люди, место, время и правила общей жизни: Безопасность, экстренные службы и ответственное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Отбор наблюдений, подписи, вывод и устное представление; Алгоритм сообщения взрослому и экстренной службе, разбор ситуаций.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Природа, человек и исследовательские действия: Итоговый мини-проект «Календарь природы» — 1 ч</w:t>
              <w:br/>
              <w:t>Люди, место, время и правила общей жизни: Безопасность, экстренные службы и ответственное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Отбор наблюдений, подписи, вывод и устное представление; Алгоритм сообщения взрослому и экстренной службе, разбор ситуаций.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10.3. Модуль 2: 8–9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64 часа; 32 недели; 2 занятия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ПРИРОДНЫЕ СИСТЕМЫ И ОРГАНИЗМ ЧЕЛОВЕКА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Научный вопрос, измерение, таблица и вывод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Планирование безопасного исследования, повтор наблюдения, различение результата и мнения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Земля и космическое окружение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Солнечная система, форма Земли, глобус и причины смены дня и ночи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Воздух, вода, горные породы и почва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Свойства, значение, загрязнение и способы бережного использования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Растения и грибы: разнообразие, питание, размножение и роль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Наблюдение, схемы жизненных процессов, безопасное различение объектов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Животные: группы, развитие и пищевые связи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Признаки групп, жизненный цикл, цепи питания и влияние человека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Организм человека и сохранение здоровья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Основные системы органов на обзорном уровне, режим, движение и профилактика травм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природного объекта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Описание метода, данных, вывода и границ наблюдения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КАРТА, ОБЩЕСТВО, ХОЗЯЙСТВО И ИСТОРИЧЕСКОЕ ВРЕМЯ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Глобус, карта, стороны горизонта и условные знаки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Ориентирование, чтение легенды, сравнение плана и карты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Материки, океаны и разнообразие природных условий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Работа с физической картой, сравнение территорий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и родной регион на карте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Границы, крупные объекты, природные условия и культурное многообразие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Хозяйство и путь ресурсов: производство, транспорт, обмен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Схема хозяйственной цепочки, разумное потребление и отходы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Источники прошлого и счёт времени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Вещественный, письменный, устный источник; век, дата и временная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Права, обязанности, правила и взаимная ответственность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Разбор ситуаций, уважение достоинства и безопасное обращение за помощью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«Место на карте и во времени»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временная линия, проверенные факты и указание источников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Научный вопрос, измерение, таблица и вывод — 1 ч</w:t>
              <w:br/>
              <w:t>Карта, общество, хозяйство и историческое время: Глобус, карта, стороны горизонта и условные знаки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Планирование безопасного исследования, повтор наблюдения, различение результата и мнения; Ориентирование, чтение легенды, сравнение плана и карты.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Научный вопрос, измерение, таблица и вывод — 1 ч</w:t>
              <w:br/>
              <w:t>Карта, общество, хозяйство и историческое время: Глобус, карта, стороны горизонта и условные знаки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Планирование безопасного исследования, повтор наблюдения, различение результата и мнения; Ориентирование, чтение легенды, сравнение плана и карты.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Научный вопрос, измерение, таблица и вывод — 1 ч</w:t>
              <w:br/>
              <w:t>Карта, общество, хозяйство и историческое время: Глобус, карта, стороны горизонта и условные знаки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Планирование безопасного исследования, повтор наблюдения, различение результата и мнения; Ориентирование, чтение легенды, сравнение плана и карты.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Научный вопрос, измерение, таблица и вывод — 1 ч</w:t>
              <w:br/>
              <w:t>Карта, общество, хозяйство и историческое время: Глобус, карта, стороны горизонта и условные знаки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Планирование безопасного исследования, повтор наблюдения, различение результата и мнения; Ориентирование, чтение легенды, сравнение плана и карты.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Земля и космическое окружение — 1 ч</w:t>
              <w:br/>
              <w:t>Карта, общество, хозяйство и историческое время: Материки, океаны и разнообразие природных условий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Солнечная система, форма Земли, глобус и причины смены дня и ночи; Работа с физической картой, сравнение территорий.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Земля и космическое окружение — 1 ч</w:t>
              <w:br/>
              <w:t>Карта, общество, хозяйство и историческое время: Материки, океаны и разнообразие природных условий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Солнечная система, форма Земли, глобус и причины смены дня и ночи; Работа с физической картой, сравнение территорий.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Земля и космическое окружение — 1 ч</w:t>
              <w:br/>
              <w:t>Карта, общество, хозяйство и историческое время: Материки, океаны и разнообразие природных условий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Солнечная система, форма Земли, глобус и причины смены дня и ночи; Работа с физической картой, сравнение территорий.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Земля и космическое окружение — 1 ч</w:t>
              <w:br/>
              <w:t>Карта, общество, хозяйство и историческое время: Материки, океаны и разнообразие природных условий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Солнечная система, форма Земли, глобус и причины смены дня и ночи; Работа с физической картой, сравнение территорий.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Земля и космическое окружение — 1 ч</w:t>
              <w:br/>
              <w:t>Карта, общество, хозяйство и историческое время: Россия и родной регион на карте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Солнечная система, форма Земли, глобус и причины смены дня и ночи; Границы, крупные объекты, природные условия и культурное многообразие.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Воздух, вода, горные породы и почва — 1 ч</w:t>
              <w:br/>
              <w:t>Карта, общество, хозяйство и историческое время: Россия и родной регион на карте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Свойства, значение, загрязнение и способы бережного использования; Границы, крупные объекты, природные условия и культурное многообразие.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Воздух, вода, горные породы и почва — 1 ч</w:t>
              <w:br/>
              <w:t>Карта, общество, хозяйство и историческое время: Россия и родной регион на карте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Свойства, значение, загрязнение и способы бережного использования; Границы, крупные объекты, природные условия и культурное многообразие.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Воздух, вода, горные породы и почва — 1 ч</w:t>
              <w:br/>
              <w:t>Карта, общество, хозяйство и историческое время: Россия и родной регион на карте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Свойства, значение, загрязнение и способы бережного использования; Границы, крупные объекты, природные условия и культурное многообразие.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Воздух, вода, горные породы и почва — 1 ч</w:t>
              <w:br/>
              <w:t>Карта, общество, хозяйство и историческое время: Россия и родной регион на карте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Свойства, значение, загрязнение и способы бережного использования; Границы, крупные объекты, природные условия и культурное многообразие.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Воздух, вода, горные породы и почва — 1 ч</w:t>
              <w:br/>
              <w:t>Карта, общество, хозяйство и историческое время: Россия и родной регион на карте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Свойства, значение, загрязнение и способы бережного использования; Границы, крупные объекты, природные условия и культурное многообразие.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Растения и грибы: разнообразие, питание, размножение и роль — 1 ч</w:t>
              <w:br/>
              <w:t>Карта, общество, хозяйство и историческое время: Хозяйство и путь ресурсов: производство, транспорт, обмен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схемы жизненных процессов, безопасное различение объектов; Схема хозяйственной цепочки, разумное потребление и отходы.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Растения и грибы: разнообразие, питание, размножение и роль — 1 ч</w:t>
              <w:br/>
              <w:t>Карта, общество, хозяйство и историческое время: Хозяйство и путь ресурсов: производство, транспорт, обмен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схемы жизненных процессов, безопасное различение объектов; Схема хозяйственной цепочки, разумное потребление и отходы.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Растения и грибы: разнообразие, питание, размножение и роль — 1 ч</w:t>
              <w:br/>
              <w:t>Карта, общество, хозяйство и историческое время: Хозяйство и путь ресурсов: производство, транспорт, обмен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схемы жизненных процессов, безопасное различение объектов; Схема хозяйственной цепочки, разумное потребление и отходы.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Растения и грибы: разнообразие, питание, размножение и роль — 1 ч</w:t>
              <w:br/>
              <w:t>Карта, общество, хозяйство и историческое время: Хозяйство и путь ресурсов: производство, транспорт, обмен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схемы жизненных процессов, безопасное различение объектов; Схема хозяйственной цепочки, разумное потребление и отходы.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Растения и грибы: разнообразие, питание, размножение и роль — 1 ч</w:t>
              <w:br/>
              <w:t>Карта, общество, хозяйство и историческое время: Хозяйство и путь ресурсов: производство, транспорт, обмен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схемы жизненных процессов, безопасное различение объектов; Схема хозяйственной цепочки, разумное потребление и отходы.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Растения и грибы: разнообразие, питание, размножение и роль — 1 ч</w:t>
              <w:br/>
              <w:t>Карта, общество, хозяйство и историческое время: Хозяйство и путь ресурсов: производство, транспорт, обмен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схемы жизненных процессов, безопасное различение объектов; Схема хозяйственной цепочки, разумное потребление и отходы.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Животные: группы, развитие и пищевые связи — 1 ч</w:t>
              <w:br/>
              <w:t>Карта, общество, хозяйство и историческое время: Источники прошлого и счёт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групп, жизненный цикл, цепи питания и влияние человека; Вещественный, письменный, устный источник; век, дата и временная линия.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Животные: группы, развитие и пищевые связи — 1 ч</w:t>
              <w:br/>
              <w:t>Карта, общество, хозяйство и историческое время: Источники прошлого и счёт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групп, жизненный цикл, цепи питания и влияние человека; Вещественный, письменный, устный источник; век, дата и временная линия.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Животные: группы, развитие и пищевые связи — 1 ч</w:t>
              <w:br/>
              <w:t>Карта, общество, хозяйство и историческое время: Источники прошлого и счёт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групп, жизненный цикл, цепи питания и влияние человека; Вещественный, письменный, устный источник; век, дата и временная линия.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Животные: группы, развитие и пищевые связи — 1 ч</w:t>
              <w:br/>
              <w:t>Карта, общество, хозяйство и историческое время: Источники прошлого и счёт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групп, жизненный цикл, цепи питания и влияние человека; Вещественный, письменный, устный источник; век, дата и временная линия.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Животные: группы, развитие и пищевые связи — 1 ч</w:t>
              <w:br/>
              <w:t>Карта, общество, хозяйство и историческое время: Источники прошлого и счёт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групп, жизненный цикл, цепи питания и влияние человека; Вещественный, письменный, устный источник; век, дата и временная линия.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Животные: группы, развитие и пищевые связи — 1 ч</w:t>
              <w:br/>
              <w:t>Карта, общество, хозяйство и историческое время: Источники прошлого и счёт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групп, жизненный цикл, цепи питания и влияние человека; Вещественный, письменный, устный источник; век, дата и временная линия.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Организм человека и сохранение здоровья — 1 ч</w:t>
              <w:br/>
              <w:t>Карта, общество, хозяйство и историческое время: Права, обязанности, правила и взаимная ответственность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системы органов на обзорном уровне, режим, движение и профилактика травм; Разбор ситуаций, уважение достоинства и безопасное обращение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Организм человека и сохранение здоровья — 1 ч</w:t>
              <w:br/>
              <w:t>Карта, общество, хозяйство и историческое время: Права, обязанности, правила и взаимная ответственность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системы органов на обзорном уровне, режим, движение и профилактика травм; Разбор ситуаций, уважение достоинства и безопасное обращение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Организм человека и сохранение здоровья — 1 ч</w:t>
              <w:br/>
              <w:t>Карта, общество, хозяйство и историческое время: Права, обязанности, правила и взаимная ответственность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системы органов на обзорном уровне, режим, движение и профилактика травм; Разбор ситуаций, уважение достоинства и безопасное обращение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Организм человека и сохранение здоровья — 1 ч</w:t>
              <w:br/>
              <w:t>Карта, общество, хозяйство и историческое время: Права, обязанности, правила и взаимная ответственность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системы органов на обзорном уровне, режим, движение и профилактика травм; Разбор ситуаций, уважение достоинства и безопасное обращение за помощью.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Итоговое исследование природного объекта — 1 ч</w:t>
              <w:br/>
              <w:t>Карта, общество, хозяйство и историческое время: Итоговый проект «Место на карте и во времени»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 метода, данных, вывода и границ наблюдения; Карта, временная линия, проверенные факты и указание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Природные системы и организм человека: Итоговое исследование природного объекта — 1 ч</w:t>
              <w:br/>
              <w:t>Карта, общество, хозяйство и историческое время: Итоговый проект «Место на карте и во времени»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 метода, данных, вывода и границ наблюдения; Карта, временная линия, проверенные факты и указание источников.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10.4. Модуль 3: 9–10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64 часа; 32 недели; 2 занятия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ЗЕМЛЯ, ПРИРОДНЫЕ СООБЩЕСТВА И ЧЕЛОВЕК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Методы изучения природы и достоверность наблюдения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Контроль условий, единицы измерения, таблица, диаграмма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Земля как планета: движение, освещение и природные ритмы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суток и года, пояс освещённости на доступном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Формы земной поверхности, воды суши и Мировой океан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Физическая карта, рельеф, реки, озёра, моря и круговорот воды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Природные сообщества и пищевые сети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Лес, луг, водоём, почва; связи организмов и устойчивость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Организм человека: опора, движение, питание, дыхание и кровообращение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систем, измерение пульса после спокойной нагрузки, здоровье и безопасность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Экологическая ответственность и итоговое исследование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Локальная проблема, данные, возможное действие и оценка последствий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РОССИЯ, КУЛЬТУРА И ИСТОРИЧЕСКАЯ ПОСЛЕДОВАТЕЛЬНОСТЬ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 России: положение, границы, крупные формы рельефа и воды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Физическая и административная карта, масштаб и условные знаки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Народы России, языки, традиции и культурное наследие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Уважительное сравнение культурных примеров без стереотипизации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Как узнают прошлое: источники, археология, летопись и музей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Проверка происхождения источника, описание артефакта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Древние государства и становление российской государственности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Временная линия, карта, причины объединения и культурные связи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и люди российской истории до Нового времени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ключевых эпизодов, причина, следствие и разные позиции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историко-географический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временная линия, подписи к источникам и устная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Методы изучения природы и достоверность наблюдения — 1 ч</w:t>
              <w:br/>
              <w:t>Россия, культура и историческая последовательность: Карта России: положение, границы, крупные формы рельефа и воды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Контроль условий, единицы измерения, таблица, диаграмма и вывод; Физическая и административная карта, масштаб и условные знаки.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Методы изучения природы и достоверность наблюдения — 1 ч</w:t>
              <w:br/>
              <w:t>Россия, культура и историческая последовательность: Карта России: положение, границы, крупные формы рельефа и воды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Контроль условий, единицы измерения, таблица, диаграмма и вывод; Физическая и административная карта, масштаб и условные знаки.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Методы изучения природы и достоверность наблюдения — 1 ч</w:t>
              <w:br/>
              <w:t>Россия, культура и историческая последовательность: Карта России: положение, границы, крупные формы рельефа и воды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Контроль условий, единицы измерения, таблица, диаграмма и вывод; Физическая и административная карта, масштаб и условные знаки.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Методы изучения природы и достоверность наблюдения — 1 ч</w:t>
              <w:br/>
              <w:t>Россия, культура и историческая последовательность: Карта России: положение, границы, крупные формы рельефа и воды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Контроль условий, единицы измерения, таблица, диаграмма и вывод; Физическая и административная карта, масштаб и условные знаки.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Земля как планета: движение, освещение и природные ритмы — 1 ч</w:t>
              <w:br/>
              <w:t>Россия, культура и историческая последовательность: Народы России, языки, традиции и культурное наследие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суток и года, пояс освещённости на доступном уровне; Уважительное сравнение культурных примеров без стереотипизации.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Земля как планета: движение, освещение и природные ритмы — 1 ч</w:t>
              <w:br/>
              <w:t>Россия, культура и историческая последовательность: Народы России, языки, традиции и культурное наследие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суток и года, пояс освещённости на доступном уровне; Уважительное сравнение культурных примеров без стереотипизации.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Земля как планета: движение, освещение и природные ритмы — 1 ч</w:t>
              <w:br/>
              <w:t>Россия, культура и историческая последовательность: Народы России, языки, традиции и культурное наследие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суток и года, пояс освещённости на доступном уровне; Уважительное сравнение культурных примеров без стереотипизации.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Земля как планета: движение, освещение и природные ритмы — 1 ч</w:t>
              <w:br/>
              <w:t>Россия, культура и историческая последовательность: Народы России, языки, традиции и культурное наследие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суток и года, пояс освещённости на доступном уровне; Уважительное сравнение культурных примеров без стереотипизации.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Земля как планета: движение, освещение и природные ритмы — 1 ч</w:t>
              <w:br/>
              <w:t>Россия, культура и историческая последовательность: Народы России, языки, традиции и культурное наследие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суток и года, пояс освещённости на доступном уровне; Уважительное сравнение культурных примеров без стереотипизации.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Земля как планета: движение, освещение и природные ритмы — 1 ч</w:t>
              <w:br/>
              <w:t>Россия, культура и историческая последовательность: Народы России, языки, традиции и культурное наследие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суток и года, пояс освещённости на доступном уровне; Уважительное сравнение культурных примеров без стереотипизации.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Формы земной поверхности, воды суши и Мировой океан — 1 ч</w:t>
              <w:br/>
              <w:t>Россия, культура и историческая последовательность: Как узнают прошлое: источники, археология, летопись и музей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Физическая карта, рельеф, реки, озёра, моря и круговорот воды; Проверка происхождения источника, описание артефакта.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Формы земной поверхности, воды суши и Мировой океан — 1 ч</w:t>
              <w:br/>
              <w:t>Россия, культура и историческая последовательность: Как узнают прошлое: источники, археология, летопись и музей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Физическая карта, рельеф, реки, озёра, моря и круговорот воды; Проверка происхождения источника, описание артефакта.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Формы земной поверхности, воды суши и Мировой океан — 1 ч</w:t>
              <w:br/>
              <w:t>Россия, культура и историческая последовательность: Как узнают прошлое: источники, археология, летопись и музей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Физическая карта, рельеф, реки, озёра, моря и круговорот воды; Проверка происхождения источника, описание артефакта.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Формы земной поверхности, воды суши и Мировой океан — 1 ч</w:t>
              <w:br/>
              <w:t>Россия, культура и историческая последовательность: Как узнают прошлое: источники, археология, летопись и музей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Физическая карта, рельеф, реки, озёра, моря и круговорот воды; Проверка происхождения источника, описание артефакта.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Формы земной поверхности, воды суши и Мировой океан — 1 ч</w:t>
              <w:br/>
              <w:t>Россия, культура и историческая последовательность: Как узнают прошлое: источники, археология, летопись и музей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Физическая карта, рельеф, реки, озёра, моря и круговорот воды; Проверка происхождения источника, описание артефакта.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Формы земной поверхности, воды суши и Мировой океан — 1 ч</w:t>
              <w:br/>
              <w:t>Россия, культура и историческая последовательность: Как узнают прошлое: источники, археология, летопись и музей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Физическая карта, рельеф, реки, озёра, моря и круговорот воды; Проверка происхождения источника, описание артефакта.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Природные сообщества и пищевые сети — 1 ч</w:t>
              <w:br/>
              <w:t>Россия, культура и историческая последовательность: Древние государства и становление российской государственности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Лес, луг, водоём, почва; связи организмов и устойчивость; Временная линия, карта, причины объединения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Природные сообщества и пищевые сети — 1 ч</w:t>
              <w:br/>
              <w:t>Россия, культура и историческая последовательность: Древние государства и становление российской государственности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Лес, луг, водоём, почва; связи организмов и устойчивость; Временная линия, карта, причины объединения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Природные сообщества и пищевые сети — 1 ч</w:t>
              <w:br/>
              <w:t>Россия, культура и историческая последовательность: Древние государства и становление российской государственности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Лес, луг, водоём, почва; связи организмов и устойчивость; Временная линия, карта, причины объединения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Природные сообщества и пищевые сети — 1 ч</w:t>
              <w:br/>
              <w:t>Россия, культура и историческая последовательность: Древние государства и становление российской государственности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Лес, луг, водоём, почва; связи организмов и устойчивость; Временная линия, карта, причины объединения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Природные сообщества и пищевые сети — 1 ч</w:t>
              <w:br/>
              <w:t>Россия, культура и историческая последовательность: Древние государства и становление российской государственности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Лес, луг, водоём, почва; связи организмов и устойчивость; Временная линия, карта, причины объединения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Природные сообщества и пищевые сети — 1 ч</w:t>
              <w:br/>
              <w:t>Россия, культура и историческая последовательность: Древние государства и становление российской государственности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Лес, луг, водоём, почва; связи организмов и устойчивость; Временная линия, карта, причины объединения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Организм человека: опора, движение, питание, дыхание и кровообращение — 1 ч</w:t>
              <w:br/>
              <w:t>Россия, культура и историческая последовательность: События и люди российской истории до Нового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систем, измерение пульса после спокойной нагрузки, здоровье и безопасность; Выбор ключевых эпизодов, причина, следствие и разные позиции.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Организм человека: опора, движение, питание, дыхание и кровообращение — 1 ч</w:t>
              <w:br/>
              <w:t>Россия, культура и историческая последовательность: События и люди российской истории до Нового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систем, измерение пульса после спокойной нагрузки, здоровье и безопасность; Выбор ключевых эпизодов, причина, следствие и разные позиции.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Организм человека: опора, движение, питание, дыхание и кровообращение — 1 ч</w:t>
              <w:br/>
              <w:t>Россия, культура и историческая последовательность: События и люди российской истории до Нового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систем, измерение пульса после спокойной нагрузки, здоровье и безопасность; Выбор ключевых эпизодов, причина, следствие и разные позиции.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Организм человека: опора, движение, питание, дыхание и кровообращение — 1 ч</w:t>
              <w:br/>
              <w:t>Россия, культура и историческая последовательность: События и люди российской истории до Нового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систем, измерение пульса после спокойной нагрузки, здоровье и безопасность; Выбор ключевых эпизодов, причина, следствие и разные позиции.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Организм человека: опора, движение, питание, дыхание и кровообращение — 1 ч</w:t>
              <w:br/>
              <w:t>Россия, культура и историческая последовательность: События и люди российской истории до Нового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систем, измерение пульса после спокойной нагрузки, здоровье и безопасность; Выбор ключевых эпизодов, причина, следствие и разные позиции.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Организм человека: опора, движение, питание, дыхание и кровообращение — 1 ч</w:t>
              <w:br/>
              <w:t>Россия, культура и историческая последовательность: События и люди российской истории до Нового времени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систем, измерение пульса после спокойной нагрузки, здоровье и безопасность; Выбор ключевых эпизодов, причина, следствие и разные позиции.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Экологическая ответственность и итоговое исследование — 1 ч</w:t>
              <w:br/>
              <w:t>Россия, культура и историческая последовательность: Итоговый историко-географический проект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Локальная проблема, данные, возможное действие и оценка последствий; Карта, временная линия, подписи к источникам и устная защита.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Экологическая ответственность и итоговое исследование — 1 ч</w:t>
              <w:br/>
              <w:t>Россия, культура и историческая последовательность: Итоговый историко-географический проект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Локальная проблема, данные, возможное действие и оценка последствий; Карта, временная линия, подписи к источникам и устная защита.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Экологическая ответственность и итоговое исследование — 1 ч</w:t>
              <w:br/>
              <w:t>Россия, культура и историческая последовательность: Итоговый историко-географический проект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Локальная проблема, данные, возможное действие и оценка последствий; Карта, временная линия, подписи к источникам и устная защита.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Земля, природные сообщества и человек: Экологическая ответственность и итоговое исследование — 1 ч</w:t>
              <w:br/>
              <w:t>Россия, культура и историческая последовательность: Итоговый историко-географический проект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Локальная проблема, данные, возможное действие и оценка последствий; Карта, временная линия, подписи к источникам и устная защита.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10.5. Модуль 4: 10–11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64 часа; 32 недели; 2 занятия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ПРИРОДА И ГЕОГРАФИЯ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Исследовательский цикл и работа с источником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Вопрос, гипотеза, план, наблюдение, измерение, диаграмма, вывод и ограничение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Географическое положение и крупные природные комплексы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часовые пояса на обзорном уровне, рельеф и внутренние воды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Природные зоны и высотная поясность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Климат, почвы, растения, животные, занятия людей и экологические связи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Организмы и экосистемы: обмен веществ, развитие и взаимозависимость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процессов, пищевые сети, факторы среды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Организм человека, нервная система, органы чувств и здоровье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Саморегуляция на физиологическом уровне, первая помощь изучается только в пределах безопасного поведения и вызова взрослого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 «Природный комплекс родного края»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наблюдения, фотографии без персональных данных, источники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ИСТОРИЯ РОССИИ, ГРАЖДАНСКАЯ И ИНФОРМАЦИОННАЯ КУЛЬТУРА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Хронология, историческая карта и критика источника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Дата, век, период, автор, назначение и сопоставление свидетельств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Новое время: преобразования, культура и общество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Причины перемен, роль личности, последствия и историческая карта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XIX веке: общество, культура, наука и повседневность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Ключевые явления без перегрузки датами, работа с визуальным источником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XX веке: события, достижения и испытания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Хронологическая рамка, уважительный разговор о сложных событиях, проверка факта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Современная Россия: Конституция, государство, гражданин и общество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Права ребёнка, обязанности, органы власти на обзорном уровне, безопасное участие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«Россия: пространство и время»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карта, временная линия, источники и аргументированный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Исследовательский цикл и работа с источником данных — 1 ч</w:t>
              <w:br/>
              <w:t>История России, гражданская и информационная культура: Хронология, историческая карта и критика источника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гипотеза, план, наблюдение, измерение, диаграмма, вывод и ограничение; Дата, век, период, автор, назначение и сопоставление свидетельств.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Исследовательский цикл и работа с источником данных — 1 ч</w:t>
              <w:br/>
              <w:t>История России, гражданская и информационная культура: Хронология, историческая карта и критика источника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гипотеза, план, наблюдение, измерение, диаграмма, вывод и ограничение; Дата, век, период, автор, назначение и сопоставление свидетельств.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Исследовательский цикл и работа с источником данных — 1 ч</w:t>
              <w:br/>
              <w:t>История России, гражданская и информационная культура: Хронология, историческая карта и критика источника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гипотеза, план, наблюдение, измерение, диаграмма, вывод и ограничение; Дата, век, период, автор, назначение и сопоставление свидетельств.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Исследовательский цикл и работа с источником данных — 1 ч</w:t>
              <w:br/>
              <w:t>История России, гражданская и информационная культура: Хронология, историческая карта и критика источника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гипотеза, план, наблюдение, измерение, диаграмма, вывод и ограничение; Дата, век, период, автор, назначение и сопоставление свидетельств.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Географическое положение и крупные природные комплексы России — 1 ч</w:t>
              <w:br/>
              <w:t>История России, гражданская и информационная культура: Россия в Новое время: преобразования, культура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часовые пояса на обзорном уровне, рельеф и внутренние воды; Причины перемен, роль личности, последствия и историческая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Географическое положение и крупные природные комплексы России — 1 ч</w:t>
              <w:br/>
              <w:t>История России, гражданская и информационная культура: Россия в Новое время: преобразования, культура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часовые пояса на обзорном уровне, рельеф и внутренние воды; Причины перемен, роль личности, последствия и историческая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Географическое положение и крупные природные комплексы России — 1 ч</w:t>
              <w:br/>
              <w:t>История России, гражданская и информационная культура: Россия в Новое время: преобразования, культура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часовые пояса на обзорном уровне, рельеф и внутренние воды; Причины перемен, роль личности, последствия и историческая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Географическое положение и крупные природные комплексы России — 1 ч</w:t>
              <w:br/>
              <w:t>История России, гражданская и информационная культура: Россия в Новое время: преобразования, культура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часовые пояса на обзорном уровне, рельеф и внутренние воды; Причины перемен, роль личности, последствия и историческая карта.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Географическое положение и крупные природные комплексы России — 1 ч</w:t>
              <w:br/>
              <w:t>История России, гражданская и информационная культура: Россия в Новое время: преобразования, культура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часовые пояса на обзорном уровне, рельеф и внутренние воды; Причины перемен, роль личности, последствия и историческая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Географическое положение и крупные природные комплексы России — 1 ч</w:t>
              <w:br/>
              <w:t>История России, гражданская и информационная культура: Россия в Новое время: преобразования, культура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часовые пояса на обзорном уровне, рельеф и внутренние воды; Причины перемен, роль личности, последствия и историческая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Природные зоны и высотная поясность — 1 ч</w:t>
              <w:br/>
              <w:t>История России, гражданская и информационная культура: Россия в XIX веке: общество, культура, наука и повседневность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Климат, почвы, растения, животные, занятия людей и экологические связи; Ключевые явления без перегрузки датами, работа с визуальным источником.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Природные зоны и высотная поясность — 1 ч</w:t>
              <w:br/>
              <w:t>История России, гражданская и информационная культура: Россия в XIX веке: общество, культура, наука и повседневность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Климат, почвы, растения, животные, занятия людей и экологические связи; Ключевые явления без перегрузки датами, работа с визуальным источником.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Природные зоны и высотная поясность — 1 ч</w:t>
              <w:br/>
              <w:t>История России, гражданская и информационная культура: Россия в XIX веке: общество, культура, наука и повседневность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Климат, почвы, растения, животные, занятия людей и экологические связи; Ключевые явления без перегрузки датами, работа с визуальным источником.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Природные зоны и высотная поясность — 1 ч</w:t>
              <w:br/>
              <w:t>История России, гражданская и информационная культура: Россия в XIX веке: общество, культура, наука и повседневность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Климат, почвы, растения, животные, занятия людей и экологические связи; Ключевые явления без перегрузки датами, работа с визуальным источником.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Природные зоны и высотная поясность — 1 ч</w:t>
              <w:br/>
              <w:t>История России, гражданская и информационная культура: Россия в XIX веке: общество, культура, наука и повседневность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Климат, почвы, растения, животные, занятия людей и экологические связи; Ключевые явления без перегрузки датами, работа с визуальным источником.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Природные зоны и высотная поясность — 1 ч</w:t>
              <w:br/>
              <w:t>История России, гражданская и информационная культура: Россия в XIX веке: общество, культура, наука и повседневность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Климат, почвы, растения, животные, занятия людей и экологические связи; Ключевые явления без перегрузки датами, работа с визуальным источником.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Организмы и экосистемы: обмен веществ, развитие и взаимозависимость — 1 ч</w:t>
              <w:br/>
              <w:t>История России, гражданская и информационная культура: Россия в XX веке: события, достижения и испытания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процессов, пищевые сети, факторы среды; Хронологическая рамка, уважительный разговор о сложных событиях, проверка 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Организмы и экосистемы: обмен веществ, развитие и взаимозависимость — 1 ч</w:t>
              <w:br/>
              <w:t>История России, гражданская и информационная культура: Россия в XX веке: события, достижения и испытания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процессов, пищевые сети, факторы среды; Хронологическая рамка, уважительный разговор о сложных событиях, проверка 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Организмы и экосистемы: обмен веществ, развитие и взаимозависимость — 1 ч</w:t>
              <w:br/>
              <w:t>История России, гражданская и информационная культура: Россия в XX веке: события, достижения и испытания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процессов, пищевые сети, факторы среды; Хронологическая рамка, уважительный разговор о сложных событиях, проверка 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Организмы и экосистемы: обмен веществ, развитие и взаимозависимость — 1 ч</w:t>
              <w:br/>
              <w:t>История России, гражданская и информационная культура: Россия в XX веке: события, достижения и испытания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процессов, пищевые сети, факторы среды; Хронологическая рамка, уважительный разговор о сложных событиях, проверка 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Организмы и экосистемы: обмен веществ, развитие и взаимозависимость — 1 ч</w:t>
              <w:br/>
              <w:t>История России, гражданская и информационная культура: Россия в XX веке: события, достижения и испытания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процессов, пищевые сети, факторы среды; Хронологическая рамка, уважительный разговор о сложных событиях, проверка 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Организмы и экосистемы: обмен веществ, развитие и взаимозависимость — 1 ч</w:t>
              <w:br/>
              <w:t>История России, гражданская и информационная культура: Россия в XX веке: события, достижения и испытания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процессов, пищевые сети, факторы среды; Хронологическая рамка, уважительный разговор о сложных событиях, проверка факта.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 человека, нервная система, органы чувств и здоровье — 1 ч</w:t>
              <w:br/>
              <w:t>История России, гражданская и информационная культура: Современная Россия: Конституция, государство, гражданин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Саморегуляция на физиологическом уровне, первая помощь изучается только в пределах безопасного поведения и вызова взрослого; Права ребёнка, обязанности, органы власти на обзорном уровне, безопасное участие.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 человека, нервная система, органы чувств и здоровье — 1 ч</w:t>
              <w:br/>
              <w:t>История России, гражданская и информационная культура: Современная Россия: Конституция, государство, гражданин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Саморегуляция на физиологическом уровне, первая помощь изучается только в пределах безопасного поведения и вызова взрослого; Права ребёнка, обязанности, органы власти на обзорном уровне, безопасное участие.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 человека, нервная система, органы чувств и здоровье — 1 ч</w:t>
              <w:br/>
              <w:t>История России, гражданская и информационная культура: Современная Россия: Конституция, государство, гражданин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Саморегуляция на физиологическом уровне, первая помощь изучается только в пределах безопасного поведения и вызова взрослого; Права ребёнка, обязанности, органы власти на обзорном уровне, безопасное участие.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 человека, нервная система, органы чувств и здоровье — 1 ч</w:t>
              <w:br/>
              <w:t>История России, гражданская и информационная культура: Современная Россия: Конституция, государство, гражданин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Саморегуляция на физиологическом уровне, первая помощь изучается только в пределах безопасного поведения и вызова взрослого; Права ребёнка, обязанности, органы власти на обзорном уровне, безопасное участие.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 человека, нервная система, органы чувств и здоровье — 1 ч</w:t>
              <w:br/>
              <w:t>История России, гражданская и информационная культура: Современная Россия: Конституция, государство, гражданин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Саморегуляция на физиологическом уровне, первая помощь изучается только в пределах безопасного поведения и вызова взрослого; Права ребёнка, обязанности, органы власти на обзорном уровне, безопасное участие.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Организм человека, нервная система, органы чувств и здоровье — 1 ч</w:t>
              <w:br/>
              <w:t>История России, гражданская и информационная культура: Современная Россия: Конституция, государство, гражданин и общество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Саморегуляция на физиологическом уровне, первая помощь изучается только в пределах безопасного поведения и вызова взрослого; Права ребёнка, обязанности, органы власти на обзорном уровне, безопасное участие.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Проект «Природный комплекс родного края» — 1 ч</w:t>
              <w:br/>
              <w:t>История России, гражданская и информационная культура: Итоговый проект «Россия: пространство и время»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наблюдения, фотографии без персональных данных, источники и защита; Тематическая карта, временная линия, источники и аргументированный вывод.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Проект «Природный комплекс родного края» — 1 ч</w:t>
              <w:br/>
              <w:t>История России, гражданская и информационная культура: Итоговый проект «Россия: пространство и время»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наблюдения, фотографии без персональных данных, источники и защита; Тематическая карта, временная линия, источники и аргументированный вывод.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Проект «Природный комплекс родного края» — 1 ч</w:t>
              <w:br/>
              <w:t>История России, гражданская и информационная культура: Итоговый проект «Россия: пространство и время»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наблюдения, фотографии без персональных данных, источники и защита; Тематическая карта, временная линия, источники и аргументированный вывод.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и география России: Проект «Природный комплекс родного края» — 1 ч</w:t>
              <w:br/>
              <w:t>История России, гражданская и информационная культура: Итоговый проект «Россия: пространство и время»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Карта, наблюдения, фотографии без персональных данных, источники и защита; Тематическая карта, временная линия, источники и аргументированный вывод.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10.6. Модуль 5: 11–12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128 часов; 32 недели; 4 занятия в неделю по 40 минут: биологическая линия — 1, географическая — 1, историческая — 2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Биология как наука. Методы и правила безопасного наблюдения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Объект, признак, увеличение, зарисовка, таблица и этика обращения с живым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Организм и клеточное строение на вводном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Клетка как единица живого, модели, сравнение растительной и животной клетки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Разнообразие организмов: бактерии, грибы, растения и животные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Существенные признаки, классификация и роль в природе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Жизнедеятельность организмов и связь со средой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Питание, дыхание, рост, развитие, размножение и раздражимость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Экосистема, пищевые связи и влияние человека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Производители, потребители, разрушители, цепи питания и охрана природы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биологическое мини-исследование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Вопрос, наблюдение, данные, вывод, соблюдение безопасности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 и способы изучения Земли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Наблюдение, описание, карта, снимок, данные и фенологический дневник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географических представлений и открытий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Сравнение карт, маршруты путешествий, значение и последствия открытий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 местности, условные знаки, масштаб и ориентирование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Определение направлений и расстояний, описание маршрута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Глобус и карта: градусная сеть и координаты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Параллели, меридианы, широта и долгота в практических заданиях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Земля в Солнечной системе и литосфера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Движения Земли, строение планеты, горные породы, рельеф и процессы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картографический практикум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Маршрут, координаты, профиль или описание объекта по карте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Историческое знание: время, карта, источник и версия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Хронология, археологический и письменный источник, проверка происхождения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Первобытность и переход к производящему хозяйству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Расселение людей, образ жизни, технологии, искусство и неолитические изменения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Древний Восток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Государство, общество, религия, письменность, хозяйство и культурное наследие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Древняя Греция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Полис, гражданство, культура, войны и влияние античного наследия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Древний Рим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Республика, империя, право, общество, культура и причины изменений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родного края в древности и итоговый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Региональные памятники, карта, источник и сопоставление с общей историей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Биология как наука. Методы и правила безопасного наблюдения — 1 ч</w:t>
              <w:br/>
              <w:t>Географическая линия: География и способы изучения Земли — 1 ч</w:t>
              <w:br/>
              <w:t>Историческая линия: Историческое знание: время, карта, источник и версия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Объект, признак, увеличение, зарисовка, таблица и этика обращения с живым; Наблюдение, описание, карта, снимок, данные и фенологический дневник; Хронология, археологический и письменный источник, проверка происхождения.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Биология как наука. Методы и правила безопасного наблюдения — 1 ч</w:t>
              <w:br/>
              <w:t>Географическая линия: География и способы изучения Земли — 1 ч</w:t>
              <w:br/>
              <w:t>Историческая линия: Историческое знание: время, карта, источник и версия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Объект, признак, увеличение, зарисовка, таблица и этика обращения с живым; Наблюдение, описание, карта, снимок, данные и фенологический дневник; Хронология, археологический и письменный источник, проверка происхождения.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Биология как наука. Методы и правила безопасного наблюдения — 1 ч</w:t>
              <w:br/>
              <w:t>Географическая линия: География и способы изучения Земли — 1 ч</w:t>
              <w:br/>
              <w:t>Историческая линия: Историческое знание: время, карта, источник и версия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Объект, признак, увеличение, зарисовка, таблица и этика обращения с живым; Наблюдение, описание, карта, снимок, данные и фенологический дневник; Хронология, археологический и письменный источник, проверка происхождения.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Биология как наука. Методы и правила безопасного наблюдения — 1 ч</w:t>
              <w:br/>
              <w:t>Географическая линия: География и способы изучения Земли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Объект, признак, увеличение, зарисовка, таблица и этика обращения с живым; Наблюдение, описание, карта, снимок, данные и фенологический дневник; Расселение людей, образ жизни, технологии, искусство и неолитические изменения.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Организм и клеточное строение на вводном уровне — 1 ч</w:t>
              <w:br/>
              <w:t>Географическая линия: История географических представлений и открытий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Клетка как единица живого, модели, сравнение растительной и животной клетки; Сравнение карт, маршруты путешествий, значение и последствия открытий; Расселение людей, образ жизни, технологии, искусство и неолитические изменения.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Организм и клеточное строение на вводном уровне — 1 ч</w:t>
              <w:br/>
              <w:t>Географическая линия: История географических представлений и открытий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Клетка как единица живого, модели, сравнение растительной и животной клетки; Сравнение карт, маршруты путешествий, значение и последствия открытий; Расселение людей, образ жизни, технологии, искусство и неолитические изменения.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Организм и клеточное строение на вводном уровне — 1 ч</w:t>
              <w:br/>
              <w:t>Географическая линия: История географических представлений и открытий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Клетка как единица живого, модели, сравнение растительной и животной клетки; Сравнение карт, маршруты путешествий, значение и последствия открытий; Расселение людей, образ жизни, технологии, искусство и неолитические изменения.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Организм и клеточное строение на вводном уровне — 1 ч</w:t>
              <w:br/>
              <w:t>Географическая линия: История географических представлений и открытий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Клетка как единица живого, модели, сравнение растительной и животной клетки; Сравнение карт, маршруты путешествий, значение и последствия открытий; Расселение людей, образ жизни, технологии, искусство и неолитические изменения.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Организм и клеточное строение на вводном уровне — 1 ч</w:t>
              <w:br/>
              <w:t>Географическая линия: История географических представлений и открытий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Клетка как единица живого, модели, сравнение растительной и животной клетки; Сравнение карт, маршруты путешествий, значение и последствия открытий; Расселение людей, образ жизни, технологии, искусство и неолитические изменения.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Организм и клеточное строение на вводном уровне — 1 ч</w:t>
              <w:br/>
              <w:t>Географическая линия: История географических представлений и открытий — 1 ч</w:t>
              <w:br/>
              <w:t>Историческая линия: Первобытность и переход к производящему хозяйству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Клетка как единица живого, модели, сравнение растительной и животной клетки; Сравнение карт, маршруты путешествий, значение и последствия открытий; Расселение людей, образ жизни, технологии, искусство и неолитические изменения.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Разнообразие организмов: бактерии, грибы, растения и животные — 1 ч</w:t>
              <w:br/>
              <w:t>Географическая линия: План местности, условные знаки, масштаб и ориентирование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Существенные признаки, классификация и роль в природе; Определение направлений и расстояний, описание маршрута; Государство, общество, религия, письменность, хозяйство и культурное наследие.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Разнообразие организмов: бактерии, грибы, растения и животные — 1 ч</w:t>
              <w:br/>
              <w:t>Географическая линия: План местности, условные знаки, масштаб и ориентирование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Существенные признаки, классификация и роль в природе; Определение направлений и расстояний, описание маршрута; Государство, общество, религия, письменность, хозяйство и культурное наследие.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Разнообразие организмов: бактерии, грибы, растения и животные — 1 ч</w:t>
              <w:br/>
              <w:t>Географическая линия: План местности, условные знаки, масштаб и ориентирование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Существенные признаки, классификация и роль в природе; Определение направлений и расстояний, описание маршрута; Государство, общество, религия, письменность, хозяйство и культурное наследие.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Разнообразие организмов: бактерии, грибы, растения и животные — 1 ч</w:t>
              <w:br/>
              <w:t>Географическая линия: План местности, условные знаки, масштаб и ориентирование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Существенные признаки, классификация и роль в природе; Определение направлений и расстояний, описание маршрута; Государство, общество, религия, письменность, хозяйство и культурное наследие.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Разнообразие организмов: бактерии, грибы, растения и животные — 1 ч</w:t>
              <w:br/>
              <w:t>Географическая линия: План местности, условные знаки, масштаб и ориентирование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Существенные признаки, классификация и роль в природе; Определение направлений и расстояний, описание маршрута; Государство, общество, религия, письменность, хозяйство и культурное наследие.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Разнообразие организмов: бактерии, грибы, растения и животные — 1 ч</w:t>
              <w:br/>
              <w:t>Географическая линия: План местности, условные знаки, масштаб и ориентирование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Существенные признаки, классификация и роль в природе; Определение направлений и расстояний, описание маршрута; Государство, общество, религия, письменность, хозяйство и культурное наследие.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Жизнедеятельность организмов и связь со средой — 1 ч</w:t>
              <w:br/>
              <w:t>Географическая линия: Глобус и карта: градусная сеть и координаты — 1 ч</w:t>
              <w:br/>
              <w:t>Историческая линия: Древний Восток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Питание, дыхание, рост, развитие, размножение и раздражимость; Параллели, меридианы, широта и долгота в практических заданиях; Государство, общество, религия, письменность, хозяйство и культурное наследие.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Жизнедеятельность организмов и связь со средой — 1 ч</w:t>
              <w:br/>
              <w:t>Географическая линия: Глобус и карта: градусная сеть и координаты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Питание, дыхание, рост, развитие, размножение и раздражимость; Параллели, меридианы, широта и долгота в практических заданиях; Полис, гражданство, культура, войны и влияние античного наследия.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Жизнедеятельность организмов и связь со средой — 1 ч</w:t>
              <w:br/>
              <w:t>Географическая линия: Глобус и карта: градусная сеть и координаты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Питание, дыхание, рост, развитие, размножение и раздражимость; Параллели, меридианы, широта и долгота в практических заданиях; Полис, гражданство, культура, войны и влияние античного наследия.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Жизнедеятельность организмов и связь со средой — 1 ч</w:t>
              <w:br/>
              <w:t>Географическая линия: Глобус и карта: градусная сеть и координаты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Питание, дыхание, рост, развитие, размножение и раздражимость; Параллели, меридианы, широта и долгота в практических заданиях; Полис, гражданство, культура, войны и влияние античного наследия.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Жизнедеятельность организмов и связь со средой — 1 ч</w:t>
              <w:br/>
              <w:t>Географическая линия: Глобус и карта: градусная сеть и координаты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Питание, дыхание, рост, развитие, размножение и раздражимость; Параллели, меридианы, широта и долгота в практических заданиях; Полис, гражданство, культура, войны и влияние античного наследия.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Жизнедеятельность организмов и связь со средой — 1 ч</w:t>
              <w:br/>
              <w:t>Географическая линия: Глобус и карта: градусная сеть и координаты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Питание, дыхание, рост, развитие, размножение и раздражимость; Параллели, меридианы, широта и долгота в практических заданиях; Полис, гражданство, культура, войны и влияние античного наследия.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Экосистема, пищевые связи и влияние человека — 1 ч</w:t>
              <w:br/>
              <w:t>Географическая линия: Земля в Солнечной системе и литосфера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Производители, потребители, разрушители, цепи питания и охрана природы; Движения Земли, строение планеты, горные породы, рельеф и процессы; Полис, гражданство, культура, войны и влияние античного наследия.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Экосистема, пищевые связи и влияние человека — 1 ч</w:t>
              <w:br/>
              <w:t>Географическая линия: Земля в Солнечной системе и литосфера — 1 ч</w:t>
              <w:br/>
              <w:t>Историческая линия: Древняя Греция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Производители, потребители, разрушители, цепи питания и охрана природы; Движения Земли, строение планеты, горные породы, рельеф и процессы; Полис, гражданство, культура, войны и влияние античного наследия.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Экосистема, пищевые связи и влияние человека — 1 ч</w:t>
              <w:br/>
              <w:t>Географическая линия: Земля в Солнечной системе и литосфера — 1 ч</w:t>
              <w:br/>
              <w:t>Историческая линия: Древний Рим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Производители, потребители, разрушители, цепи питания и охрана природы; Движения Земли, строение планеты, горные породы, рельеф и процессы; Республика, империя, право, общество, культура и причины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Экосистема, пищевые связи и влияние человека — 1 ч</w:t>
              <w:br/>
              <w:t>Географическая линия: Земля в Солнечной системе и литосфера — 1 ч</w:t>
              <w:br/>
              <w:t>Историческая линия: Древний Рим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Производители, потребители, разрушители, цепи питания и охрана природы; Движения Земли, строение планеты, горные породы, рельеф и процессы; Республика, империя, право, общество, культура и причины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Экосистема, пищевые связи и влияние человека — 1 ч</w:t>
              <w:br/>
              <w:t>Географическая линия: Земля в Солнечной системе и литосфера — 1 ч</w:t>
              <w:br/>
              <w:t>Историческая линия: Древний Рим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Производители, потребители, разрушители, цепи питания и охрана природы; Движения Земли, строение планеты, горные породы, рельеф и процессы; Республика, империя, право, общество, культура и причины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Экосистема, пищевые связи и влияние человека — 1 ч</w:t>
              <w:br/>
              <w:t>Географическая линия: Земля в Солнечной системе и литосфера — 1 ч</w:t>
              <w:br/>
              <w:t>Историческая линия: Древний Рим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Производители, потребители, разрушители, цепи питания и охрана природы; Движения Земли, строение планеты, горные породы, рельеф и процессы; Республика, империя, право, общество, культура и причины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биологическое мини-исследование — 1 ч</w:t>
              <w:br/>
              <w:t>Географическая линия: Итоговый картографический практикум — 1 ч</w:t>
              <w:br/>
              <w:t>Историческая линия: Древний Рим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наблюдение, данные, вывод, соблюдение безопасности; Маршрут, координаты, профиль или описание объекта по карте; Республика, империя, право, общество, культура и причины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биологическое мини-исследование — 1 ч</w:t>
              <w:br/>
              <w:t>Географическая линия: Итоговый картографический практикум — 1 ч</w:t>
              <w:br/>
              <w:t>Историческая линия: История родного края в древности и итоговый проект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наблюдение, данные, вывод, соблюдение безопасности; Маршрут, координаты, профиль или описание объекта по карте; Региональные памятники, карта, источник и сопоставление с общей историей.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биологическое мини-исследование — 1 ч</w:t>
              <w:br/>
              <w:t>Географическая линия: Итоговый картографический практикум — 1 ч</w:t>
              <w:br/>
              <w:t>Историческая линия: История родного края в древности и итоговый проект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наблюдение, данные, вывод, соблюдение безопасности; Маршрут, координаты, профиль или описание объекта по карте; Региональные памятники, карта, источник и сопоставление с общей историей.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биологическое мини-исследование — 1 ч</w:t>
              <w:br/>
              <w:t>Географическая линия: Итоговый картографический практикум — 1 ч</w:t>
              <w:br/>
              <w:t>Историческая линия: История родного края в древности и итоговый проект — 2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Вопрос, наблюдение, данные, вывод, соблюдение безопасности; Маршрут, координаты, профиль или описание объекта по карте; Региональные памятники, карта, источник и сопоставление с общей историей.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10.7. Модуль 6: 12–13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минут: биологическая линия — 1, географическая — 1, историческая — 3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Растительный организм и методы ботаники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Наблюдение, гербарный материал без сбора охраняемых видов, схема и описание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Органы растения и жизненные процессы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Корень, побег, лист, фотосинтез, дыхание, транспорт веществ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Размножение и развитие растений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Спора, семя, цветок, опыление, плод и жизненный цикл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Основные группы растений и их значение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Водоросли, мхи, папоротникообразные, голосеменные и покрытосеменные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Растительные сообщества, хозяйственное значение и охрана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Связи, влияние человека и итоговое исследование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Оболочки Земли и географическая оболочка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Взаимосвязь литосферы, атмосферы, гидросферы и биосферы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Литосфера и рельеф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Плиты, горы, равнины, внешние процессы и чтение физической карты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Атмосфера, погода и климат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Температура, давление, ветер, осадки, климатограмма на начальном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Гидросфера и воды Земли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Океан, река, озеро, подземные воды, ледники и водные ресурсы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Биосфера, природные комплексы и итоговый практикум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Широтная зональность, местный комплекс и карта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Переход от античности к Средневековью. Источники и периодизация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хронология, миграции и изменение государств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Средневековый мир Запада и Востока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Общество, религии, города, хозяйство, культура и контакты цивилизаций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Древняя Русь: возникновение, общество и культура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Расселение, государственность, принятие христианства, города и источники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Русские земли в период раздробленности и внешних испытаний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Политические центры, Орда, западные соседи, культура и последствия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Объединение русских земель и формирование единого государства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Причины объединения, ключевые этапы, институты и карта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родного края в Средние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Региональные источники, археология, поселения и культурные связи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исторический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Проблемный вопрос, карта, временная линия, источники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Растительный организм и методы ботаники — 1 ч</w:t>
              <w:br/>
              <w:t>Географическая линия: Оболочки Земли и географическая оболочка — 1 ч</w:t>
              <w:br/>
              <w:t>Историческая линия: Переход от античности к Средневековью. Источники и периодизация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гербарный материал без сбора охраняемых видов, схема и описание; Взаимосвязь литосферы, атмосферы, гидросферы и биосферы; Карта, хронология, миграции и изменение государств.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Растительный организм и методы ботаники — 1 ч</w:t>
              <w:br/>
              <w:t>Географическая линия: Оболочки Земли и географическая оболочка — 1 ч</w:t>
              <w:br/>
              <w:t>Историческая линия: Переход от античности к Средневековью. Источники и периодизация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гербарный материал без сбора охраняемых видов, схема и описание; Взаимосвязь литосферы, атмосферы, гидросферы и биосферы; Карта, хронология, миграции и изменение государств.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Растительный организм и методы ботаники — 1 ч</w:t>
              <w:br/>
              <w:t>Географическая линия: Оболочки Земли и географическая оболочка — 1 ч</w:t>
              <w:br/>
              <w:t>Историческая линия: Переход от античности к Средневековью. Источники и периодизация / Средневековый мир Запада и Востока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гербарный материал без сбора охраняемых видов, схема и описание; Взаимосвязь литосферы, атмосферы, гидросферы и биосферы; Карта, хронология, миграции и изменение государств; Общество, религии, города, хозяйство, культура и контакты цивилизаций.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Растительный организм и методы ботаники — 1 ч</w:t>
              <w:br/>
              <w:t>Географическая линия: Оболочки Земли и географическая оболочка — 1 ч</w:t>
              <w:br/>
              <w:t>Историческая линия: Средневековый мир Запада и Востока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гербарный материал без сбора охраняемых видов, схема и описание; Взаимосвязь литосферы, атмосферы, гидросферы и биосферы; Общество, религии, города, хозяйство, культура и контакты цивилизаций.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Средневековый мир Запада и Востока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Общество, религии, города, хозяйство, культура и контакты цивилизаций.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Средневековый мир Запада и Востока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Общество, религии, города, хозяйство, культура и контакты цивилизаций.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Средневековый мир Запада и Востока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Общество, религии, города, хозяйство, культура и контакты цивилизаций.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Средневековый мир Запада и Востока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Общество, религии, города, хозяйство, культура и контакты цивилизаций.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Древняя Русь: возникновение, общество и культура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Расселение, государственность, принятие христианства, города и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Древняя Русь: возникновение, общество и культура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Расселение, государственность, принятие христианства, города и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Древняя Русь: возникновение, общество и культура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Расселение, государственность, принятие христианства, города и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Органы растения и жизненные процессы — 1 ч</w:t>
              <w:br/>
              <w:t>Географическая линия: Литосфера и рельеф — 1 ч</w:t>
              <w:br/>
              <w:t>Историческая линия: Древняя Русь: возникновение, общество и культура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побег, лист, фотосинтез, дыхание, транспорт веществ; Плиты, горы, равнины, внешние процессы и чтение физической карты; Расселение, государственность, принятие христианства, города и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Древняя Русь: возникновение, общество и культура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Расселение, государственность, принятие христианства, города и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Древняя Русь: возникновение, общество и культура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Расселение, государственность, принятие христианства, города и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Древняя Русь: возникновение, общество и культура /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Расселение, государственность, принятие христианства, города и источники; Политические центры, Орда, западные соседи, культура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Политические центры, Орда, западные соседи, культура и последствия.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Политические центры, Орда, западные соседи, культура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Политические центры, Орда, западные соседи, культура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Политические центры, Орда, западные соседи, культура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 и развитие растений — 1 ч</w:t>
              <w:br/>
              <w:t>Географическая линия: Атмосфера, погода и климат — 1 ч</w:t>
              <w:br/>
              <w:t>Историческая линия: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Спора, семя, цветок, опыление, плод и жизненный цикл; Температура, давление, ветер, осадки, климатограмма на начальном уровне; Политические центры, Орда, западные соседи, культура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Русские земли в период раздробленности и внешних испытаний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Политические центры, Орда, западные соседи, культура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Русские земли в период раздробленности и внешних испытаний / Объединение русских земель и формирование единого государства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Политические центры, Орда, западные соседи, культура и последствия; Причины объединения, ключевые этапы, институты и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Объединение русских земель и формирование единого государства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Причины объединения, ключевые этапы, институты и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Объединение русских земель и формирование единого государства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Причины объединения, ключевые этапы, институты и карта.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Объединение русских земель и формирование единого государства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Причины объединения, ключевые этапы, институты и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Объединение русских земель и формирование единого государства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Причины объединения, ключевые этапы, институты и карта.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Объединение русских земель и формирование единого государства / История родного края в Средние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Причины объединения, ключевые этапы, институты и карта; Региональные источники, археология, поселения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Основные группы растений и их значение — 1 ч</w:t>
              <w:br/>
              <w:t>Географическая линия: Гидросфера и воды Земли — 1 ч</w:t>
              <w:br/>
              <w:t>Историческая линия: История родного края в Средние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Водоросли, мхи, папоротникообразные, голосеменные и покрытосеменные; Океан, река, озеро, подземные воды, ледники и водные ресурсы; Региональные источники, археология, поселения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Растительные сообщества, хозяйственное значение и охрана — 1 ч</w:t>
              <w:br/>
              <w:t>Географическая линия: Биосфера, природные комплексы и итоговый практикум — 1 ч</w:t>
              <w:br/>
              <w:t>Историческая линия: История родного края в Средние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Связи, влияние человека и итоговое исследование; Широтная зональность, местный комплекс и карта; Региональные источники, археология, поселения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Растительные сообщества, хозяйственное значение и охрана — 1 ч</w:t>
              <w:br/>
              <w:t>Географическая линия: Биосфера, природные комплексы и итоговый практикум — 1 ч</w:t>
              <w:br/>
              <w:t>Историческая линия: История родного края в Средние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Связи, влияние человека и итоговое исследование; Широтная зональность, местный комплекс и карта; Региональные источники, археология, поселения и культурные связи.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Растительные сообщества, хозяйственное значение и охрана — 1 ч</w:t>
              <w:br/>
              <w:t>Географическая линия: Биосфера, природные комплексы и итоговый практикум — 1 ч</w:t>
              <w:br/>
              <w:t>Историческая линия: Итоговый исторический проект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Связи, влияние человека и итоговое исследование; Широтная зональность, местный комплекс и карта; Проблемный вопрос, карта, временная линия, источники и вывод.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Растительные сообщества, хозяйственное значение и охрана — 1 ч</w:t>
              <w:br/>
              <w:t>Географическая линия: Биосфера, природные комплексы и итоговый практикум — 1 ч</w:t>
              <w:br/>
              <w:t>Историческая линия: Итоговый исторический проект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Связи, влияние человека и итоговое исследование; Широтная зональность, местный комплекс и карта; Проблемный вопрос, карта, временная линия, источники и вывод.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10.8. Модуль 7: 13–14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256 часов; 32 недели; 8 занятий в неделю по 40 минут: биология — 1, география — 2, физика — 2, история — 3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Животный организм и методы зоологии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Признаки, симметрия, ткани и органы на обзорном уровне, этичное наблюдение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Беспозвоночные животные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Основные группы, строение, жизненные процессы и экологическая роль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Позвоночные животные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Рыбы, земноводные, пресмыкающиеся, птицы и млекопитающие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Поведение, размножение и развитие животных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Инстинкт, обучение, жизненные циклы и приспособления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 в экосистемах, хозяйстве и охране природы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Пищевые сети, биоразнообразие и итоговая работа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Географическая оболочка, карты и методы комплексного описания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Тематические карты, профиль, климатограмма и источники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Атмосфера и климат Земли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Воздушные массы, пояса, факторы климата и чтение климатических диаграмм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Мировой океан и воды материков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Течения, водные массы, реки и озёра, использование и охрана 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Материки Южного полушария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Рельеф, климат, воды, природные зоны, население и экологические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Материки Северного полушария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Сопоставление природных условий, населения, хозяйственной деятельности и рисков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Человек на планете: население, страны и глобальные связи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Политическая карта, расселение, культура и устойчивое развитие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географическое исследование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Комплексная характеристика территории по картам и данным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ФИЗИЧЕСКАЯ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Физика и естественно-научный метод. Величина и измерение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Прибор, цена деления, единицы, погрешность на доступном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Строение вещества и агрегатные состояния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Атомно-молекулярная модель, диффузия, взаимодействие частиц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Механическое движение, скорость и взаимодействие тел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Путь, время, скорость, инерция, масса, плотность, сила и трение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Давление твёрдых тел, жидкостей и газов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Давление, закон Паскаля, атмосферное давление, архимедова сила и плавание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Работа, мощность, энергия и простые механизмы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Рычаг, блок, наклонная плоскость, КПД и превращения энергии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Безопасные лабораторные и расчётные практикумы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Измерение, таблица, график, расчёт и оценка результата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физическое исследование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Гипотеза, метод, данные, погрешность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Историческое исследование раннего Нового времени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Периодизация, карта, статистические и визуальные источники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Европа и мир в эпоху географических открытий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Открытия, колониальные контакты, обмены, конфликты и последствия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Реформация, государства и общество раннего Нового времени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Религиозные изменения, абсолютизм, экономика, культура и наука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XVI веке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Государство, общество, внешняя политика, культура и спорные оценки источников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и мир в XVII веке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Смутное время, восстановление государства, хозяйство, общество и культура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родного края в раннее Новое время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Заселение, границы, хозяйство, источники и карта региона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исторический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Сопоставление источников, причинно-следственная схема и защита вывода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256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Животный организм и методы зоологии — 1 ч</w:t>
              <w:br/>
              <w:t>Географическая линия: Географическая оболочка, карты и методы комплексного описания — 2 ч</w:t>
              <w:br/>
              <w:t>Физическая линия: Физика и естественно-научный метод. Величина и измерение — 2 ч</w:t>
              <w:br/>
              <w:t>Историческая линия: Историческое исследование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Признаки, симметрия, ткани и органы на обзорном уровне, этичное наблюдение; Тематические карты, профиль, климатограмма и источники данных; Прибор, цена деления, единицы, погрешность на доступном уровне; Периодизация, карта, статистические и визуальные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Животный организм и методы зоологии — 1 ч</w:t>
              <w:br/>
              <w:t>Географическая линия: Географическая оболочка, карты и методы комплексного описания — 2 ч</w:t>
              <w:br/>
              <w:t>Физическая линия: Физика и естественно-научный метод. Величина и измерение — 2 ч</w:t>
              <w:br/>
              <w:t>Историческая линия: Историческое исследование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Признаки, симметрия, ткани и органы на обзорном уровне, этичное наблюдение; Тематические карты, профиль, климатограмма и источники данных; Прибор, цена деления, единицы, погрешность на доступном уровне; Периодизация, карта, статистические и визуальные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Животный организм и методы зоологии — 1 ч</w:t>
              <w:br/>
              <w:t>Географическая линия: Географическая оболочка, карты и методы комплексного описания — 2 ч</w:t>
              <w:br/>
              <w:t>Физическая линия: Строение вещества и агрегатные состояния — 2 ч</w:t>
              <w:br/>
              <w:t>Историческая линия: Историческое исследование раннего Нового времени / Европа и мир в эпоху географических открытий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Признаки, симметрия, ткани и органы на обзорном уровне, этичное наблюдение; Тематические карты, профиль, климатограмма и источники данных; Атомно-молекулярная модель, диффузия, взаимодействие частиц; Периодизация, карта, статистические и визуальные источники; Открытия, колониальные контакты, обмены, конфликты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Животный организм и методы зоологии — 1 ч</w:t>
              <w:br/>
              <w:t>Географическая линия: Атмосфера и климат Земли — 2 ч</w:t>
              <w:br/>
              <w:t>Физическая линия: Строение вещества и агрегатные состояния — 2 ч</w:t>
              <w:br/>
              <w:t>Историческая линия: Европа и мир в эпоху географических открытий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Признаки, симметрия, ткани и органы на обзорном уровне, этичное наблюдение; Воздушные массы, пояса, факторы климата и чтение климатических диаграмм; Атомно-молекулярная модель, диффузия, взаимодействие частиц; Открытия, колониальные контакты, обмены, конфликты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Атмосфера и климат Земли — 2 ч</w:t>
              <w:br/>
              <w:t>Физическая линия: Строение вещества и агрегатные состояния — 2 ч</w:t>
              <w:br/>
              <w:t>Историческая линия: Европа и мир в эпоху географических открытий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Воздушные массы, пояса, факторы климата и чтение климатических диаграмм; Атомно-молекулярная модель, диффузия, взаимодействие частиц; Открытия, колониальные контакты, обмены, конфликты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Атмосфера и климат Земли — 2 ч</w:t>
              <w:br/>
              <w:t>Физическая линия: Строение вещества и агрегатные состояния — 2 ч</w:t>
              <w:br/>
              <w:t>Историческая линия: Европа и мир в эпоху географических открытий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Воздушные массы, пояса, факторы климата и чтение климатических диаграмм; Атомно-молекулярная модель, диффузия, взаимодействие частиц; Открытия, колониальные контакты, обмены, конфликты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Атмосфера и климат Земли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Европа и мир в эпоху географических открытий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Воздушные массы, пояса, факторы климата и чтение климатических диаграмм; Путь, время, скорость, инерция, масса, плотность, сила и трение; Открытия, колониальные контакты, обмены, конфликты и последствия.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Атмосфера и климат Земли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Европа и мир в эпоху географических открытий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Воздушные массы, пояса, факторы климата и чтение климатических диаграмм; Путь, время, скорость, инерция, масса, плотность, сила и трение; Открытия, колониальные контакты, обмены, конфликты и последствия.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Мировой океан и воды материков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Реформация, государства и общество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Течения, водные массы, реки и озёра, использование и охрана вод; Путь, время, скорость, инерция, масса, плотность, сила и трение; Религиозные изменения, абсолютизм, экономика, культура и наука.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Мировой океан и воды материков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Реформация, государства и общество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Течения, водные массы, реки и озёра, использование и охрана вод; Путь, время, скорость, инерция, масса, плотность, сила и трение; Религиозные изменения, абсолютизм, экономика, культура и наука.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Мировой океан и воды материков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Реформация, государства и общество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Течения, водные массы, реки и озёра, использование и охрана вод; Путь, время, скорость, инерция, масса, плотность, сила и трение; Религиозные изменения, абсолютизм, экономика, культура и наука.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Беспозвоночные животные — 1 ч</w:t>
              <w:br/>
              <w:t>Географическая линия: Мировой океан и воды материков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Реформация, государства и общество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группы, строение, жизненные процессы и экологическая роль; Течения, водные массы, реки и озёра, использование и охрана вод; Путь, время, скорость, инерция, масса, плотность, сила и трение; Религиозные изменения, абсолютизм, экономика, культура и наука.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Мировой океан и воды материков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Реформация, государства и общество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Течения, водные массы, реки и озёра, использование и охрана вод; Путь, время, скорость, инерция, масса, плотность, сила и трение; Религиозные изменения, абсолютизм, экономика, культура и наука.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Мировой океан и воды материков — 2 ч</w:t>
              <w:br/>
              <w:t>Физическая линия: Механическое движение, скорость и взаимодействие тел — 2 ч</w:t>
              <w:br/>
              <w:t>Историческая линия: Реформация, государства и общество раннего Нового времени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Течения, водные массы, реки и озёра, использование и охрана вод; Путь, время, скорость, инерция, масса, плотность, сила и трение; Религиозные изменения, абсолютизм, экономика, культура и наука.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Материки Южного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Реформация, государства и общество раннего Нового времени /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Рельеф, климат, воды, природные зоны, население и экологические вопросы; Давление, закон Паскаля, атмосферное давление, архимедова сила и плавание; Религиозные изменения, абсолютизм, экономика, культура и наука; Государство, общество, внешняя политика, культура и спорные оценки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Материки Южного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Рельеф, климат, воды, природные зоны, население и экологические вопросы; Давление, закон Паскаля, атмосферное давление, архимедова сила и плавание; Государство, общество, внешняя политика, культура и спорные оценки источников.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Материки Южного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Рельеф, климат, воды, природные зоны, население и экологические вопросы; Давление, закон Паскаля, атмосферное давление, архимедова сила и плавание; Государство, общество, внешняя политика, культура и спорные оценки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Материки Южного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Рельеф, климат, воды, природные зоны, население и экологические вопросы; Давление, закон Паскаля, атмосферное давление, архимедова сила и плавание; Государство, общество, внешняя политика, культура и спорные оценки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Материки Южного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Рельеф, климат, воды, природные зоны, население и экологические вопросы; Давление, закон Паскаля, атмосферное давление, архимедова сила и плавание; Государство, общество, внешняя политика, культура и спорные оценки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Позвоночные животные — 1 ч</w:t>
              <w:br/>
              <w:t>Географическая линия: Материки Южного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Рыбы, земноводные, пресмыкающиеся, птицы и млекопитающие; Рельеф, климат, воды, природные зоны, население и экологические вопросы; Давление, закон Паскаля, атмосферное давление, архимедова сила и плавание; Государство, общество, внешняя политика, культура и спорные оценки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Материки Северного полушария — 2 ч</w:t>
              <w:br/>
              <w:t>Физическая линия: Давление твёрдых тел, жидкостей и газов — 2 ч</w:t>
              <w:br/>
              <w:t>Историческая линия: Россия в XVI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Сопоставление природных условий, населения, хозяйственной деятельности и рисков; Давление, закон Паскаля, атмосферное давление, архимедова сила и плавание; Государство, общество, внешняя политика, культура и спорные оценки источников.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Материки Северного полушария — 2 ч</w:t>
              <w:br/>
              <w:t>Физическая линия: Работа, мощность, энергия и простые механизмы — 2 ч</w:t>
              <w:br/>
              <w:t>Историческая линия: Россия в XVI веке / Россия и мир в XVII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Сопоставление природных условий, населения, хозяйственной деятельности и рисков; Рычаг, блок, наклонная плоскость, КПД и превращения энергии; Государство, общество, внешняя политика, культура и спорные оценки источников; Смутное время, восстановление государства, хозяйство, общество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Материки Северного полушария — 2 ч</w:t>
              <w:br/>
              <w:t>Физическая линия: Работа, мощность, энергия и простые механизмы — 2 ч</w:t>
              <w:br/>
              <w:t>Историческая линия: Россия и мир в XVII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Сопоставление природных условий, населения, хозяйственной деятельности и рисков; Рычаг, блок, наклонная плоскость, КПД и превращения энергии; Смутное время, восстановление государства, хозяйство, общество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Материки Северного полушария — 2 ч</w:t>
              <w:br/>
              <w:t>Физическая линия: Работа, мощность, энергия и простые механизмы — 2 ч</w:t>
              <w:br/>
              <w:t>Историческая линия: Россия и мир в XVII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Сопоставление природных условий, населения, хозяйственной деятельности и рисков; Рычаг, блок, наклонная плоскость, КПД и превращения энергии; Смутное время, восстановление государства, хозяйство, общество и культура.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Материки Северного полушария — 2 ч</w:t>
              <w:br/>
              <w:t>Физическая линия: Работа, мощность, энергия и простые механизмы — 2 ч</w:t>
              <w:br/>
              <w:t>Историческая линия: Россия и мир в XVII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Сопоставление природных условий, населения, хозяйственной деятельности и рисков; Рычаг, блок, наклонная плоскость, КПД и превращения энергии; Смутное время, восстановление государства, хозяйство, общество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Материки Северного полушария — 2 ч</w:t>
              <w:br/>
              <w:t>Физическая линия: Работа, мощность, энергия и простые механизмы — 2 ч</w:t>
              <w:br/>
              <w:t>Историческая линия: Россия и мир в XVII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Сопоставление природных условий, населения, хозяйственной деятельности и рисков; Рычаг, блок, наклонная плоскость, КПД и превращения энергии; Смутное время, восстановление государства, хозяйство, общество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Человек на планете: население, страны и глобальные связи — 2 ч</w:t>
              <w:br/>
              <w:t>Физическая линия: Работа, мощность, энергия и простые механизмы — 2 ч</w:t>
              <w:br/>
              <w:t>Историческая линия: Россия и мир в XVII веке / История родного края в раннее Новое время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Политическая карта, расселение, культура и устойчивое развитие; Рычаг, блок, наклонная плоскость, КПД и превращения энергии; Смутное время, восстановление государства, хозяйство, общество и культура; Заселение, границы, хозяйство, источники и карта региона.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Поведение, размножение и развитие животных — 1 ч</w:t>
              <w:br/>
              <w:t>Географическая линия: Человек на планете: население, страны и глобальные связи — 2 ч</w:t>
              <w:br/>
              <w:t>Физическая линия: Безопасные лабораторные и расчётные практикумы — 2 ч</w:t>
              <w:br/>
              <w:t>Историческая линия: История родного края в раннее Новое время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Инстинкт, обучение, жизненные циклы и приспособления; Политическая карта, расселение, культура и устойчивое развитие; Измерение, таблица, график, расчёт и оценка результата; Заселение, границы, хозяйство, источники и карта региона.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Животные в экосистемах, хозяйстве и охране природы — 1 ч</w:t>
              <w:br/>
              <w:t>Географическая линия: Человек на планете: население, страны и глобальные связи — 2 ч</w:t>
              <w:br/>
              <w:t>Физическая линия: Безопасные лабораторные и расчётные практикумы — 2 ч</w:t>
              <w:br/>
              <w:t>Историческая линия: История родного края в раннее Новое время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Пищевые сети, биоразнообразие и итоговая работа; Политическая карта, расселение, культура и устойчивое развитие; Измерение, таблица, график, расчёт и оценка результата; Заселение, границы, хозяйство, источники и карта региона.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Животные в экосистемах, хозяйстве и охране природы — 1 ч</w:t>
              <w:br/>
              <w:t>Географическая линия: Человек на планете: население, страны и глобальные связи — 2 ч</w:t>
              <w:br/>
              <w:t>Физическая линия: Безопасные лабораторные и расчётные практикумы — 2 ч</w:t>
              <w:br/>
              <w:t>Историческая линия: История родного края в раннее Новое время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Пищевые сети, биоразнообразие и итоговая работа; Политическая карта, расселение, культура и устойчивое развитие; Измерение, таблица, график, расчёт и оценка результата; Заселение, границы, хозяйство, источники и карта региона.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Животные в экосистемах, хозяйстве и охране природы — 1 ч</w:t>
              <w:br/>
              <w:t>Географическая линия: Итоговое географическое исследование — 2 ч</w:t>
              <w:br/>
              <w:t>Физическая линия: Итоговое физическое исследование — 2 ч</w:t>
              <w:br/>
              <w:t>Историческая линия: Итоговый исторический проект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Пищевые сети, биоразнообразие и итоговая работа; Комплексная характеристика территории по картам и данным; Гипотеза, метод, данные, погрешность и вывод; Сопоставление источников, причинно-следственная схема и защита вывода.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Животные в экосистемах, хозяйстве и охране природы — 1 ч</w:t>
              <w:br/>
              <w:t>Географическая линия: Итоговое географическое исследование — 2 ч</w:t>
              <w:br/>
              <w:t>Физическая линия: Итоговое физическое исследование — 2 ч</w:t>
              <w:br/>
              <w:t>Историческая линия: Итоговый исторический проект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Пищевые сети, биоразнообразие и итоговая работа; Комплексная характеристика территории по картам и данным; Гипотеза, метод, данные, погрешность и вывод; Сопоставление источников, причинно-следственная схема и защита вывода.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10.9. Модуль 8: 14–15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352 часа; 32 недели; 11 занятий в неделю по 40 минут: биология — 2, география — 2, физика — 2, химия — 2, история — 3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Человек как биосоциальное существо. Ткани и регуляция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Уровни организации, нервная и гуморальная регуляция на базовом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Опора, движение, кровь и кровообращение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Строение, функции, профилактика нарушений и безопасные наблюдения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Дыхание, питание, обмен веществ и выделение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Системы органов, гигиена, энергетический баланс без назначения медицинских норм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Нервная система, органы чувств и поведение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Рефлекс, анализатор, сон, внимание, влияние режима и цифровой нагрузки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Размножение, развитие и ответственное отношение к здоровью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Возрастно уместная научная информация, личные границы и проверенные источники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Здоровье, среда и профилактика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Факторы риска, обращение к специалисту, критическая оценка медицинской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по физиологии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Обезличенные наблюдения, таблица, график и вывод без диагностики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мире: положение, границы, время и источники геоданных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Карта, часовые зоны, сравнение масштабов и проверка источника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Геологическое строение, рельеф и минеральные ресурсы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Тектоническая и физическая карты, связь строения и рельефа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Климат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Факторы, воздушные массы, климатограммы, опасные явления и адаптация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Внутренние воды, моря, почвы и природные зоны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Бассейны, водные ресурсы, почвообразование и зональность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Население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Размещение, миграции, урбанизация, культурное многообразие и демографические данные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Природопользование и геоэкологические проблемы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Ресурс, риск, последствия, устойчивые решения и региональный пример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региона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 карт, статистика, проблема и обоснованный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ФИЗИЧЕСКАЯ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Тепловое движение и внутренняя энергия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Модель частиц, температура, способы изменения внутренней энергии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Теплопередача, количество теплоты и фазовые переходы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Теплопроводность, конвекция, излучение, плавление, кипение и расчёты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Электрические явления и электрическая цепь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Заряд, ток, напряжение, сопротивление, закон Ома и безопасная сборка низковольтной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Работа и мощность тока. Магнитные явления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Энергия, нагрев, магнитное поле, электромагнит и технические применения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Световые явления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Отражение, преломление, линза, изображение и оптическая безопасность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лабораторно-расчётная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Данные, график, расчёт, погрешность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ХИМИЧЕСКАЯ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Химия, вещество и безопасная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Наблюдение, модель, знак опасности, запрет самостоятельных опытов без педагога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Атомы, молекулы, химические элементы и периодическая система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Состав вещества, символы, порядковый номер и модель атома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Простые и сложные вещества. Формулы и относительные массы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 формул, состав, расчёты и связь строения со свойствами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Химическая реакция и уравнение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Признаки реакции, закон сохранения массы, коэффициенты и типы реакций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Кислород, водород, вода и растворы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Свойства, получение на уровне модели, растворимость и безопасные демонстрации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Основные классы неорганических соединений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Оксиды, кислоты, основания, соли и генетические связи на базовом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Химия и окружающая среда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Качество воды и воздуха, бытовые вещества, маркировка и ответственное обращение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химическая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Формула, уравнение, расчёт, анализ безопасной демонстрации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Исторический источник и карта XVIII — начала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Периодизация, авторство, статистика, визуальный и письменный источник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Европа и мир в XVIII веке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Просвещение, государство, общество, революции, экономика и культура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эпоху преобразований начала XVIII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Реформы, война, государство, общество, повседневность и цена изменений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во второй половине XVIII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Власть, сословия, экономика, внешняя политика, культура и просвещение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и мир в первой четверти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Международные отношения, Отечественная война, общество, управление и культура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родного края в XVIII — начале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Освоение территории, города, хозяйство, население и региональные источники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исторический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Проблемный вопрос, сопоставление источников, карта и аргументированный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352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как биосоциальное существо. Ткани и регуляция — 2 ч</w:t>
              <w:br/>
              <w:t>Географическая линия: Россия в мире: положение, границы, время и источники геоданных — 2 ч</w:t>
              <w:br/>
              <w:t>Физическая линия: Тепловое движение и внутренняя энергия — 2 ч</w:t>
              <w:br/>
              <w:t>Химическая линия: Химия, вещество и безопасная работа — 2 ч</w:t>
              <w:br/>
              <w:t>Историческая линия: Исторический источник и карта XVIII — начала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Уровни организации, нервная и гуморальная регуляция на базовом уровне; Карта, часовые зоны, сравнение масштабов и проверка источника; Модель частиц, температура, способы изменения внутренней энергии; Наблюдение, модель, знак опасности, запрет самостоятельных опытов без педагога; Периодизация, авторство, статистика, визуальный и письменный источник.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как биосоциальное существо. Ткани и регуляция — 2 ч</w:t>
              <w:br/>
              <w:t>Географическая линия: Россия в мире: положение, границы, время и источники геоданных — 2 ч</w:t>
              <w:br/>
              <w:t>Физическая линия: Тепловое движение и внутренняя энергия — 2 ч</w:t>
              <w:br/>
              <w:t>Химическая линия: Химия, вещество и безопасная работа — 2 ч</w:t>
              <w:br/>
              <w:t>Историческая линия: Исторический источник и карта XVIII — начала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Уровни организации, нервная и гуморальная регуляция на базовом уровне; Карта, часовые зоны, сравнение масштабов и проверка источника; Модель частиц, температура, способы изменения внутренней энергии; Наблюдение, модель, знак опасности, запрет самостоятельных опытов без педагога; Периодизация, авторство, статистика, визуальный и письменный источник.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как биосоциальное существо. Ткани и регуляция — 2 ч</w:t>
              <w:br/>
              <w:t>Географическая линия: Россия в мире: положение, границы, время и источники геоданных — 2 ч</w:t>
              <w:br/>
              <w:t>Физическая линия: Тепловое движение и внутренняя энергия — 2 ч</w:t>
              <w:br/>
              <w:t>Химическая линия: Атомы, молекулы, химические элементы и периодическая система — 2 ч</w:t>
              <w:br/>
              <w:t>Историческая линия: Исторический источник и карта XVIII — начала XIX века / Европа и мир в XVIII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Уровни организации, нервная и гуморальная регуляция на базовом уровне; Карта, часовые зоны, сравнение масштабов и проверка источника; Модель частиц, температура, способы изменения внутренней энергии; Состав вещества, символы, порядковый номер и модель атома; Периодизация, авторство, статистика, визуальный и письменный источник; Просвещение, государство, общество, революции, экономика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Опора, движение, кровь и кровообращение — 2 ч</w:t>
              <w:br/>
              <w:t>Географическая линия: Геологическое строение, рельеф и минеральные ресурсы — 2 ч</w:t>
              <w:br/>
              <w:t>Физическая линия: Теплопередача, количество теплоты и фазовые переходы — 2 ч</w:t>
              <w:br/>
              <w:t>Химическая линия: Атомы, молекулы, химические элементы и периодическая система — 2 ч</w:t>
              <w:br/>
              <w:t>Историческая линия: Европа и мир в XVIII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Строение, функции, профилактика нарушений и безопасные наблюдения; Тектоническая и физическая карты, связь строения и рельефа; Теплопроводность, конвекция, излучение, плавление, кипение и расчёты; Состав вещества, символы, порядковый номер и модель атома; Просвещение, государство, общество, революции, экономика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Опора, движение, кровь и кровообращение — 2 ч</w:t>
              <w:br/>
              <w:t>Географическая линия: Геологическое строение, рельеф и минеральные ресурсы — 2 ч</w:t>
              <w:br/>
              <w:t>Физическая линия: Теплопередача, количество теплоты и фазовые переходы — 2 ч</w:t>
              <w:br/>
              <w:t>Химическая линия: Атомы, молекулы, химические элементы и периодическая система — 2 ч</w:t>
              <w:br/>
              <w:t>Историческая линия: Европа и мир в XVIII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Строение, функции, профилактика нарушений и безопасные наблюдения; Тектоническая и физическая карты, связь строения и рельефа; Теплопроводность, конвекция, излучение, плавление, кипение и расчёты; Состав вещества, символы, порядковый номер и модель атома; Просвещение, государство, общество, революции, экономика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Опора, движение, кровь и кровообращение — 2 ч</w:t>
              <w:br/>
              <w:t>Географическая линия: Геологическое строение, рельеф и минеральные ресурсы — 2 ч</w:t>
              <w:br/>
              <w:t>Физическая линия: Теплопередача, количество теплоты и фазовые переходы — 2 ч</w:t>
              <w:br/>
              <w:t>Химическая линия: Атомы, молекулы, химические элементы и периодическая система — 2 ч</w:t>
              <w:br/>
              <w:t>Историческая линия: Европа и мир в XVIII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Строение, функции, профилактика нарушений и безопасные наблюдения; Тектоническая и физическая карты, связь строения и рельефа; Теплопроводность, конвекция, излучение, плавление, кипение и расчёты; Состав вещества, символы, порядковый номер и модель атома; Просвещение, государство, общество, революции, экономика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Опора, движение, кровь и кровообращение — 2 ч</w:t>
              <w:br/>
              <w:t>Географическая линия: Геологическое строение, рельеф и минеральные ресурсы — 2 ч</w:t>
              <w:br/>
              <w:t>Физическая линия: Теплопередача, количество теплоты и фазовые переходы — 2 ч</w:t>
              <w:br/>
              <w:t>Химическая линия: Атомы, молекулы, химические элементы и периодическая система — 2 ч</w:t>
              <w:br/>
              <w:t>Историческая линия: Европа и мир в XVIII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Строение, функции, профилактика нарушений и безопасные наблюдения; Тектоническая и физическая карты, связь строения и рельефа; Теплопроводность, конвекция, излучение, плавление, кипение и расчёты; Состав вещества, символы, порядковый номер и модель атома; Просвещение, государство, общество, революции, экономика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Опора, движение, кровь и кровообращение — 2 ч</w:t>
              <w:br/>
              <w:t>Географическая линия: Геологическое строение, рельеф и минеральные ресурсы — 2 ч</w:t>
              <w:br/>
              <w:t>Физическая линия: Теплопередача, количество теплоты и фазовые переходы — 2 ч</w:t>
              <w:br/>
              <w:t>Химическая линия: Простые и сложные вещества. Формулы и относительные массы — 2 ч</w:t>
              <w:br/>
              <w:t>Историческая линия: Европа и мир в XVIII веке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Строение, функции, профилактика нарушений и безопасные наблюдения; Тектоническая и физическая карты, связь строения и рельефа; Теплопроводность, конвекция, излучение, плавление, кипение и расчёты; Чтение формул, состав, расчёты и связь строения со свойствами; Просвещение, государство, общество, революции, экономика и культура.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Опора, движение, кровь и кровообращение — 2 ч</w:t>
              <w:br/>
              <w:t>Географическая линия: Климат России — 2 ч</w:t>
              <w:br/>
              <w:t>Физическая линия: Теплопередача, количество теплоты и фазовые переходы — 2 ч</w:t>
              <w:br/>
              <w:t>Химическая линия: Простые и сложные вещества. Формулы и относительные массы — 2 ч</w:t>
              <w:br/>
              <w:t>Историческая линия: Россия в эпоху преобразований начала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Строение, функции, профилактика нарушений и безопасные наблюдения; Факторы, воздушные массы, климатограммы, опасные явления и адаптация; Теплопроводность, конвекция, излучение, плавление, кипение и расчёты; Чтение формул, состав, расчёты и связь строения со свойствами; Реформы, война, государство, общество, повседневность и цена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Климат России — 2 ч</w:t>
              <w:br/>
              <w:t>Физическая линия: Теплопередача, количество теплоты и фазовые переходы — 2 ч</w:t>
              <w:br/>
              <w:t>Химическая линия: Простые и сложные вещества. Формулы и относительные массы — 2 ч</w:t>
              <w:br/>
              <w:t>Историческая линия: Россия в эпоху преобразований начала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Факторы, воздушные массы, климатограммы, опасные явления и адаптация; Теплопроводность, конвекция, излучение, плавление, кипение и расчёты; Чтение формул, состав, расчёты и связь строения со свойствами; Реформы, война, государство, общество, повседневность и цена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Климат России — 2 ч</w:t>
              <w:br/>
              <w:t>Физическая линия: Теплопередача, количество теплоты и фазовые переходы — 2 ч</w:t>
              <w:br/>
              <w:t>Химическая линия: Простые и сложные вещества. Формулы и относительные массы — 2 ч</w:t>
              <w:br/>
              <w:t>Историческая линия: Россия в эпоху преобразований начала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Факторы, воздушные массы, климатограммы, опасные явления и адаптация; Теплопроводность, конвекция, излучение, плавление, кипение и расчёты; Чтение формул, состав, расчёты и связь строения со свойствами; Реформы, война, государство, общество, повседневность и цена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Климат России — 2 ч</w:t>
              <w:br/>
              <w:t>Физическая линия: Электрические явления и электрическая цепь — 2 ч</w:t>
              <w:br/>
              <w:t>Химическая линия: Простые и сложные вещества. Формулы и относительные массы — 2 ч</w:t>
              <w:br/>
              <w:t>Историческая линия: Россия в эпоху преобразований начала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Факторы, воздушные массы, климатограммы, опасные явления и адаптация; Заряд, ток, напряжение, сопротивление, закон Ома и безопасная сборка низковольтной модели; Чтение формул, состав, расчёты и связь строения со свойствами; Реформы, война, государство, общество, повседневность и цена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Климат России — 2 ч</w:t>
              <w:br/>
              <w:t>Физическая линия: Электрические явления и электрическая цепь — 2 ч</w:t>
              <w:br/>
              <w:t>Химическая линия: Простые и сложные вещества. Формулы и относительные массы — 2 ч</w:t>
              <w:br/>
              <w:t>Историческая линия: Россия в эпоху преобразований начала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Факторы, воздушные массы, климатограммы, опасные явления и адаптация; Заряд, ток, напряжение, сопротивление, закон Ома и безопасная сборка низковольтной модели; Чтение формул, состав, расчёты и связь строения со свойствами; Реформы, война, государство, общество, повседневность и цена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Климат России — 2 ч</w:t>
              <w:br/>
              <w:t>Физическая линия: Электрические явления и электрическая цепь — 2 ч</w:t>
              <w:br/>
              <w:t>Химическая линия: Химическая реакция и уравнение — 2 ч</w:t>
              <w:br/>
              <w:t>Историческая линия: Россия в эпоху преобразований начала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Факторы, воздушные массы, климатограммы, опасные явления и адаптация; Заряд, ток, напряжение, сопротивление, закон Ома и безопасная сборка низковольтной модели; Признаки реакции, закон сохранения массы, коэффициенты и типы реакций; Реформы, война, государство, общество, повседневность и цена изменений.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Внутренние воды, моря, почвы и природные зоны — 2 ч</w:t>
              <w:br/>
              <w:t>Физическая линия: Электрические явления и электрическая цепь — 2 ч</w:t>
              <w:br/>
              <w:t>Химическая линия: Химическая реакция и уравнение — 2 ч</w:t>
              <w:br/>
              <w:t>Историческая линия: Россия в эпоху преобразований начала XVIII века /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Бассейны, водные ресурсы, почвообразование и зональность; Заряд, ток, напряжение, сопротивление, закон Ома и безопасная сборка низковольтной модели; Признаки реакции, закон сохранения массы, коэффициенты и типы реакций; Реформы, война, государство, общество, повседневность и цена изменений; Власть, сословия, экономика, внешняя политика, культура и просвещение.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Дыхание, питание, обмен веществ и выделение — 2 ч</w:t>
              <w:br/>
              <w:t>Географическая линия: Внутренние воды, моря, почвы и природные зоны — 2 ч</w:t>
              <w:br/>
              <w:t>Физическая линия: Электрические явления и электрическая цепь — 2 ч</w:t>
              <w:br/>
              <w:t>Химическая линия: Химическая реакция и уравнение — 2 ч</w:t>
              <w:br/>
              <w:t>Историческая линия: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органов, гигиена, энергетический баланс без назначения медицинских норм; Бассейны, водные ресурсы, почвообразование и зональность; Заряд, ток, напряжение, сопротивление, закон Ома и безопасная сборка низковольтной модели; Признаки реакции, закон сохранения массы, коэффициенты и типы реакций; Власть, сословия, экономика, внешняя политика, культура и просвещение.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Внутренние воды, моря, почвы и природные зоны — 2 ч</w:t>
              <w:br/>
              <w:t>Физическая линия: Электрические явления и электрическая цепь — 2 ч</w:t>
              <w:br/>
              <w:t>Химическая линия: Химическая реакция и уравнение — 2 ч</w:t>
              <w:br/>
              <w:t>Историческая линия: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Бассейны, водные ресурсы, почвообразование и зональность; Заряд, ток, напряжение, сопротивление, закон Ома и безопасная сборка низковольтной модели; Признаки реакции, закон сохранения массы, коэффициенты и типы реакций; Власть, сословия, экономика, внешняя политика, культура и просвещение.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Внутренние воды, моря, почвы и природные зоны — 2 ч</w:t>
              <w:br/>
              <w:t>Физическая линия: Электрические явления и электрическая цепь — 2 ч</w:t>
              <w:br/>
              <w:t>Химическая линия: Химическая реакция и уравнение — 2 ч</w:t>
              <w:br/>
              <w:t>Историческая линия: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Бассейны, водные ресурсы, почвообразование и зональность; Заряд, ток, напряжение, сопротивление, закон Ома и безопасная сборка низковольтной модели; Признаки реакции, закон сохранения массы, коэффициенты и типы реакций; Власть, сословия, экономика, внешняя политика, культура и просвещение.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Внутренние воды, моря, почвы и природные зоны — 2 ч</w:t>
              <w:br/>
              <w:t>Физическая линия: Электрические явления и электрическая цепь — 2 ч</w:t>
              <w:br/>
              <w:t>Химическая линия: Химическая реакция и уравнение — 2 ч</w:t>
              <w:br/>
              <w:t>Историческая линия: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Бассейны, водные ресурсы, почвообразование и зональность; Заряд, ток, напряжение, сопротивление, закон Ома и безопасная сборка низковольтной модели; Признаки реакции, закон сохранения массы, коэффициенты и типы реакций; Власть, сословия, экономика, внешняя политика, культура и просвещение.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Внутренние воды, моря, почвы и природные зоны — 2 ч</w:t>
              <w:br/>
              <w:t>Физическая линия: Работа и мощность тока. Магнитные явления — 2 ч</w:t>
              <w:br/>
              <w:t>Химическая линия: Кислород, водород, вода и растворы — 2 ч</w:t>
              <w:br/>
              <w:t>Историческая линия: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Бассейны, водные ресурсы, почвообразование и зональность; Энергия, нагрев, магнитное поле, электромагнит и технические применения; Свойства, получение на уровне модели, растворимость и безопасные демонстрации; Власть, сословия, экономика, внешняя политика, культура и просвещение.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Население России — 2 ч</w:t>
              <w:br/>
              <w:t>Физическая линия: Работа и мощность тока. Магнитные явления — 2 ч</w:t>
              <w:br/>
              <w:t>Химическая линия: Кислород, водород, вода и растворы — 2 ч</w:t>
              <w:br/>
              <w:t>Историческая линия: Россия во второй половине XVIII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Размещение, миграции, урбанизация, культурное многообразие и демографические данные; Энергия, нагрев, магнитное поле, электромагнит и технические применения; Свойства, получение на уровне модели, растворимость и безопасные демонстрации; Власть, сословия, экономика, внешняя политика, культура и просвещение.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Население России — 2 ч</w:t>
              <w:br/>
              <w:t>Физическая линия: Работа и мощность тока. Магнитные явления — 2 ч</w:t>
              <w:br/>
              <w:t>Химическая линия: Кислород, водород, вода и растворы — 2 ч</w:t>
              <w:br/>
              <w:t>Историческая линия: Россия во второй половине XVIII века / Россия и мир в первой четверти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Размещение, миграции, урбанизация, культурное многообразие и демографические данные; Энергия, нагрев, магнитное поле, электромагнит и технические применения; Свойства, получение на уровне модели, растворимость и безопасные демонстрации; Власть, сословия, экономика, внешняя политика, культура и просвещение; Международные отношения, Отечественная война, общество, управление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Нервная система, органы чувств и поведение — 2 ч</w:t>
              <w:br/>
              <w:t>Географическая линия: Население России — 2 ч</w:t>
              <w:br/>
              <w:t>Физическая линия: Работа и мощность тока. Магнитные явления — 2 ч</w:t>
              <w:br/>
              <w:t>Химическая линия: Кислород, водород, вода и растворы — 2 ч</w:t>
              <w:br/>
              <w:t>Историческая линия: Россия и мир в первой четверти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Рефлекс, анализатор, сон, внимание, влияние режима и цифровой нагрузки; Размещение, миграции, урбанизация, культурное многообразие и демографические данные; Энергия, нагрев, магнитное поле, электромагнит и технические применения; Свойства, получение на уровне модели, растворимость и безопасные демонстрации; Международные отношения, Отечественная война, общество, управление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развитие и ответственное отношение к здоровью — 2 ч</w:t>
              <w:br/>
              <w:t>Географическая линия: Население России — 2 ч</w:t>
              <w:br/>
              <w:t>Физическая линия: Работа и мощность тока. Магнитные явления — 2 ч</w:t>
              <w:br/>
              <w:t>Химическая линия: Кислород, водород, вода и растворы — 2 ч</w:t>
              <w:br/>
              <w:t>Историческая линия: Россия и мир в первой четверти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Возрастно уместная научная информация, личные границы и проверенные источники; Размещение, миграции, урбанизация, культурное многообразие и демографические данные; Энергия, нагрев, магнитное поле, электромагнит и технические применения; Свойства, получение на уровне модели, растворимость и безопасные демонстрации; Международные отношения, Отечественная война, общество, управление и культура.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развитие и ответственное отношение к здоровью — 2 ч</w:t>
              <w:br/>
              <w:t>Географическая линия: Население России — 2 ч</w:t>
              <w:br/>
              <w:t>Физическая линия: Работа и мощность тока. Магнитные явления — 2 ч</w:t>
              <w:br/>
              <w:t>Химическая линия: Основные классы неорганических соединений — 2 ч</w:t>
              <w:br/>
              <w:t>Историческая линия: Россия и мир в первой четверти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Возрастно уместная научная информация, личные границы и проверенные источники; Размещение, миграции, урбанизация, культурное многообразие и демографические данные; Энергия, нагрев, магнитное поле, электромагнит и технические применения; Оксиды, кислоты, основания, соли и генетические связи на базовом уровне; Международные отношения, Отечественная война, общество, управление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развитие и ответственное отношение к здоровью — 2 ч</w:t>
              <w:br/>
              <w:t>Географическая линия: Население России — 2 ч</w:t>
              <w:br/>
              <w:t>Физическая линия: Работа и мощность тока. Магнитные явления — 2 ч</w:t>
              <w:br/>
              <w:t>Химическая линия: Основные классы неорганических соединений — 2 ч</w:t>
              <w:br/>
              <w:t>Историческая линия: Россия и мир в первой четверти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Возрастно уместная научная информация, личные границы и проверенные источники; Размещение, миграции, урбанизация, культурное многообразие и демографические данные; Энергия, нагрев, магнитное поле, электромагнит и технические применения; Оксиды, кислоты, основания, соли и генетические связи на базовом уровне; Международные отношения, Отечественная война, общество, управление и культура.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развитие и ответственное отношение к здоровью — 2 ч</w:t>
              <w:br/>
              <w:t>Географическая линия: Природопользование и геоэкологические проблемы — 2 ч</w:t>
              <w:br/>
              <w:t>Физическая линия: Световые явления — 2 ч</w:t>
              <w:br/>
              <w:t>Химическая линия: Основные классы неорганических соединений — 2 ч</w:t>
              <w:br/>
              <w:t>Историческая линия: Россия и мир в первой четверти XIX века / История родного края в XVIII — начале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Возрастно уместная научная информация, личные границы и проверенные источники; Ресурс, риск, последствия, устойчивые решения и региональный пример; Отражение, преломление, линза, изображение и оптическая безопасность; Оксиды, кислоты, основания, соли и генетические связи на базовом уровне; Международные отношения, Отечественная война, общество, управление и культура; Освоение территории, города, хозяйство, население и региональные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развитие и ответственное отношение к здоровью — 2 ч</w:t>
              <w:br/>
              <w:t>Географическая линия: Природопользование и геоэкологические проблемы — 2 ч</w:t>
              <w:br/>
              <w:t>Физическая линия: Световые явления — 2 ч</w:t>
              <w:br/>
              <w:t>Химическая линия: Основные классы неорганических соединений — 2 ч</w:t>
              <w:br/>
              <w:t>Историческая линия: История родного края в XVIII — начале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Возрастно уместная научная информация, личные границы и проверенные источники; Ресурс, риск, последствия, устойчивые решения и региональный пример; Отражение, преломление, линза, изображение и оптическая безопасность; Оксиды, кислоты, основания, соли и генетические связи на базовом уровне; Освоение территории, города, хозяйство, население и региональные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Здоровье, среда и профилактика — 2 ч</w:t>
              <w:br/>
              <w:t>Географическая линия: Природопользование и геоэкологические проблемы — 2 ч</w:t>
              <w:br/>
              <w:t>Физическая линия: Световые явления — 2 ч</w:t>
              <w:br/>
              <w:t>Химическая линия: Химия и окружающая среда — 2 ч</w:t>
              <w:br/>
              <w:t>Историческая линия: История родного края в XVIII — начале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 риска, обращение к специалисту, критическая оценка медицинской информации; Ресурс, риск, последствия, устойчивые решения и региональный пример; Отражение, преломление, линза, изображение и оптическая безопасность; Качество воды и воздуха, бытовые вещества, маркировка и ответственное обращение; Освоение территории, города, хозяйство, население и региональные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Здоровье, среда и профилактика — 2 ч</w:t>
              <w:br/>
              <w:t>Географическая линия: Природопользование и геоэкологические проблемы — 2 ч</w:t>
              <w:br/>
              <w:t>Физическая линия: Световые явления — 2 ч</w:t>
              <w:br/>
              <w:t>Химическая линия: Химия и окружающая среда — 2 ч</w:t>
              <w:br/>
              <w:t>Историческая линия: История родного края в XVIII — начале XIX века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 риска, обращение к специалисту, критическая оценка медицинской информации; Ресурс, риск, последствия, устойчивые решения и региональный пример; Отражение, преломление, линза, изображение и оптическая безопасность; Качество воды и воздуха, бытовые вещества, маркировка и ответственное обращение; Освоение территории, города, хозяйство, население и региональные источники.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исследование по физиологии — 2 ч</w:t>
              <w:br/>
              <w:t>Географическая линия: Итоговое исследование региона России — 2 ч</w:t>
              <w:br/>
              <w:t>Физическая линия: Итоговая лабораторно-расчётная работа — 2 ч</w:t>
              <w:br/>
              <w:t>Химическая линия: Итоговая химическая работа — 2 ч</w:t>
              <w:br/>
              <w:t>Историческая линия: Итоговый исторический проект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Обезличенные наблюдения, таблица, график и вывод без диагностики; Система карт, статистика, проблема и обоснованный вывод; Данные, график, расчёт, погрешность и вывод; Формула, уравнение, расчёт, анализ безопасной демонстрации и вывод; Проблемный вопрос, сопоставление источников, карта и аргументированный вывод.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исследование по физиологии — 2 ч</w:t>
              <w:br/>
              <w:t>Географическая линия: Итоговое исследование региона России — 2 ч</w:t>
              <w:br/>
              <w:t>Физическая линия: Итоговая лабораторно-расчётная работа — 2 ч</w:t>
              <w:br/>
              <w:t>Химическая линия: Итоговая химическая работа — 2 ч</w:t>
              <w:br/>
              <w:t>Историческая линия: Итоговый исторический проект — 3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Обезличенные наблюдения, таблица, график и вывод без диагностики; Система карт, статистика, проблема и обоснованный вывод; Данные, график, расчёт, погрешность и вывод; Формула, уравнение, расчёт, анализ безопасной демонстрации и вывод; Проблемный вопрос, сопоставление источников, карта и аргументированный вывод.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10.10. Модуль 9: 15–16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384 часа; 32 недели; 12 занятий в неделю по 40 минут: биология — 2, география — 2, физика — 3, химия — 2, история — 2, обществознание — 1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БИОЛОГИЧЕСКАЯ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Клетка, обмен веществ и деление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Органоиды, энергетические и пластические процессы, митоз и модель клетки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Наследственность и изменчивость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Ген, хромосома, закономерности наследования, мутации и этические границы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Размножение, индивидуальное развитие и эволюция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Онтогенез, естественный отбор, доказательства и механизмы эволюции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Экология популяций, сообществ и биосферы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Факторы, связи, круговороты, устойчивость и пределы вмешательства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Человек в биосфере и глобальные экологические проблемы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Изменение климата, биоразнообразие, загрязнение и оценка решений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Биотехнологии и ответственная работа с информацией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Возможности, риски, доказательность и различение научного факта и рекламы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биологическое исследование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Данные, график, гипотеза, аргументированный вывод и ограничения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ГЕОГРАФИЧЕСКАЯ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Хозяйство России и территориальная организация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Отрасль, сектор, фактор размещения, карта и статистика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Топливно-энергетический и металлургический комплексы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Ресурсы, размещение, связи, экологические последствия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Машиностроение, химическая и лесная промышленность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 производств, кооперация, технологии и риски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Агропромышленный комплекс, транспорт и сфера услуг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Природные условия, логистика, инфраструктура и качество жизни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Крупные географические районы России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Сравнение положения, населения, хозяйства, проблем и перспектив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 мировой экономике и глобальных связях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Потоки товаров, людей и информации, устойчивое развитие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географический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Региональная стратегия на основе карт и статистики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ФИЗИЧЕСКАЯ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Кинематика и описание движения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 отсчёта, перемещение, скорость, ускорение, графики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Законы динамики и силы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Законы Ньютона, тяготение, упругость, трение и расчётные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Импульс, работа, энергия и законы сохранения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Замкнутая система, превращения энергии и практические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Механические колебания и волны. Звук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Период, частота, волна, резонанс, характеристики звука и безопасность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Электромагнитные явления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Индукция, генератор, трансформатор и передача энергии на обзорном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Свет, атом и ядро на вводном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Электромагнитная природа света, спектры, радиоактивность и безопасность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Лабораторно-расчётный практикум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Измерение, график, оценка погрешности и анализ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физическая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Комплексная задача, экспериментальные данные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ХИМИЧЕСКАЯ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Строение атома, периодический закон и химическая связь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Электронное строение на базовом уровне, закономерности и типы связи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Электролитическая диссоциация и реакции в растворах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Ионы, условия протекания реакций, сокращённые ионные уравнения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Окислительно-восстановительные реакции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Степень окисления, электронный баланс на базовом уровне и применения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Металлы и неметаллы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Положение, свойства, получение на уровне модели, применение и экологические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Введение в органическую химию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Углеводороды и кислородсодержащие вещества, строение, свойства и применение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Химия в быту, промышленности и окружающей среде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Маркировка, совместимость, отходы и критическая оценка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химическая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Уравнение, расчёт, цепочка превращений и анализ безопасной демонстрации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ИСТОРИЧЕСКАЯ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Исторический источник и общество XIX — начала XX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Периодизация, статистика, мемуары, пресса, фотография и карта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Мир в XIX веке: индустриализация, государства и общества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Революции, национальные движения, колониализм, экономика и культура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во второй четверти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Внутренняя политика, общество, экономика, культура и внешняя политика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во второй половине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Реформы, общественные движения, модернизация, повседневность и культура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Россия и мир в начале XX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Модернизация, общественные противоречия, международные отношения и культура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родного края в XIX — начале XX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Города, хозяйство, население, культурные объекты и источники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исторический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Сопоставление источников и аргументированная интерпретация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ОБЩЕСТВОВЕДЧЕСКАЯ ЛИНИЯ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Человек, деятельность и познание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Потребности, способности, выбор, мышление и проверка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Общество, социальные группы и коммуникация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Социальные нормы, статус, роль, конфликт и уважительное взаимодействие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Экономика и финансово грамотное поведение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Ресурсы, производство, рынок, доход, расход, риск и права потребителя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Политика, государство и гражданское участие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Формы государства, институты, выборы на обзорном уровне и законные способы участия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Право, Конституция и права несовершеннолетнего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Правоспособность, ответственность, труд, семья, информация и обращение за защитой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обществоведческий кейс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Факты, нормы, позиции сторон, возможные решения и обоснование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384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По каждой содержательной линии сохраняется её недельный объём; практические и контрольные работы входят в указанные часы.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4200"/>
        <w:gridCol w:w="51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4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Содержательные линии: темы и часы</w:t>
            </w:r>
          </w:p>
        </w:tc>
        <w:tc>
          <w:tcPr>
            <w:tcW w:type="dxa" w:w="51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Клетка, обмен веществ и деление — 2 ч</w:t>
              <w:br/>
              <w:t>Географическая линия: Хозяйство России и территориальная организация — 2 ч</w:t>
              <w:br/>
              <w:t>Физическая линия: Кинематика и описание движения — 3 ч</w:t>
              <w:br/>
              <w:t>Химическая линия: Строение атома, периодический закон и химическая связь — 2 ч</w:t>
              <w:br/>
              <w:t>Историческая линия: Исторический источник и общество XIX — начала XX века — 2 ч</w:t>
              <w:br/>
              <w:t>Обществоведческая линия: Человек, деятельность и познание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Органоиды, энергетические и пластические процессы, митоз и модель клетки; Отрасль, сектор, фактор размещения, карта и статистика; Система отсчёта, перемещение, скорость, ускорение, графики; Электронное строение на базовом уровне, закономерности и типы связи; Периодизация, статистика, мемуары, пресса, фотография и карта; Потребности, способности, выбор, мышление и проверка информации.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Клетка, обмен веществ и деление — 2 ч</w:t>
              <w:br/>
              <w:t>Географическая линия: Хозяйство России и территориальная организация — 2 ч</w:t>
              <w:br/>
              <w:t>Физическая линия: Кинематика и описание движения — 3 ч</w:t>
              <w:br/>
              <w:t>Химическая линия: Строение атома, периодический закон и химическая связь — 2 ч</w:t>
              <w:br/>
              <w:t>Историческая линия: Исторический источник и общество XIX — начала XX века — 2 ч</w:t>
              <w:br/>
              <w:t>Обществоведческая линия: Человек, деятельность и познание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Органоиды, энергетические и пластические процессы, митоз и модель клетки; Отрасль, сектор, фактор размещения, карта и статистика; Система отсчёта, перемещение, скорость, ускорение, графики; Электронное строение на базовом уровне, закономерности и типы связи; Периодизация, статистика, мемуары, пресса, фотография и карта; Потребности, способности, выбор, мышление и проверка информации.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Клетка, обмен веществ и деление — 2 ч</w:t>
              <w:br/>
              <w:t>Географическая линия: Хозяйство России и территориальная организация — 2 ч</w:t>
              <w:br/>
              <w:t>Физическая линия: Законы динамики и силы — 3 ч</w:t>
              <w:br/>
              <w:t>Химическая линия: Строение атома, периодический закон и химическая связь — 2 ч</w:t>
              <w:br/>
              <w:t>Историческая линия: Исторический источник и общество XIX — начала XX века — 2 ч</w:t>
              <w:br/>
              <w:t>Обществоведческая линия: Человек, деятельность и познание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Органоиды, энергетические и пластические процессы, митоз и модель клетки; Отрасль, сектор, фактор размещения, карта и статистика; Законы Ньютона, тяготение, упругость, трение и расчётные модели; Электронное строение на базовом уровне, закономерности и типы связи; Периодизация, статистика, мемуары, пресса, фотография и карта; Потребности, способности, выбор, мышление и проверка информации.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Наследственность и изменчивость — 2 ч</w:t>
              <w:br/>
              <w:t>Географическая линия: Топливно-энергетический и металлургический комплексы — 2 ч</w:t>
              <w:br/>
              <w:t>Физическая линия: Законы динамики и силы — 3 ч</w:t>
              <w:br/>
              <w:t>Химическая линия: Электролитическая диссоциация и реакции в растворах — 2 ч</w:t>
              <w:br/>
              <w:t>Историческая линия: Мир в XIX веке: индустриализация, государства и общества — 2 ч</w:t>
              <w:br/>
              <w:t>Обществоведческая линия: Человек, деятельность и познание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Ген, хромосома, закономерности наследования, мутации и этические границы; Ресурсы, размещение, связи, экологические последствия; Законы Ньютона, тяготение, упругость, трение и расчётные модели; Ионы, условия протекания реакций, сокращённые ионные уравнения; Революции, национальные движения, колониализм, экономика и культура; Потребности, способности, выбор, мышление и проверка информации.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Наследственность и изменчивость — 2 ч</w:t>
              <w:br/>
              <w:t>Географическая линия: Топливно-энергетический и металлургический комплексы — 2 ч</w:t>
              <w:br/>
              <w:t>Физическая линия: Законы динамики и силы — 3 ч</w:t>
              <w:br/>
              <w:t>Химическая линия: Электролитическая диссоциация и реакции в растворах — 2 ч</w:t>
              <w:br/>
              <w:t>Историческая линия: Мир в XIX веке: индустриализация, государства и общества — 2 ч</w:t>
              <w:br/>
              <w:t>Обществоведческая линия: Общество, социальные группы и коммуникация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Ген, хромосома, закономерности наследования, мутации и этические границы; Ресурсы, размещение, связи, экологические последствия; Законы Ньютона, тяготение, упругость, трение и расчётные модели; Ионы, условия протекания реакций, сокращённые ионные уравнения; Революции, национальные движения, колониализм, экономика и культура; Социальные нормы, статус, роль, конфликт и уважительное взаимодействие.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Наследственность и изменчивость — 2 ч</w:t>
              <w:br/>
              <w:t>Географическая линия: Топливно-энергетический и металлургический комплексы — 2 ч</w:t>
              <w:br/>
              <w:t>Физическая линия: Законы динамики и силы — 3 ч</w:t>
              <w:br/>
              <w:t>Химическая линия: Электролитическая диссоциация и реакции в растворах — 2 ч</w:t>
              <w:br/>
              <w:t>Историческая линия: Мир в XIX веке: индустриализация, государства и общества — 2 ч</w:t>
              <w:br/>
              <w:t>Обществоведческая линия: Общество, социальные группы и коммуникация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Ген, хромосома, закономерности наследования, мутации и этические границы; Ресурсы, размещение, связи, экологические последствия; Законы Ньютона, тяготение, упругость, трение и расчётные модели; Ионы, условия протекания реакций, сокращённые ионные уравнения; Революции, национальные движения, колониализм, экономика и культура; Социальные нормы, статус, роль, конфликт и уважительное взаимодействие.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Наследственность и изменчивость — 2 ч</w:t>
              <w:br/>
              <w:t>Географическая линия: Топливно-энергетический и металлургический комплексы — 2 ч</w:t>
              <w:br/>
              <w:t>Физическая линия: Законы динамики и силы — 3 ч</w:t>
              <w:br/>
              <w:t>Химическая линия: Электролитическая диссоциация и реакции в растворах — 2 ч</w:t>
              <w:br/>
              <w:t>Историческая линия: Мир в XIX веке: индустриализация, государства и общества — 2 ч</w:t>
              <w:br/>
              <w:t>Обществоведческая линия: Общество, социальные группы и коммуникация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Ген, хромосома, закономерности наследования, мутации и этические границы; Ресурсы, размещение, связи, экологические последствия; Законы Ньютона, тяготение, упругость, трение и расчётные модели; Ионы, условия протекания реакций, сокращённые ионные уравнения; Революции, национальные движения, колониализм, экономика и культура; Социальные нормы, статус, роль, конфликт и уважительное взаимодействие.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Наследственность и изменчивость — 2 ч</w:t>
              <w:br/>
              <w:t>Географическая линия: Топливно-энергетический и металлургический комплексы — 2 ч</w:t>
              <w:br/>
              <w:t>Физическая линия: Законы динамики и силы — 3 ч</w:t>
              <w:br/>
              <w:t>Химическая линия: Электролитическая диссоциация и реакции в растворах — 2 ч</w:t>
              <w:br/>
              <w:t>Историческая линия: Мир в XIX веке: индустриализация, государства и общества — 2 ч</w:t>
              <w:br/>
              <w:t>Обществоведческая линия: Общество, социальные группы и коммуникация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Ген, хромосома, закономерности наследования, мутации и этические границы; Ресурсы, размещение, связи, экологические последствия; Законы Ньютона, тяготение, упругость, трение и расчётные модели; Ионы, условия протекания реакций, сокращённые ионные уравнения; Революции, национальные движения, колониализм, экономика и культура; Социальные нормы, статус, роль, конфликт и уважительное взаимодействие.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Наследственность и изменчивость — 2 ч</w:t>
              <w:br/>
              <w:t>Географическая линия: Машиностроение, химическая и лесная промышленность — 2 ч</w:t>
              <w:br/>
              <w:t>Физическая линия: Импульс, работа, энергия и законы сохранения — 3 ч</w:t>
              <w:br/>
              <w:t>Химическая линия: Электролитическая диссоциация и реакции в растворах — 2 ч</w:t>
              <w:br/>
              <w:t>Историческая линия: Мир в XIX веке: индустриализация, государства и общества — 2 ч</w:t>
              <w:br/>
              <w:t>Обществоведческая линия: Общество, социальные группы и коммуникация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Ген, хромосома, закономерности наследования, мутации и этические границы; География производств, кооперация, технологии и риски; Замкнутая система, превращения энергии и практические задачи; Ионы, условия протекания реакций, сокращённые ионные уравнения; Революции, национальные движения, колониализм, экономика и культура; Социальные нормы, статус, роль, конфликт и уважительное взаимодействие.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Машиностроение, химическая и лесная промышленность — 2 ч</w:t>
              <w:br/>
              <w:t>Физическая линия: Импульс, работа, энергия и законы сохранения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Общество, социальные группы и коммуникация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География производств, кооперация, технологии и риски; Замкнутая система, превращения энергии и практические задачи; Степень окисления, электронный баланс на базовом уровне и применения; Внутренняя политика, общество, экономика, культура и внешняя политика; Социальные нормы, статус, роль, конфликт и уважительное взаимодействие.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Машиностроение, химическая и лесная промышленность — 2 ч</w:t>
              <w:br/>
              <w:t>Физическая линия: Импульс, работа, энергия и законы сохранения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Экономика и финансово грамотное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География производств, кооперация, технологии и риски; Замкнутая система, превращения энергии и практические задачи; Степень окисления, электронный баланс на базовом уровне и применения; Внутренняя политика, общество, экономика, культура и внешняя политика; Ресурсы, производство, рынок, доход, расход, риск и права потребителя.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Машиностроение, химическая и лесная промышленность — 2 ч</w:t>
              <w:br/>
              <w:t>Физическая линия: Импульс, работа, энергия и законы сохранения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Экономика и финансово грамотное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География производств, кооперация, технологии и риски; Замкнутая система, превращения энергии и практические задачи; Степень окисления, электронный баланс на базовом уровне и применения; Внутренняя политика, общество, экономика, культура и внешняя политика; Ресурсы, производство, рынок, доход, расход, риск и права потребителя.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Машиностроение, химическая и лесная промышленность — 2 ч</w:t>
              <w:br/>
              <w:t>Физическая линия: Импульс, работа, энергия и законы сохранения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Экономика и финансово грамотное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География производств, кооперация, технологии и риски; Замкнутая система, превращения энергии и практические задачи; Степень окисления, электронный баланс на базовом уровне и применения; Внутренняя политика, общество, экономика, культура и внешняя политика; Ресурсы, производство, рынок, доход, расход, риск и права потребителя.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Машиностроение, химическая и лесная промышленность — 2 ч</w:t>
              <w:br/>
              <w:t>Физическая линия: Импульс, работа, энергия и законы сохранения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Экономика и финансово грамотное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География производств, кооперация, технологии и риски; Замкнутая система, превращения энергии и практические задачи; Степень окисления, электронный баланс на базовом уровне и применения; Внутренняя политика, общество, экономика, культура и внешняя политика; Ресурсы, производство, рынок, доход, расход, риск и права потребителя.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Агропромышленный комплекс, транспорт и сфера услуг — 2 ч</w:t>
              <w:br/>
              <w:t>Физическая линия: Механические колебания и волны. Звук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Экономика и финансово грамотное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Природные условия, логистика, инфраструктура и качество жизни; Период, частота, волна, резонанс, характеристики звука и безопасность; Степень окисления, электронный баланс на базовом уровне и применения; Внутренняя политика, общество, экономика, культура и внешняя политика; Ресурсы, производство, рынок, доход, расход, риск и права потребителя.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Размножение, индивидуальное развитие и эволюция — 2 ч</w:t>
              <w:br/>
              <w:t>Географическая линия: Агропромышленный комплекс, транспорт и сфера услуг — 2 ч</w:t>
              <w:br/>
              <w:t>Физическая линия: Механические колебания и волны. Звук — 3 ч</w:t>
              <w:br/>
              <w:t>Химическая линия: Окислительно-восстановительные реакции — 2 ч</w:t>
              <w:br/>
              <w:t>Историческая линия: Россия во второй четверти XIX века — 2 ч</w:t>
              <w:br/>
              <w:t>Обществоведческая линия: Экономика и финансово грамотное поведение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Онтогенез, естественный отбор, доказательства и механизмы эволюции; Природные условия, логистика, инфраструктура и качество жизни; Период, частота, волна, резонанс, характеристики звука и безопасность; Степень окисления, электронный баланс на базовом уровне и применения; Внутренняя политика, общество, экономика, культура и внешняя политика; Ресурсы, производство, рынок, доход, расход, риск и права потребителя.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Агропромышленный комплекс, транспорт и сфера услуг — 2 ч</w:t>
              <w:br/>
              <w:t>Физическая линия: Механические колебания и волны. Звук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Политика, государство и гражданское участие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Природные условия, логистика, инфраструктура и качество жизни; Период, частота, волна, резонанс, характеристики звука и безопасность;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Формы государства, институты, выборы на обзорном уровне и законные способы участия.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Агропромышленный комплекс, транспорт и сфера услуг — 2 ч</w:t>
              <w:br/>
              <w:t>Физическая линия: Механические колебания и волны. Звук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Политика, государство и гражданское участие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Природные условия, логистика, инфраструктура и качество жизни; Период, частота, волна, резонанс, характеристики звука и безопасность;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Формы государства, институты, выборы на обзорном уровне и законные способы участия.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Агропромышленный комплекс, транспорт и сфера услуг — 2 ч</w:t>
              <w:br/>
              <w:t>Физическая линия: Механические колебания и волны. Звук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Политика, государство и гражданское участие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Природные условия, логистика, инфраструктура и качество жизни; Период, частота, волна, резонанс, характеристики звука и безопасность;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Формы государства, институты, выборы на обзорном уровне и законные способы участия.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Агропромышленный комплекс, транспорт и сфера услуг — 2 ч</w:t>
              <w:br/>
              <w:t>Физическая линия: Механические колебания и волны. Звук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Политика, государство и гражданское участие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Природные условия, логистика, инфраструктура и качество жизни; Период, частота, волна, резонанс, характеристики звука и безопасность;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Формы государства, институты, выборы на обзорном уровне и законные способы участия.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Крупные географические районы России — 2 ч</w:t>
              <w:br/>
              <w:t>Физическая линия: Электромагнитные явления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Политика, государство и гражданское участие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Сравнение положения, населения, хозяйства, проблем и перспектив; Индукция, генератор, трансформатор и передача энергии на обзорном уровне;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Формы государства, институты, выборы на обзорном уровне и законные способы участия.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Крупные географические районы России — 2 ч</w:t>
              <w:br/>
              <w:t>Физическая линия: Электромагнитные явления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Политика, государство и гражданское участие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Сравнение положения, населения, хозяйства, проблем и перспектив; Индукция, генератор, трансформатор и передача энергии на обзорном уровне;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Формы государства, институты, выборы на обзорном уровне и законные способы участия.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Экология популяций, сообществ и биосферы — 2 ч</w:t>
              <w:br/>
              <w:t>Географическая линия: Крупные географические районы России — 2 ч</w:t>
              <w:br/>
              <w:t>Физическая линия: Электромагнитные явления — 3 ч</w:t>
              <w:br/>
              <w:t>Химическая линия: Металлы и неметаллы — 2 ч</w:t>
              <w:br/>
              <w:t>Историческая линия: Россия во второй половине XIX века — 2 ч</w:t>
              <w:br/>
              <w:t>Обществоведческая линия: Право, Конституция и права несовершеннолетнего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Факторы, связи, круговороты, устойчивость и пределы вмешательства; Сравнение положения, населения, хозяйства, проблем и перспектив; Индукция, генератор, трансформатор и передача энергии на обзорном уровне; Положение, свойства, получение на уровне модели, применение и экологические вопросы; Реформы, общественные движения, модернизация, повседневность и культура; Правоспособность, ответственность, труд, семья, информация и обращение за защитой.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в биосфере и глобальные экологические проблемы — 2 ч</w:t>
              <w:br/>
              <w:t>Географическая линия: Крупные географические районы России — 2 ч</w:t>
              <w:br/>
              <w:t>Физическая линия: Электромагнитные явления — 3 ч</w:t>
              <w:br/>
              <w:t>Химическая линия: Введение в органическую химию — 2 ч</w:t>
              <w:br/>
              <w:t>Историческая линия: Россия и мир в начале XX века — 2 ч</w:t>
              <w:br/>
              <w:t>Обществоведческая линия: Право, Конституция и права несовершеннолетнего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климата, биоразнообразие, загрязнение и оценка решений; Сравнение положения, населения, хозяйства, проблем и перспектив; Индукция, генератор, трансформатор и передача энергии на обзорном уровне; Углеводороды и кислородсодержащие вещества, строение, свойства и применение; Модернизация, общественные противоречия, международные отношения и культура; Правоспособность, ответственность, труд, семья, информация и обращение за защитой. Тематическая работа,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в биосфере и глобальные экологические проблемы — 2 ч</w:t>
              <w:br/>
              <w:t>Географическая линия: Крупные географические районы России — 2 ч</w:t>
              <w:br/>
              <w:t>Физическая линия: Электромагнитные явления / Свет, атом и ядро на вводном уровне — 3 ч</w:t>
              <w:br/>
              <w:t>Химическая линия: Введение в органическую химию — 2 ч</w:t>
              <w:br/>
              <w:t>Историческая линия: Россия и мир в начале XX века — 2 ч</w:t>
              <w:br/>
              <w:t>Обществоведческая линия: Право, Конституция и права несовершеннолетнего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климата, биоразнообразие, загрязнение и оценка решений; Сравнение положения, населения, хозяйства, проблем и перспектив; Индукция, генератор, трансформатор и передача энергии на обзорном уровне; Электромагнитная природа света, спектры, радиоактивность и безопасность; Углеводороды и кислородсодержащие вещества, строение, свойства и применение; Модернизация, общественные противоречия, международные отношения и культура; Правоспособность, ответственность, труд, семья, информация и обращение за защитой.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в биосфере и глобальные экологические проблемы — 2 ч</w:t>
              <w:br/>
              <w:t>Географическая линия: Крупные географические районы России — 2 ч</w:t>
              <w:br/>
              <w:t>Физическая линия: Свет, атом и ядро на вводном уровне — 3 ч</w:t>
              <w:br/>
              <w:t>Химическая линия: Введение в органическую химию — 2 ч</w:t>
              <w:br/>
              <w:t>Историческая линия: Россия и мир в начале XX века — 2 ч</w:t>
              <w:br/>
              <w:t>Обществоведческая линия: Право, Конституция и права несовершеннолетнего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климата, биоразнообразие, загрязнение и оценка решений; Сравнение положения, населения, хозяйства, проблем и перспектив; Электромагнитная природа света, спектры, радиоактивность и безопасность; Углеводороды и кислородсодержащие вещества, строение, свойства и применение; Модернизация, общественные противоречия, международные отношения и культура; Правоспособность, ответственность, труд, семья, информация и обращение за защитой.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в биосфере и глобальные экологические проблемы — 2 ч</w:t>
              <w:br/>
              <w:t>Географическая линия: Россия в мировой экономике и глобальных связях — 2 ч</w:t>
              <w:br/>
              <w:t>Физическая линия: Свет, атом и ядро на вводном уровне — 3 ч</w:t>
              <w:br/>
              <w:t>Химическая линия: Введение в органическую химию — 2 ч</w:t>
              <w:br/>
              <w:t>Историческая линия: Россия и мир в начале XX века — 2 ч</w:t>
              <w:br/>
              <w:t>Обществоведческая линия: Право, Конституция и права несовершеннолетнего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климата, биоразнообразие, загрязнение и оценка решений; Потоки товаров, людей и информации, устойчивое развитие; Электромагнитная природа света, спектры, радиоактивность и безопасность; Углеводороды и кислородсодержащие вещества, строение, свойства и применение; Модернизация, общественные противоречия, международные отношения и культура; Правоспособность, ответственность, труд, семья, информация и обращение за защитой.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Человек в биосфере и глобальные экологические проблемы — 2 ч</w:t>
              <w:br/>
              <w:t>Географическая линия: Россия в мировой экономике и глобальных связях — 2 ч</w:t>
              <w:br/>
              <w:t>Физическая линия: Свет, атом и ядро на вводном уровне — 3 ч</w:t>
              <w:br/>
              <w:t>Химическая линия: Введение в органическую химию — 2 ч</w:t>
              <w:br/>
              <w:t>Историческая линия: Россия и мир в начале XX века — 2 ч</w:t>
              <w:br/>
              <w:t>Обществоведческая линия: Право, Конституция и права несовершеннолетнего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климата, биоразнообразие, загрязнение и оценка решений; Потоки товаров, людей и информации, устойчивое развитие; Электромагнитная природа света, спектры, радиоактивность и безопасность; Углеводороды и кислородсодержащие вещества, строение, свойства и применение; Модернизация, общественные противоречия, международные отношения и культура; Правоспособность, ответственность, труд, семья, информация и обращение за защитой.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Биотехнологии и ответственная работа с информацией — 2 ч</w:t>
              <w:br/>
              <w:t>Географическая линия: Россия в мировой экономике и глобальных связях — 2 ч</w:t>
              <w:br/>
              <w:t>Физическая линия: Свет, атом и ядро на вводном уровне / Лабораторно-расчётный практикум — 3 ч</w:t>
              <w:br/>
              <w:t>Химическая линия: Химия в быту, промышленности и окружающей среде — 2 ч</w:t>
              <w:br/>
              <w:t>Историческая линия: История родного края в XIX — начале XX века — 2 ч</w:t>
              <w:br/>
              <w:t>Обществоведческая линия: Итоговый обществоведческий кейс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Возможности, риски, доказательность и различение научного факта и рекламы; Потоки товаров, людей и информации, устойчивое развитие; Электромагнитная природа света, спектры, радиоактивность и безопасность; Измерение, график, оценка погрешности и анализ модели; Маркировка, совместимость, отходы и критическая оценка информации; Города, хозяйство, население, культурные объекты и источники; Факты, нормы, позиции сторон, возможные решения и обоснование.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Биотехнологии и ответственная работа с информацией — 2 ч</w:t>
              <w:br/>
              <w:t>Географическая линия: Россия в мировой экономике и глобальных связях — 2 ч</w:t>
              <w:br/>
              <w:t>Физическая линия: Лабораторно-расчётный практикум — 3 ч</w:t>
              <w:br/>
              <w:t>Химическая линия: Химия в быту, промышленности и окружающей среде — 2 ч</w:t>
              <w:br/>
              <w:t>Историческая линия: История родного края в XIX — начале XX века — 2 ч</w:t>
              <w:br/>
              <w:t>Обществоведческая линия: Итоговый обществоведческий кейс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Возможности, риски, доказательность и различение научного факта и рекламы; Потоки товаров, людей и информации, устойчивое развитие; Измерение, график, оценка погрешности и анализ модели; Маркировка, совместимость, отходы и критическая оценка информации; Города, хозяйство, население, культурные объекты и источники; Факты, нормы, позиции сторон, возможные решения и обоснование.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биологическое исследование — 2 ч</w:t>
              <w:br/>
              <w:t>Географическая линия: Итоговый географический проект — 2 ч</w:t>
              <w:br/>
              <w:t>Физическая линия: Лабораторно-расчётный практикум / Итоговая физическая работа — 3 ч</w:t>
              <w:br/>
              <w:t>Химическая линия: Итоговая химическая работа — 2 ч</w:t>
              <w:br/>
              <w:t>Историческая линия: Итоговый исторический проект — 2 ч</w:t>
              <w:br/>
              <w:t>Обществоведческая линия: Итоговый обществоведческий кейс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Данные, график, гипотеза, аргументированный вывод и ограничения; Региональная стратегия на основе карт и статистики; Измерение, график, оценка погрешности и анализ модели; Комплексная задача, экспериментальные данные и вывод; Уравнение, расчёт, цепочка превращений и анализ безопасной демонстрации; Сопоставление источников и аргументированная интерпретация; Факты, нормы, позиции сторон, возможные решения и обоснование. Текущий контроль: наблюдение, практическая, устная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4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Биологическая линия: Итоговое биологическое исследование — 2 ч</w:t>
              <w:br/>
              <w:t>Географическая линия: Итоговый географический проект — 2 ч</w:t>
              <w:br/>
              <w:t>Физическая линия: Итоговая физическая работа — 3 ч</w:t>
              <w:br/>
              <w:t>Химическая линия: Итоговая химическая работа — 2 ч</w:t>
              <w:br/>
              <w:t>Историческая линия: Итоговый исторический проект — 2 ч</w:t>
              <w:br/>
              <w:t>Обществоведческая линия: Итоговый обществоведческий кейс — 1 ч</w:t>
            </w:r>
          </w:p>
        </w:tc>
        <w:tc>
          <w:tcPr>
            <w:tcW w:type="dxa" w:w="51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Данные, график, гипотеза, аргументированный вывод и ограничения; Региональная стратегия на основе карт и статистики; Комплексная задача, экспериментальные данные и вывод; Уравнение, расчёт, цепочка превращений и анализ безопасной демонстрации; Сопоставление источников и аргументированная интерпретация; Факты, нормы, позиции сторон, возможные решения и обоснование.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11. ИСТОЧНИКИ И МЕТОДИЧЕСКИЕ ОРИЕНТИРЫ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11.1. Нормативные и официальные источники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в действующей редакции;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09.10.2024 № 704 и официальные разъяснения по изменениям исторического и обществоведческого содержания на 2025–2026 и 2026–2027 учебные годы;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действующая федеральная рабочая программа по окружающему миру для начального уровня образования;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действующие федеральные рабочие программы основного уровня образования по биологии, географии, физике, химии, истории и обществознанию;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официальные методические материалы по естественно-научной грамотности, работе с историческим источником, картой, данными и метапредметным результатам.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11.2. Материалы ОАНО «Новая школа», использованные для сопоставления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географии для основного уровня образования, версия 2023–2024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биологии углублённого уровня, версия 2023–2024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истории для основного уровня образования, версия 2023–2024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физике базового уровня, версия 2023–2024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воспитания ОАНО «Новая школа» для начального уровня образования — в части интеграции ценностных и воспитательных задач в учебную деятельность;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структура программ ОАНО «Новая школа»: связь целей, содержания, практических работ, видов деятельности и планируемых результатов.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Материалы ОАНО «Новая школа» использованы как сравнительные методические источники для проверки логики усложнения, полноты содержательных линий, практических работ и результатов. Их более ранняя дата и статус не заменяют проверку по действующим официальным федеральным рабочим программам.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11.3. Методические подходы, учтённые при разработке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исследовательский подход: ребёнок осваивает не только результат науки, но и способ получения проверяемого знания;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преемственность: наблюдение окружающего мира постепенно разворачивается в биологическую, географическую, физическую, химическую, историческую и обществоведческую линии;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краеведческий подход: закономерность рассматривается на материале родного региона без замыкания только на локальном примере;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картографическая грамотность: план, карта, масштаб, координаты, тематический слой и географическое описание;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источниковедческий подход: происхождение, автор, назначение, контекст, сопоставление и границы свидетельства;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естественно-научная грамотность: явление, модель, величина, измерение, данные, расчёт, погрешность и вывод;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экологическое мышление: связи в системе, ресурс, риск, отсроченное последствие и оценка решения;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 с данными: таблица, диаграмма, карта, статистический показатель и критическая интерпретация;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обсуждение сложных вопросов без навязывания личного признания или единственной допустимой оценки;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оценивание: прозрачные критерии, обратная связь, самопроверка и доработка.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11.4. Учебно-методические и информационные ресурсы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законно используемые материалы УМК «Школа России» по окружающему миру — в части возрастной последовательности, наблюдений и практических заданий;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атласы, контурные карты, глобусы, энциклопедии, научно-популярные книги и определители;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коллекции изображений, моделей и безопасных натуральных объектов, имеющиеся в центре;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письменные, визуальные, картографические, статистические и региональные исторические источники с проверяемым происхождением;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Российская электронная школа — для очной демонстрации и тренировки под руководством педагога;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официальные сайты государственных органов, научных, музейных и библиотечных организаций — для проверки актуальных данных;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разработанные педагогами диагностические, практические, проектные и итоговые материалы конкретного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Использование перечисленных источников не означает реализации основной общеобразовательной программы другой организации и не переносит в настоящую Программу её статус, учебный план, систему аттестации или документы об образовании. Настоящая Программа является самостоятельной дополнительной общеобразовательной общеразвивающей программой Образовательного центра MILO.</w:t>
      </w:r>
    </w:p>
    <w:sectPr w:rsidR="00FC693F" w:rsidRPr="0006063C" w:rsidSect="00034616">
      <w:footerReference w:type="default" r:id="rId9"/>
      <w:pgSz w:w="11906" w:h="16838"/>
      <w:pgMar w:top="720" w:right="811" w:bottom="7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ind w:left="0" w:right="0" w:firstLine="0"/>
      <w:jc w:val="center"/>
    </w:pPr>
    <w:r>
      <w:rPr>
        <w:rFonts w:ascii="Times New Roman" w:hAnsi="Times New Roman" w:eastAsia="Times New Roman"/>
        <w:color w:val="000000"/>
        <w:sz w:val="20"/>
      </w:rPr>
      <w:t xml:space="preserve">Страница </w:t>
    </w:r>
    <w:fldSimple w:instr="PAGE">
      <w:r>
        <w:rPr>
          <w:rFonts w:ascii="Times New Roman" w:hAnsi="Times New Roman" w:eastAsia="Times New Roman"/>
          <w:color w:val="000000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«Школа с интересом: исследуем окружающий мир»</dc:title>
  <dc:subject>Модули 0–9, 2026–2027 учебный год</dc:subject>
  <dc:creator>Образовательный центр MILO, ИП Тарабанова Е.П.</dc:creator>
  <cp:keywords>дополнительное образование, окружающий мир, естествознание, история, география, общеразвивающая программа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