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ИП Тарабанова Е.П.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ИНН 270413634714, ОГРНИП 319619600004739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Образовательный центр MILO</w:t>
      </w:r>
    </w:p>
    <w:p>
      <w:pPr>
        <w:spacing w:before="40" w:after="440"/>
        <w:pBdr>
          <w:bottom w:val="single" w:sz="6" w:space="1" w:color="808080"/>
        </w:pBdr>
      </w:pP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УТВЕРЖДАЮ</w:t>
      </w:r>
    </w:p>
    <w:p>
      <w:pPr>
        <w:spacing w:after="2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Индивидуальный предприниматель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__________________ Е.П. Тарабанова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«14» августа 2026 г.</w:t>
      </w:r>
    </w:p>
    <w:p>
      <w:pPr>
        <w:spacing w:after="360"/>
      </w:pP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ДОПОЛНИТЕЛЬНАЯ ОБЩЕОБРАЗОВАТЕЛЬНАЯ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ОБЩЕРАЗВИВАЮЩАЯ ПРОГРАММА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«ШКОЛА С ИНТЕРЕСОМ: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АНГЛИЙСКИЙ ЯЗЫК И КОММУНИКАЦИЯ»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социально-гуманитарной направленности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модульная программа: модули 1–9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возраст обучающихся: 7–16 лет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форма обучения: очная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срок реализации каждого модуля: 32 учебные недели</w:t>
      </w:r>
    </w:p>
    <w:p>
      <w:pPr>
        <w:spacing w:before="360" w:after="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Разработчик: Образовательный центр MILO,</w:t>
        <w:br/>
        <w:t>ИП Тарабанова Е.П.</w:t>
      </w:r>
    </w:p>
    <w:p>
      <w:pPr>
        <w:spacing w:before="56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Ростов-на-Дону</w:t>
        <w:br/>
        <w:t>2026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СОДЕРЖАНИЕ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1. Комплекс основных характеристик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2. Комплекс организационно-педагогических условий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3. Учебный план и подробное содержание модулей 1–9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4. Календарный учебный график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5. Планируемые результаты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6. Формы контроля и итоговая аттестация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7. Оценочные и методические материалы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8. Условия реализации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9. Воспитательный компонент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10. Календарно-тематическое планирование модулей 1–9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11. Источники и методические ориентиры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1. КОМПЛЕКС ОСНОВНЫХ ХАРАКТЕРИСТИК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1.1. Пояснительная записка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Дополнительная общеобразовательная общеразвивающая программа «Школа с интересом: английский язык и коммуникация» (далее — Программа) имеет социально-гуманитарную направленность и предназначена для последовательного развития иноязычной коммуникативной компетентности несовершеннолетних обучающихся 7–16 лет.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является модульной. Каждый из модулей 1–9 представляет собой самостоятельный завершённый годовой образовательный маршрут продолжительностью 32 учебные недели. Модуль 0 в настоящую Программу не включён: обучение начинается с модуля 1. Обучающийся зачисляется на конкретный модуль с учётом возраста и ранее освоенного содержания без обязательного вступительного тестирования или психолого-педагогической диагностики.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относится к дополнительным общеобразовательным общеразвивающим программам и не является основной общеобразовательной программой, не заменяет обучение иностранному языку в общеобразовательной организации и не сопровождается выдачей документа об уровне общего образования.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построено концентрически: освоенные речевые действия, лексика и грамматические средства возвращаются в новых ситуациях и становятся более самостоятельными. В каждом модуле развиваются говорение, аудирование, смысловое чтение, письменная речь, произношение, лексико-грамматические навыки, межкультурная и компенсаторная компетенции.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 модулях 1–7 учебно-методическая линия Family and Friends, Second Edition издательства Oxford University Press используется как один из законно используемых методических ориентиров: Starter, затем Levels 1–6. Модули 8–9 являются самостоятельными модулями Центра и составлены по актуальным официальным методическим ориентирам. Наименование учебного курса не заменяет название и содержание настоящей Программы; конкретный учебник, рабочая тетрадь, аудио- или цифровой компонент применяется только при наличии законного доступа.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Для модулей 1–4 учтена возрастная логика официальной федеральной рабочей программы английского языка начального уровня, для модулей 5–9 — основного уровня. Увеличенная по сравнению с общеобразовательным учебным планом интенсивность отдельных модулей направлена на регулярную коммуникативную практику и является особенностью самостоятельной дополнительной программы; это не означает реализацию ФГОС или федеральной образовательной программы.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1.2. Нормативно-правовые и методические основания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редакции, в том числе статьи 2, 12, 28, 30, 54, 58, 60 и 75;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действующие федеральные рабочие программы по иностранному (английскому) языку начального и основного уровней — исключительно как официальные методические источники;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Общеевропейские компетенции владения иностранным языком (CEFR) — как справочный инструмент описания коммуникативного продвижения, но не как основание для выдачи международного сертификата;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локальные нормативные акты ИП Тарабановой Е.П. об организации образовательной деятельности, контроле, аттестации, оформлении отношений и выдаче документов об обучении.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1.3. Актуальность и отличительные особенности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Актуальность Программы связана с ролью английского языка как средства межличностного и межкультурного общения, поиска информации и дальнейшего самообразования. Ребёнку важно не только знать отдельные слова и правила, но и понимать собеседника, строить понятное сообщение, переспрашивать, использовать контекст, читать текст с конкретной целью и безопасно действовать в информационной среде.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Отличительной особенностью является ежедневная практика в модулях 2–9 и объединение пяти содержательных линий: устной коммуникации и произношения; тематической лексики и речевого этикета; грамматики в коммуникации; аудирования и смыслового чтения; письменной речи, межкультурной практики и проекта. В модуле 1 эти линии объединены в три возрастно сообразных занятия в неделю.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Педагогическая целесообразность обеспечивается движением от действия по образцу к самостоятельному выбору языковых средств, правом на ошибку и доработку, чередованием индивидуальной, парной и групповой работы, регулярной обратной связью и использованием содержательных межпредметных тем без подмены других образовательных программ.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1.4. Адресат, объём и срок освоения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предназначена для несовершеннолетних обучающихся 7–16 лет. Возрастные границы модулей являются ориентиром для комплектования группы и могут уточняться с учётом фактического возраста и ранее освоенного содержания без конкурсного отбора.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050"/>
        <w:gridCol w:w="1050"/>
        <w:gridCol w:w="700"/>
        <w:gridCol w:w="950"/>
        <w:gridCol w:w="1100"/>
        <w:gridCol w:w="2100"/>
        <w:gridCol w:w="3070"/>
      </w:tblGrid>
      <w:tr>
        <w:trPr>
          <w:tblHeader w:val="true"/>
          <w:cantSplit/>
        </w:trPr>
        <w:tc>
          <w:tcPr>
            <w:tcW w:type="dxa" w:w="10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Модуль</w:t>
            </w:r>
          </w:p>
        </w:tc>
        <w:tc>
          <w:tcPr>
            <w:tcW w:type="dxa" w:w="10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Возраст</w:t>
            </w:r>
          </w:p>
        </w:tc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Объём, ч</w:t>
            </w:r>
          </w:p>
        </w:tc>
        <w:tc>
          <w:tcPr>
            <w:tcW w:type="dxa" w:w="9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Срок</w:t>
            </w:r>
          </w:p>
        </w:tc>
        <w:tc>
          <w:tcPr>
            <w:tcW w:type="dxa" w:w="11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Занятий в неделю</w:t>
            </w:r>
          </w:p>
        </w:tc>
        <w:tc>
          <w:tcPr>
            <w:tcW w:type="dxa" w:w="21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Продолжительность</w:t>
            </w:r>
          </w:p>
        </w:tc>
        <w:tc>
          <w:tcPr>
            <w:tcW w:type="dxa" w:w="30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Методический ориентир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1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7–8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96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35 минут с сентября по декабрь; 40 минут с января по май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Family and Friends Starter, Second Edition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2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8–9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Family and Friends Level 1, Second Edition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3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9–10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Family and Friends Level 2, Second Edition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4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10–11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Family and Friends Level 3, Second Edition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5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11–12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Family and Friends Level 4, Second Edition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6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12–13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Family and Friends Level 5, Second Edition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7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13–14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Family and Friends Level 6, Second Edition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8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14–15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самостоятельный модуль по актуальным официальным методическим ориентирам</w:t>
            </w:r>
          </w:p>
        </w:tc>
      </w:tr>
      <w:tr>
        <w:trPr>
          <w:cantSplit/>
        </w:trPr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Модуль 9</w:t>
            </w:r>
          </w:p>
        </w:tc>
        <w:tc>
          <w:tcPr>
            <w:tcW w:type="dxa" w:w="10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15–16 лет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 недели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 минут</w:t>
            </w:r>
          </w:p>
        </w:tc>
        <w:tc>
          <w:tcPr>
            <w:tcW w:type="dxa" w:w="30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самостоятельный итоговый модуль по актуальным официальным методическим ориентирам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Полная последовательность модулей 1–9 составляет 1376 часов учебного плана. Один час учебного плана соответствует одному занятию установленной для модуля продолжительности. Договор об образовании заключается на конкретный модуль; освоение всей последовательности не является обязательным условием завершения отдельного модуля.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1.5. Форма обучения и организация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форма обучения — очная;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основная форма организации — групповое занятие с индивидуальной помощью в пределах занятия;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численность учебной группы определяется с учётом возраста обучающихся, содержания программы, санитарных требований и фактической вместимости помещения и составляет от 2 до 20 человек;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язык образования и организационной документации — русский; английский язык является содержанием и средством учебной речевой практики;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электронное обучение, дистанционные образовательные технологии, сетевая форма и индивидуальные учебные планы не применяются;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обязательное вступительное тестирование не проводится; педагог вправе в ходе первых занятий определить удобный уровень опор и заданий без конкурсного отбора.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Печатный, аудиовизуальный или цифровой материал может использоваться педагогом непосредственно на очном занятии. Такое использование не изменяет очную форму реализации Программы и не требует от ребёнка самостоятельного обучения на платформе.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1.6. Цель и задачи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Цель Программы —</w:t>
      </w:r>
      <w:r>
        <w:rPr>
          <w:rFonts w:ascii="Times New Roman" w:hAnsi="Times New Roman" w:eastAsia="Times New Roman"/>
          <w:color w:val="000000"/>
          <w:sz w:val="24"/>
        </w:rPr>
        <w:t xml:space="preserve"> создать условия для последовательного развития способности обучающегося понимать и использовать английский язык в устной и письменной форме для возрастно сообразного межличностного, учебного и межкультурного общения.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Образовательные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умения говорения, аудирования, смыслового чтения и письменной речи;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произносительные, орфографические, лексические и грамматические навыки в коммуникативной задаче;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начинать, поддерживать и завершать диалог, переспрашивать и компенсировать нехватку языковых средств;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умение работать с инструкцией, сообщением, таблицей, картой, инфографикой и текстом разных жанров;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межкультурную осведомлённость и умение представлять Россию и родной регион без стереотипов;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создавать устный, письменный и проектный продукт с учётом адресата, цели и критериев.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Развивающие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слуховое внимание, языковую догадку, память и гибкость речевого действия;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способность сравнивать языковые явления, данные и позиции, формулировать вывод;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самостоятельность, планирование, самопроверку и устойчивость к ошибке;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сотрудничество, презентационные и исследовательские умения.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уважение достоинства человека и культурного многообразия;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ответственное отношение к слову, источнику, авторству и персональным данным;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готовность слушать, договариваться и выражать несогласие без унижения;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интерес к изучению языков как средству сотрудничества и познания.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2. КОМПЛЕКС ОРГАНИЗАЦИОННО-ПЕДАГОГИЧЕСКИХ УСЛОВИЙ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2.1. Принципы и методы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коммуникативно-деятельностный подход: языковое средство осваивается для решения понятной речевой задачи;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концентрическое усложнение с систематическим возвращением к изученному материалу;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сочетание фонетической, лексической, грамматической, рецептивной и продуктивной практики;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опора на ситуацию, изображение, жест, модель, ключевые слова и план с постепенным снятием опор;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парная и групповая коммуникация с ясными ролями, правилами и безопасной обратной связью;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смысловое чтение и аудирование с разной задачей: основное содержание, конкретная информация, интерпретация;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проект, ролевая ситуация, интервью, презентация, исследовательская и творческая задача;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формирующее оценивание, право на повторную попытку и отсутствие публичного рейтинга детей.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2.2. Структура занятия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короткий речевой вход и актуализация знакомого материала;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постановка коммуникативной задачи и предъявление нового языкового материала в контексте;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управляемая тренировка с устной, зрительной и письменной опорой;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парная, групповая или индивидуальная речевая практика;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смысловое чтение, аудирование, письмо или проектная работа в соответствии с линией занятия;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рефлексия, обратная связь и фиксация результата в балльно-рейтинговой системе.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2.3. Дифференциация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Дифференциация обеспечивается объёмом опоры, темпом предъявления, количеством повторений, сложностью текста, числом реплик и предложений, выбором роли и формой представления результата. Дифференциация не изменяет утверждённый объём модуля и не превращается в индивидуальный учебный план.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 УЧЕБНЫЙ ПЛАН И ПОДРОБНОЕ СОДЕРЖАНИЕ МОДУЛЕЙ 1–9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100"/>
        <w:gridCol w:w="1100"/>
        <w:gridCol w:w="5000"/>
        <w:gridCol w:w="900"/>
        <w:gridCol w:w="1920"/>
      </w:tblGrid>
      <w:tr>
        <w:trPr>
          <w:tblHeader w:val="true"/>
          <w:cantSplit/>
        </w:trPr>
        <w:tc>
          <w:tcPr>
            <w:tcW w:type="dxa" w:w="11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1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5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Содержательная линия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19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Недель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Лексика и речевые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Аудирование, первоначальное чтение, письмо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5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Пять линий модулей 2–9 реализуются параллельно по одному занятию в неделю каждая. В модуле 1 материал объединён в три линии по одному занятию в неделю. Педагог вправе объединять соседние задания в интегрированное занятие при сохранении недельной нагрузки, общего объёма и результатов.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3.1. Модуль 1: 7–8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96 часов; 3 занятий в неделю; продолжительность занятия — 35 минут с сентября по декабрь; 40 минут с января по май. Методический ориентир: Family and Friends Starter, Second Edition.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обеспечивает мягкий устный старт, первичное звуко-буквенное соотнесение и переход от отдельной реплики к короткому диалогу. Письмо ограничивается возрастно сообразными подписями и предложениями по образцу; требование к свободному чтению незнакомого текста не предъявляется.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Знакомство и английский в группе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приветствие, прощание, представление себя; различение и воспроизведение основных звуков приветственных формул.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имя, возраст, педагог, группа, базовые команды и формулы вежливости; грамматические речевые модели: I am / I'm; My name is; What is your name?; простые побудительные конструкции.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коротких команд, песенки-приветствия, мини-диалога и подписей к картинкам.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бейдж, устное знакомство, копирование имени латиницей и общий плакат правил доброжелательного общения.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Цвета, числа и предметы вокруг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называние и уточнение цвета и количества; чёткое произнесение числительных и вопросительной интонации.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основные цвета, числа в доступном диапазоне, предметы в кабинете и принадлежности; грамматические речевые модели: It is / It's; What is it?; What colour is it?; единственное и множественное число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выбор предмета по описанию, понимание короткой считалки, чтение знакомых слов с опорой на рисунок.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подписи к предметам, цветовая инструкция партнёру и мини-проект «My colourful classroom».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Игрушки, формы и положение предмета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просьба дать предмет, уточнение принадлежности и местоположения; отработка ритма короткой реплики.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игрушки, простые формы, размер, предлоги места in, on, under, near; грамматические речевые модели: This is; Is it...?; Where is...?; притяжательное my; краткие ответы yes/no.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поиск игрушки по аудиоинструкции, понимание иллюстрированной истории и чтение слов по звуковой опоре.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одной игрушки, схема расположения предметов и парная игра «Find and tell».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Моё тело, чувства и самочувствие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называние частей тела и простых состояний; интонация сообщения и вопроса о самочувствии.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части тела, базовые эмоции, состояния hungry, thirsty, tired, happy, sad; грамматические речевые модели: I have got; I've got; He/She has got по речевому образцу; How are you?.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выполнение действий по инструкции, понимание короткого описания персонажа и звуко-буквенных соответствий.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подписи на рисунке, устное описание персонажа и мини-книжка «How I feel» без раскрытия личных переживаний.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Семья и дом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представление персонажей семьи и описание комнаты; различение he/she и интонации перечисления.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члены семьи, комнаты, мебель и бытовые предметы; грамматические речевые модели: This is my...; He/She is...; There is / There are по готовой модели; притяжательные my, his, her.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описания картинки, короткой семейной истории и подписей к комнатам.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безопасный вымышленный семейный альбом или дом персонажа; 3–5 устных фраз по опоре.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Еда и предпочтения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вежливая просьба, предложение и ответ о предпочтении; звуковая отработка коротких слов по теме.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распространённые продукты, напитки, вкусовые характеристики и формулы please / thank you; грамматические речевые модели: I like / I don't like; Do you like...?; I'd like... по образцу.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заказа, выбора по меню-картинке, короткого диалога и знакомых слов.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создание безопасного бумажного меню, парный диалог и опрос группы без оценивания пищевых привычек.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Животные и действия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того, что умеет животное; различение can/can't и выразительное чтение короткой рифмовки.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домашние и дикие животные, движения, среда обитания на элементарном уровне; грамматические речевые модели: It can / It can't; Can it...?; глагол действия в начальной форме.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соотнесение животного и действия по аудио, понимание мини-рассказа и чтение знакомых предложений.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карточка вымышленного животного, устное описание и групповая викторина с уважительным исправлением ошибок.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Мой день, одежда и итоговая коммуникация — 12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короткое сообщение о действиях и одежде по ситуации; повторение речевых формул всего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части дня, базовые действия распорядка, одежда, погода и повторение ключевой лексики; грамматические речевые модели: I get up / I play; I am wearing... по модели; What do you do?; повторение изученных конструкций.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короткой последовательности событий, итогового диалога и иллюстрированного 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итоговая мини-презентация персонажа «A day with my friend», подписи и участие в диалоге.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3.2. Модуль 2: 8–9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Family and Friends Level 1, Second Edition.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развивает элементарную коммуникативную компетентность через знакомые ребёнку ситуации. Новый языковой материал включается в многократную устную, рецептивную и письменную практику, а проект служит способом применить язык, а не декоративным дополнением.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Мы снова вместе: общение и правила группы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начало, поддержание и завершение короткого диалога; произношение алфавита и ключевых речевых формул.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личные сведения, принадлежности, команды, дни недели и формулы вежливости.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to be в настоящем времени; личные и притяжательные местоимения; this/that/these/those.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инструкций и диалогов знакомства; чтение кратких профилей и расписания.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анкета персонажа, сообщение о себе без избыточных персональных данных и памятка общения в паре.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Семья, люди и профессии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внешности, роли и занятия человека; звуковое различение he/she и окончаний слов.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семья, внешность, характер в позитивных нейтральных формулировках, распространённые профессии.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have got/has got; притяжательный падеж; Who is...?; What does ... do?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семейного описания, интервью и короткой истории; поиск конкретной информации.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вымышленной семьи, интервью в роли персонажа и мини-книга о профессиях.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Дом, комната и местоположение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объяснение, где находится предмет; интонация вопроса и краткого ответа.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комнаты, мебель, бытовые предметы, предлоги и ориентиры места.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there is/there are; is there/are there; some/any на уровне речевых образцов.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аудиоописание комнаты, чтение объявления о доме и соотнесение текста со схемой.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план комнаты, 5–7 предложений по опоре и парная задача «Spot the difference».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Игры, увлечения и способности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разговор о любимом занятии и умении; ударение в словах и связное произнесение коротких фраз.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игры, спорт, музыка, творчество, действия и оборудование.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can/can't; can ...?; like + noun / like + -ing в устойчивых образцах.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рассказа об увлечении и правил игры; чтение афиши и короткого личного сообщения.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афиша клуба, устное приглашение и мини-опрос предпочтений с представлением общих результатов.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Еда, покупки и количество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заказ и уточнение цены или количества; вежливое несогласие и выбор.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продукты, упаковки, числа, деньги на учебном уровне, признаки вкуса и качества.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countable/uncountable по модели; some/any; How much / How many; I'd like.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диалога в магазине, списка покупок и простого рецепта без приготовления пищи.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учебное меню и список, ролевая ситуация покупки, письменная инструкция из 4–6 шагов.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Животные, природа и сравнение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животного и его среды; долгие и краткие гласные в знакомой лексике.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животные, части тела, место обитания, питание, размер и особенности поведения.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Simple для фактов; has got; can; простые сравнения bigger/smaller по образцу.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научно-популярной мини-заметки и аудиозагадки; выделение признаков.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информационная карточка животного, устная загадка и общий каталог с указанием источника изображения.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Мой обычный день и время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сообщение о распорядке, вопрос о времени и частоте; ритм фраз с наречиями частотности.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действия дня, время, школьные занятия, often/usually/sometimes/never.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Simple: утверждение, отрицание и общий вопрос; предлоги времени.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расписания и рассказа о дне; чтение короткого электронного сообщения.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личный или вымышленный график без публикации данных, сравнение двух распорядков и сообщение партнёру.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Город, транспорт и итоговый маршрут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спросить и объяснить путь по простой схеме; повторить коммуникативные функции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места в городе, транспорт, направления, правила безопасного поведения в общественном месте.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Where is...?; imperatives; go straight, turn; повторение to be, have got, can, Present Simple.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маршрута, карты с подписями и короткого рассказа о городе.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проект «My friendly town»: карта, письменные подписи, устный маршрут и парный диалог.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3.3. Модуль 3: 9–10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Family and Friends Level 2, Second Edition.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развивает элементарную коммуникативную компетентность через знакомые ребёнку ситуации. Новый языковой материал включается в многократную устную, рецептивную и письменную практику, а проект служит способом применить язык, а не декоративным дополнением.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Личная информация и повседневное общение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вести диалог-знакомство, уточнять информацию и переспрашивать; работать над ритмом и ударением фразы.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личные сведения, интересы, распорядок, формулы уточнения и просьбы повторить.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Simple во всех основных типах предложений; question words; краткие ответы.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беседы и профиля; чтение анкеты, сообщения и несплошного 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безопасный профиль вымышленного героя, аудио- или устное представление и взаимная проверка по критериям.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Учёба, расписание и управление временем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расписание и предпочтения; произносить время, даты и многосложные слова.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занятия, дни, время, учебные действия, материалы и оценочные формулы.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предлоги времени; adverbs of frequency; Present Simple и конструкция have to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объявления и расписания, чтение сообщения о школьном дне и поиск деталей.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расписание персонажа, устное сравнение и памятка о спокойной организации учебного дня.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Дом, район и движение по городу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описать район, запросить направление и проверить понимание; интонация вежливого вопроса.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здания, городские услуги, направления, расстояние и положение объектов.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there is/are; some/any; much/many на начальном уровне; imperatives и предлоги места.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навигационной инструкции и чтение плана района с описанием.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маршрут по вымышленному району, письменная инструкция и диалог с уточняющими вопросами.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Еда, количество и здоровый выбор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предпочтение и состав простого набора продуктов без оценивания внешности и веса.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продукты, группы питания, упаковки, меры количества и вкусовые признаки.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countable/uncountable; some/any; a lot of; How much/How many; should по готовой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информационной заметки; чтение меню, таблицы и инструкции.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проект бумажного меню, аргументированный выбор и короткий информационный текст без медицинских рекомендаций.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Тело, самочувствие и обращение за помощью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описать простое самочувствие и попросить помощи; различать нейтральные и вежливые формулы.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части тела, распространённые бытовые симптомы, действия заботы и экстренная лексика базового уровня.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have got a...; should/shouldn't; must/mustn't в правилах безопасности.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короткого диалога и памятки безопасности; чтение последовательности действий.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ролевая ситуация обращения к взрослому, памятка безопасного поведения; без диагностики и назначения лечения.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Погода, одежда и действия сейчас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описать происходящее и погоду; различать окончания -ing на слух и в речи.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погода, сезоны, одежда, активность на улице и признаки состояния природы.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Continuous: утверждение, отрицание, вопрос; сопоставление с Present Simple.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прогноза и описания картинки; чтение короткой заметки о сезонном событии.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мини-прогноз, описание сцены и совместный календарь наблюдений на английском языке.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События в прошлом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рассказать о завершённом событии по картинкам; отработка окончания -ed и форм was/were.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события дня, место, время, эмоции и последовательность first/then/finally.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Past Simple: was/were, правильные глаголы, did в базовых вопросах по образцу.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короткого рассказа и дневниковой записи; установление последовательности.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иллюстрированная история из 6–8 предложений, устный пересказ и работа над понятностью сообщения.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Путешествие, культура и итоговая история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рассказать о маршруте и впечатлении, задать вопросы собеседнику; повторить ключевые речевые функции.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транспорт, место отдыха, достопримечательности, культурно нейтральные правила поведения.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повторение Present Simple, Present Continuous, Past Simple, can, should и вопросительных форм.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туристической заметки и рассказа; чтение карты, афиши и личного сообщения.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проект «A journey in pictures»: маршрут, письменная история, устная презентация и вопросы аудитории.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3.4. Модуль 4: 10–11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Family and Friends Level 3, Second Edition.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развивает элементарную коммуникативную компетентность через знакомые ребёнку ситуации. Новый языковой материал включается в многократную устную, рецептивную и письменную практику, а проект служит способом применить язык, а не декоративным дополнением.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Характер, внешность и уважительное описание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описать персонажа без ярлыков и дискриминационных оценок; уточнять и сравнивать информацию.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внешность, черты характера, интересы, поведение и нейтральные оценочные слова.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have got; to be; comparative adjectives; defining phrases with who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литературного портрета; чтение профилей с поиском доказательств.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портрет вымышленного героя, устное обоснование характеристики и корректная обратная связь.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Учёба, стратегии и совместная работа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обсудить трудность, попросить объяснение и распределить роли; интонация просьбы и предложения.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учебные действия, способы запоминания, проектные роли, успех, ошибка и доработка.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have to/don't have to; can/could for requests; adverbs of manner.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инструкции и диалога о проекте; чтение памятки и сообщения с рекомендацией.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план групповой работы, памятка учебной стратегии и рефлексивное сообщение без публичного ранжирования.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Природа, пространство и сравнение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сравнивать места и природные объекты; произносить степени сравнения и числовые данные.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ландшафт, погода, природные объекты, размер, расстояние и стороны света.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comparatives/superlatives; as ... as; there is/are; количественные конструкции.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описания маршрута и научно-популярной заметки; чтение карты и таблицы.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сравнительная карточка двух мест, устный вывод и мини-постер с проверяемыми фактами.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Привычки, здоровье и безопасность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дать общую немедицинскую рекомендацию и объяснить правило; интонация предупреждения.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режим, движение, сон, питание, цифровые привычки и безопасное поведение.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should/shouldn't; must/mustn't; have to; first conditional в готовых речевых моделях.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памятки и интервью; чтение короткой статьи с отделением факта от совета.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памятка безопасной привычки и ролевая консультация без диагностики, лечения и оценки тела.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Прошедшие события и биография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рассказать о событии и задать уточняющие вопросы; произношение частотных неправильных форм.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даты, этапы жизни, достижения, обстоятельства события и биографическая лексика.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Past Simple: правильные и частотные неправильные глаголы; вопросы и отрицания.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биографической заметки и рассказа очевидца; определение главных событий.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биография выбранного культурного или научного деятеля по проверяемым источникам и устная презентация.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Планы, намерения и прогноз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план и договариваться; различать намерение и спонтанное решение.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будущие события, каникулы, подготовка, обязанности, предположение и вероятность.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be going to; will for prediction/decision; Present Continuous for arrangements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разговора о планах и календаря событий; чтение приглашения и прогноза.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план вымышленного события, приглашение и устная договорённость с распределением задач.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Технологии, сообщения и цифровая вежливость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объяснить назначение устройства и правила безопасного общения; ударение в заимствованной лексике.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устройства, приложения, сообщение, источник, пароль, приватность и цифровой след.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can/could; imperatives; relative clause with that/which по модели; повторение времён.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инструкции и подкастового фрагмента; чтение интерфейсного текста и памятки.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электронное сообщение по учебной ситуации и памятка цифровой безопасности без публикации личных данных.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Путешествие и итоговый межкультурный проект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представить место, сравнить культурные практики без стереотипов и ответить на вопросы.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география, транспорт, досуг, праздники, нормы вежливости и достопримечательности.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систематизация изученных времён, сравнений, модальных конструкций и вопросов.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путеводителя, интервью и объявления; чтение текстов разных форматов.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проект «Two places, two stories»: письменный путеводитель, устная презентация и диалог.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3.5. Модуль 5: 11–12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Family and Friends Level 4, Second Edition.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расширяет самостоятельность: обучающийся работает с более протяжённым текстом, несколькими источниками, аргументом и проектной задачей. Лексико-грамматическая точность оценивается вместе с понятностью, связностью и достижением коммуникативной цели.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Отношения, увлечения и коммуникация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вести диалог о дружбе и интересах, выражать согласие и несогласие уважительно; работать над связностью речи.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характер, отношения, досуг, клубы, эмоции и формулы поддержки.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Simple/Continuous; stative verbs на ознакомительном уровне; relative pronouns who/which/that.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сообщения; чтение рассказа о дружбе с определением позиции героя.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личное или вымышленное сообщение, правила поддерживающей коммуникации и парная дискуссия.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Учёба, выбор стратегии и обратная связь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описать учебную цель, запросить помощь и дать конкретную обратную связь без оценивания личности.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предметы, навыки, стратегия, критерий, результат, ошибка, прогресс и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gerund after like/enjoy; infinitive of purpose; have to/should; вопросы разных типов.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объяснения и учебной инструкции; чтение статьи о способах обучения.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план учебного мини-проекта, письменная рефлексия и обсуждение эффективной стратегии.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География, путешествия и описание места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описать маршрут, местность и впечатление; использовать уточнение и перефразирование.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страны, ландшафт, климат, транспорт, размещение, ориентиры и культурные объекты.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comparatives/superlatives; articles with geographical names на практическом уровне; past/present forms.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объявления и рассказа путешественника; чтение карты, отзыва и статьи.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маршрут с обоснованием, отзыв о вымышленной поездке и презентация места с проверкой фактов.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Еда, здоровье и ответственная информация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выбор и бытовое самочувствие, отличая факт, предпочтение и общую рекомендацию.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питание, режим, активность, симптом, помощь, состав продукта и источник информации.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countable/uncountable; quantifiers; should/must/have to; first conditional.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инфографики; чтение популярного текста с оценкой источника.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информационная памятка без медицинских назначений, диалог обращения к взрослому и объяснение выбора.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Опыт, достижения и события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сообщить об опыте и уточнить время события; различать завершённое событие и жизненный опыт.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поездки, события, достижения, творчество, соревнование и добровольная деятельность.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Perfect: ever/never/just/already/yet; сопоставление с Past Simple.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личной истории; чтение профиля и хронологии.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история достижения вымышленного героя, письменное интервью и устное сообщение по временной линии.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Природа, экология и правила действия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объяснить проблему и предложить реалистичное действие; интонация аргумента и предложения.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экосистема, отходы, ресурс, загрязнение, защита природы и ответственное потребление.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must/mustn't; should; first conditional; passive forms в отдельных устойчивых примерах.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сообщения и экологической инструкции; чтение статьи и статистической подписи.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кампания малого действия, аргументированное сообщение и проектный плакат без недоказанных утверждений.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Истории, медиа и достоверность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пересказать событие, выразить отношение и задать вопрос к источнику; работать над логическим ударением.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персонаж, новость, факт, мнение, автор, источник и доказательство.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Past Simple/Continuous; linking words; relative clauses; косвенная передача короткого сообщения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истории и новостной заметки; чтение двух коротких источников и поиск различий.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связный рассказ, карточка проверки сообщения и групповое обсуждение без распространения персональных данных.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Культура и итоговая коммуникативная презентация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представить культурное явление родной страны и англоязычного мира без стереотипов, ответить на вопросы.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традиции, литература, музыка, музей, праздник, этикет и культурное наследие.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систематизация времён, модальных глаголов, сравнений, относительных предложений и связок.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интервью, экскурсионного сообщения и статьи; чтение несплошных текстов.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проект «Culture through stories»: письменный материал, устная защита, диалог и самооценка.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3.6. Модуль 6: 12–13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Family and Friends Level 5, Second Edition.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расширяет самостоятельность: обучающийся работает с более протяжённым текстом, несколькими источниками, аргументом и проектной задачей. Лексико-грамматическая точность оценивается вместе с понятностью, связностью и достижением коммуникативной цели.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Идентичность, интересы и способы общения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поддерживать разговор, уточнять позицию и перефразировать при нехватке языковых средств; работать над беглостью и интонацией.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личные качества, интересы, отношения, способы коммуникации, цель, выбор и уважительное несогласие.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Simple/Continuous/Perfect в сопоставлении; question tags на начальном практическом уровне.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подкастового фрагмента; чтение личного эссе и профиля с выделением аргументов.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устное самопредставление без избыточных персональных данных, текст о вымышленном герое и парное интервью.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Наука, изобретения и объяснение процесса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объяснять назначение устройства и последовательность процесса; произносить научно-техническую лексику разборчиво.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изобретение, материал, энергия, эксперимент, измерение, результат, причина и следствие.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Past Simple/Present Perfect; passive voice в настоящем и прошедшем времени; clauses of purpose.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объяснения и научно-популярного сообщения; чтение схемы, инструкции и биографии изобретателя.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безопасной модели или устройства, письменная инструкция и презентация с ответами на вопросы.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Природа, климат и изменение условий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описывать тенденцию, сравнивать условия и осторожно формулировать прогноз; использовать данные как опору.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климат, погода, природное явление, риск, ресурс, показатель, изменение и последствие.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comparatives; future forms; first conditional; may/might for possibility.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прогноза и комментария к данным; чтение карты, диаграммы и популярной статьи.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краткое описание данных, устный прогноз с указанием ограничений и проект безопасного наблюдения.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Путешествие и межкультурная вежливость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решать типичную коммуникативную проблему в поездке, просить уточнение и корректно объяснять правило.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документы учебной ситуации, транспорт, размещение, сервис, маршрут, обычай и норма поведения.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polite requests with could/would; articles and prepositions; indirect questions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объявления, инструкции и диалога; чтение маршрута, правил и отзыва.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ролевая ситуация поездки, памятка межкультурной вежливости и аргументированный выбор маршрута.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Истории, фон и последовательность событий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строить связный рассказ, передавать фон и ключевое событие; использовать логическое ударение.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обстоятельство, конфликт, решение, реакция, свидетель и точка зрения.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Past Simple/Past Continuous; Present Perfect; used to по модели; sequence linkers.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рассказа и свидетельства; чтение художественного фрагмента и восстановление последовательности.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рассказ от лица персонажа, редактирование временной логики и устное представление альтернативной точки зрения.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Планы, решения и условия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договариваться о совместном действии, обсуждать варианты и последствия; аргументировать выбор.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план, ресурс, срок, роль, риск, решение, условие и результат.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future forms; first and second conditional на доступном уровне; modal verbs for obligation and advice.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планёрки и сообщения о проекте; чтение плана, письма и таблицы вариантов.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проектный план, письмо участнику и устная защита решения с ответом на возражение.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Медиа, источник и информационная осторожность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кратко пересказывать сообщение, отделять факт от мнения и задавать вопросы к достоверности.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медиаформат, автор, источник, дата, доказательство, реклама, мнение и манипулятивный приём.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reported statements в простых случаях; passive voice; modal verbs of probability.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новостного фрагмента; чтение двух сообщений и сопоставление формулировок.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карточка проверки источника, нейтральный пересказ и дискуссия о достоверности без распространения спорного сообщения.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Итоговое исследование и публичная коммуникация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представлять результат, удерживать структуру сообщения, отвечать на вопросы и признавать границы данных.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лексика выбранной темы, исследовательский вопрос, метод, результат, вывод, ограничение и рекомендация.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систематизация времён, пассивных форм, условных предложений, модальных глаголов и средств связи.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выступления и справочного текста; чтение нескольких коротких источников с фиксацией данных.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мини-проект на английском языке: аннотация, наглядный материал, устная защита и рефлексия.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3.7. Модуль 7: 13–14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Family and Friends Level 6, Second Edition.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расширяет самостоятельность: обучающийся работает с более протяжённым текстом, несколькими источниками, аргументом и проектной задачей. Лексико-грамматическая точность оценивается вместе с понятностью, связностью и достижением коммуникативной цели.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Социальное взаимодействие и границы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выражать позицию, отказ, поддержку и несогласие уважительно; выбирать регистр общения по ситуации.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отношения, границы, обязанность, конфликт, компромисс, поддержка, доверие и ответственность.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modal verbs; conditionals; gerund/infinitive after common verbs; complex questions.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дискуссии и совета; чтение ситуации, письма и текста с разными позициями.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сценарий решения вымышленной ситуации, письмо с рекомендацией и парная медиация по готовому алгоритму.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Образование, навыки и будущая деятельность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сильные стороны и образовательный выбор без ранжирования людей; проводить краткое интервью.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навык, опыт, интерес, обучение, проект, профессия, требование и развитие.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Present Perfect Continuous на ознакомительном уровне; for/since; relative clauses; future forms.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презентации профессии; чтение объявления, профиля и статьи о навыках.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учебное резюме вымышленного кандидата, интервью и план развития выбранного навыка.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Культурное многообразие и представление своей страны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сравнивать культурные практики без обобщающих ярлыков, объяснять контекст и задавать уточняющие вопросы.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традиция, наследие, язык, искусство, обычай, регион, культурный контекст и стереотип.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articles; relative and participial phrases по модели; comparison structures; discourse markers.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экскурсии и интервью; чтение культурной заметки и фрагмента художественного 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двуязычная карточка культурного объекта, устная экскурсия и ответ на вопрос о сходствах и различиях.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Окружающая среда и устойчивые решения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экологическую проблему, оценивать предложенное решение и формулировать осторожный вывод.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биоразнообразие, ресурс, выброс, отходы, сохранение, устойчивость, показатель и компромисс.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passive voice; conditionals; modal verbs of deduction; cause-and-effect clauses.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выступления и комментария к данным; чтение статьи, диаграммы и проектного предложения.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малого кейса, письменная рекомендация с аргументами и презентация реалистичного решения.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Технологии и ответственная онлайн-коммуникация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объяснять преимущество и риск технологии, запрашивать согласие и соблюдать цифровой этикет.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данные, алгоритм, устройство, доступ, приватность, согласие, риск, преимущество и ограничение.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passive voice; relative clauses; indirect questions; modal verbs for rules and probability.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инструкции и экспертного комментария; чтение политики в упрощённой форме и обзора.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памятка безопасной коммуникации, аргументированный обзор и ролевая ситуация запроса согласия.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Сообщение чужих слов и разные точки зрения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передавать основное содержание чужого высказывания без искажения и отмечать источник.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позиция, утверждение, свидетельство, цитата, пересказ, контекст, согласие и возражение.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reported speech: statements/questions/commands на базовом уровне; tense backshift по модели.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с несколькими участниками; чтение статьи с цитатами и сопоставление позиций.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нейтральный пересказ, письменное сравнение двух позиций и устная дискуссия с указанием источника.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Здоровье, сообщество и обращение за помощью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общие безопасные привычки и социальную поддержку без диагностики и давления на личное раскрытие.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благополучие, режим, нагрузка, поддержка, специалист, служба, волонтёрство и доступность.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modals for advice/obligation; conditionals; purpose and result clauses.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информационного сообщения; чтение памятки, объявления и интервью со специалистом.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информационная карта ресурсов помощи, диалог обращения к взрослому и проект полезной инициативы.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Итоговая конференция: исследование и аргументация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выступать по плану, аргументировать, отвечать на уточняющие вопросы и корректировать формулировку.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академическая лексика базового уровня: тема, тезис, аргумент, данные, источник, вывод, ограничение.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систематизация сложных временных форм, пассива, косвенной речи, условных и относительных конструкций.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короткого доклада; чтение нескольких источников и извлечение сопоставимых фактов.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проект: письменное резюме, наглядный материал, устный доклад, вопросы и самооценка.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3.8. Модуль 8: 14–15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самостоятельный модуль по актуальным официальным методическим ориентирам.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ориентирован на самостоятельное решение комплексной коммуникативной задачи, критическую работу с источником, выбор регистра и представление межпредметного результата. Темы, требующие личного признания или раскрытия чувств, заменяются вымышленным кейсом или позицией персонажа.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Идентичность, ценности и аргументированный выбор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выражать позицию и степень уверенности, уточнять основания и уважительно обсуждать различие взглядов.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ценность, приоритет, выбор, ответственность, влияние, аргумент, пример и исключение.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revision of tense system; modal verbs of certainty; complex clauses with although/whereas/because.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дискуссии и личного эссе; чтение текстов с явной и подразумеваемой позицией.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аргументированный текст о вымышленной дилемме и круглый стол без требования раскрывать личный опыт.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Образование, профессии и меняющийся мир труда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проводить интервью, объяснять критерии выбора и сопоставлять варианты по заданным параметрам.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образовательный маршрут, компетенция, профессия, рынок труда, задача, команда, развитие и этика.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future forms; conditionals; gerund/infinitive; defining and non-defining relative clauses.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интервью и презентации; чтение объявления, статьи и сравнительной таблицы.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профиль вымышленного проекта, мотивационное сообщение учебного характера и устная защита выбора.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Наука, технология и границы доказательства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объяснять гипотезу, ход проверки и ограничения результата; различать предположение и установленный факт.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исследование, переменная, измерение, выборка, корреляция, причина, доказательство и погрешность.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passive structures; modal verbs of deduction; participle clauses на ознакомительном уровне.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научно-популярного сообщения; чтение статьи, графика и описания эксперимента.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аннотация безопасного исследования, описание данных и устное объяснение границ вывода.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Медиа, реклама и работа с данными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воздействие сообщения, выявлять предположение и задавать проверочные вопросы.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медиа, аудитория, цель, реклама, статистика, визуализация, выборка, манипуляция и источник.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reported speech; passive voice; clauses of contrast and result; quantifiers in data commentary.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рекламного и информационного сообщения; чтение инфографики и двух версий новости.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письменный анализ медиафрагмента, нейтральная редактура заголовка и презентация проверки данных.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Экология и глобальные взаимосвязи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системную проблему, видеть интересы сторон и формулировать выполнимое предложение.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климат, энергия, биоразнообразие, потребление, политика, экономика, риск и адаптация.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mixed conditionals на ознакомительном уровне; modals; cause/concession clauses; passive forms.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экспертного комментария; чтение статьи, карты и набора статистических данных.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позиционная записка по учебному кейсу, дискуссия сторон и проект решения с указанием ограничений.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Культура, литература и интерпретация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интерпретировать фрагмент, приводить текстовое доказательство и сопоставлять читательские версии.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жанр, образ, конфликт, символ, авторская позиция, контекст, интерпретация и цитата.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narrative tenses; reported speech; complex noun phrases; linking devices for interpretation.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чтения/исполнения фрагмента; чтение адаптированного художественного и критического 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письменный отклик, устная интерпретация и творческая адаптация с уважением авторских прав.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Путешествие, международное взаимодействие и решение проблемы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достигать договорённости в сложной бытовой ситуации, объяснять правило и предлагать альтернативу.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маршрут, документ, сервис, культурная норма, конфликт ожиданий, компенсация и решение.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indirect questions; conditionals; modals; formal and informal register.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объявления и проблемного диалога; чтение правил, отзыва и официального сообщения.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формальное обращение учебного характера, ролевая переговорная ситуация и памятка культурной адаптации.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Итоговый проект: аналитическое выступление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представлять тезис и доказательства, реагировать на вопрос и отделять факт от собственной оценки.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лексика выбранной межпредметной темы, тезис, аргумент, контраргумент, данные, источник и вывод.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систематизация времён, пассива, косвенной речи, условных, модальных и сложноподчинённых конструкций.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доклада и вопросов; чтение нескольких источников с сопоставлением информации.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аналитический текст, устное выступление, наглядный материал, ответы на вопросы и рефлексия.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3.9. Модуль 9: 15–16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модуля — 160 часов; 5 занятий в неделю; продолжительность занятия — 40 минут. Методический ориентир: самостоятельный итоговый модуль по актуальным официальным методическим ориентирам. Содержание не воспроизводит учебник и может реализовываться с использованием иных законно используемых материалов, если сохраняются цели, темы и результаты Программы.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ориентирован на самостоятельное решение комплексной коммуникативной задачи, критическую работу с источником, выбор регистра и представление межпредметного результата. Темы, требующие личного признания или раскрытия чувств, заменяются вымышленным кейсом или позицией персонажа.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Коммуникация в реальных и учебно-профессиональных ситуациях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адаптировать регистр, уточнять задачу, договариваться о результате и подводить итог разговора.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цель общения, роль, срок, критерий, ответственность, уточнение, итог и обратная связь.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functional review of tense forms; modal verbs; indirect questions; formal/informal register.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переговорного диалога и инструкции; чтение делового сообщения и проектного задания.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электронное письмо учебного характера, протокол договорённости и ролевая встреча.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Гражданское участие и жизнь сообщества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обсуждать общественную инициативу, учитывать позиции сторон и формулировать корректное предложение.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сообщество, инициатива, право, обязанность, доступность, участие, волонтёрство и общественный интерес.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passive voice; conditionals; modals of obligation/permission; clauses of purpose and concession.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публичного сообщения; чтение объявления, правил и нескольких мнений.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проект локальной инициативы, письменное обращение учебного характера и публичная презентация.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Наука, общество и ответственное решение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объяснять научную информацию неспециалисту, обозначать неопределённость и этическое ограничение.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инновация, исследование, риск, польза, этика, данные, эксперт, общество и регулирование.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passive and causative structures на доступном уровне; modals of deduction; complex clauses.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экспертного интервью; чтение научно-популярного и общественного комментария.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популярное объяснение, матрица аргументов и обсуждение решения с фиксацией ограничений.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Информационная среда и проверка утверждений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задавать критические вопросы, нейтрально пересказывать позицию и объяснять результат проверки.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утверждение, первоисточник, контекст, доказательство, статистика, ошибка, предвзятость и верификация.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reported speech; passive voice; hedging language; clauses of contrast and result.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новостного обсуждения; чтение нескольких текстов и сопоставление данных.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проверка учебного утверждения, письменный отчёт и устное объяснение без повторного распространения ложной информации.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Глобальные вызовы и сценарии будущего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строить сценарий, обсуждать последствия и предлагать критерии оценки решения.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климат, миграция, технология, ресурс, безопасность, неравенство, сотрудничество и сценарий.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conditionals including mixed patterns на практическом уровне; future in the past; modals and hedging.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аналитического комментария; чтение статьи, карты, диаграммы и прогноза.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сценарный текст, устные переговоры сторон и совместная рекомендация с указанием неопределённости.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Культура, язык и межкультурный диалог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объяснять культурно обусловленную формулировку, избегать стереотипа и находить понятный эквивалент.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языковая норма, вариант языка, контекст, идентичность, перевод, культурная отсылка и этикет.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complex noun phrases; relative and participle clauses; discourse markers; register variation.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фрагментов разных вариантов английской речи; чтение эссе и культурного комментария.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сопоставительный комментарий, переводческое решение учебного характера и модерируемый диалог.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Самообразование и индивидуальная языковая стратегия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ставить реалистичную цель, запрашивать обратную связь и объяснять выбор учебного способа.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языковой навык, цель, критерий, ресурс, стратегия, повторение, обратная связь и прогресс.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индивидуальное повторение проблемных конструкций; word formation; cohesion and coherence devices.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методического объяснения; чтение инструкции, словарной статьи и справочного материала.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личный учебный план без обещания уровня, диагностическая работа и рефлексивное письмо.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Итоговая аттестация: межкультурная коммуникация и проект — 20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Устная коммуникация и произношение:</w:t>
      </w:r>
      <w:r>
        <w:rPr>
          <w:rFonts w:ascii="Times New Roman" w:hAnsi="Times New Roman" w:eastAsia="Times New Roman"/>
          <w:color w:val="000000"/>
          <w:sz w:val="24"/>
        </w:rPr>
        <w:t xml:space="preserve"> вести подготовленный и частично неподготовленный диалог, выступать по плану и отвечать на вопросы.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Тематическая лексика и речевой этикет: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систематизация тематической и академической лексики программы, компенсаторные формулы и связки.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Грамматика в коммуникации: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систематизация ключевых грамматических средств модулей 1–9 с приоритетом понятности и уместности.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Аудирование и смысловое чтение: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аутентизированного аудиотекста и чтение нескольких текстов разных форматов.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Письменная речь, межкультурная практика и проект: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письменный текст и проект, устная защита, диалог, самооценка и план дальнейшего изучения.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4. КАЛЕНДАРНЫЙ УЧЕБНЫЙ ГРАФИК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2600"/>
        <w:gridCol w:w="7420"/>
      </w:tblGrid>
      <w:tr>
        <w:trPr>
          <w:tblHeader w:val="true"/>
          <w:cantSplit/>
        </w:trPr>
        <w:tc>
          <w:tcPr>
            <w:tcW w:type="dxa" w:w="2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Показатель</w:t>
            </w:r>
          </w:p>
        </w:tc>
        <w:tc>
          <w:tcPr>
            <w:tcW w:type="dxa" w:w="74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Учебный период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01.09.2026–28.05.2027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Продолжительность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32 учебные недели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Осенний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26.10.2026–30.10.2026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Зимний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28.12.2026–10.01.2027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Февральский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15.02.2027–21.02.2027; 22–23.02.2027 — неучебные праздничные дни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Весенний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29.03.2027–02.04.2027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Режим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 расписанию конкретной группы в пределах недельной нагрузки модуля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Итоговая аттестация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 течение последней учебной недели; часы включены в объём модуля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При совпадении занятия с неучебным праздничным днём календарное расписание группы корректируется без уменьшения утверждённого объёма. Изменение доводится до родителей (законных представителей) по установленному каналу связи.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5. ПЛАНИРУЕМЫЕ РЕЗУЛЬТАТЫ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5.1. Общие результаты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положительная готовность вступать в иноязычное взаимодействие и использовать доступные компенсаторные средства;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умение слушать собеседника, соблюдать очередь реплик, задавать уточняющий вопрос и выражать несогласие уважительно;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умение планировать устный, письменный или проектный результат, применять критерии и дорабатывать работу;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интерес к языковому и культурному многообразию при уважении культуры России и достоинства человека;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ответственное обращение с источником, авторским материалом, персональными данными и цифровой информацией.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5.2. Результаты освоения: Модуль 1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знакомые инструкции, приветствия и короткие сообщения с опорой на ситуацию и изображение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приветствовать, представляться, задавать и понимать элементарные вопросы о знакомых предметах и действиях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и воспроизводить основные изученные звуки, читать знакомые слова по звуко-буквенной опоре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базовую лексику тем модуля и простые речевые модели без требования безошибочной беглости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копировать и писать по образцу отдельные слова, подписи и очень короткие предложения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участвовать в парной игре, мини-диалоге и итоговой презентации с визуальной опорой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5.3. Результаты освоения: Модуль 2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основное содержание коротких инструкций, диалогов и иллюстрированных историй на знакомом материале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вести короткий этикетный диалог, задавать общие и специальные вопросы по изученным темам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вслух и про себя небольшие тексты, находить явно сообщённую информацию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употреблять в речи базовые формы to be, have got, can, Present Simple, there is/are и количественные конструкции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короткие подписи, анкеты, сообщения и инструкции по модели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представлять мини-проект и отвечать на простые вопросы по его содержанию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5.4. Результаты освоения: Модуль 3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короткие рассказы, сообщения, прогнозы и бытовые диалоги, выделяя тему и запрашиваемую информацию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описывать распорядок, происходящее и завершённое событие в последовательности из нескольких фраз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адаптированные тексты и несплошные материалы, соотносить информацию с таблицей, планом или иллюстрацией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и применять Present Simple, Present Continuous и основные формы Past Simple в изученных ситуациях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писать связный иллюстрированный рассказ, маршрут, памятку или личное сообщение по опоре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просьбу о повторении, языковую догадку и визуальную опору при дефиците языковых средств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5.5. Результаты освоения: Модуль 4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диалог о знакомой ситуации, предлагать действие, объяснять правило и выражать предпочтение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строить связное описание человека, места, события или плана, соблюдая уважительный и нейтральный язык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основные факты интервью, объявления, инструкции и адаптированного текста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степени сравнения, модальные конструкции, Past Simple и основные способы выражения будущего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приглашение, биографическую заметку, сообщение и проектный текст с самопроверкой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представлять родную культуру и культурный материал англоязычного мира без стереотипных обобщений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5.6. Результаты освоения: Модуль 5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вести диалог с уточнением, выражать согласие и несогласие уважительно, задавать вопросы к позиции собеседника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монологическое сообщение о событии, опыте, месте или проблеме по плану и ключевым словам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основное содержание и запрашиваемую информацию в адаптированных аудио- и письменных текстах разных форматов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сопоставлять Past Simple и Present Perfect, применять модальные, условные и относительные конструкции на изученном материале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писать связное сообщение, отзыв, историю или информационную памятку, учитывая адресата и цель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проверять источник простого информационного сообщения и отличать факт от мнения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5.7. Результаты освоения: Модуль 6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разговор, перефразировать мысль и использовать компенсаторные формулы при нехватке слова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процесс, сравнивать данные, сообщать об опыте и обсуждать последствия решения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интервью, подкастовый и научно-популярный фрагмент, выделять факты, аргументы и ограничения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изученные временные формы, пассивный залог, условные и модальные конструкции в коммуникативной задаче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инструкцию, проектный план, нейтральный пересказ и аннотацию мини-исследования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представлять результат с указанием источника, данных и границ собственного вывода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5.8. Результаты освоения: Модуль 7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выбирать подходящий регистр общения, выражать границу, поддержку, отказ и аргументированное несогласие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сопоставлять культурные и общественные явления без стереотипизации и представлять свою страну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несколько позиций в интервью или статье, нейтрально передавать основное содержание чужих слов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косвенную речь, пассивные, условные и относительные конструкции в устной и письменной речи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писать рекомендацию, краткий аналитический текст, учебное резюме и резюме проекта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вести проектную защиту, отвечать на вопрос и корректировать формулировку после обратной связи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5.9. Результаты освоения: Модуль 8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участвовать в дискуссии, формулировать тезис, аргумент, контраргумент и степень уверенности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основное и детальное содержание выступления, аналитической статьи, инфографики и художественного фрагмента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оценивать источник, способ представления данных и границы доказательства на доступном уровне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систему времён, пассив, косвенную речь, условные, модальные и сложноподчинённые конструкции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аргументированный, аналитический, формальный и творческий текст в соответствии с коммуникативной задачей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публично представлять межпредметный проект, отвечать на вопросы и разделять факт и интерпретацию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5.10. Результаты освоения: Модуль 9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решать коммуникативную задачу в учебной, общественной, бытовой и условно профессиональной ситуации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адаптировать регистр, уточнять условия, достигать договорённости и подводить итог разговора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понимать и сопоставлять аудио- и письменные тексты разных форматов, выявлять позицию и доказательную основу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основные грамматические средства программы с приоритетом точности смысла, связности и уместности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электронное письмо, аналитический отчёт, аргументированный текст и проектную аннотацию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проводить итоговую защиту, участвовать в частично неподготовленном диалоге и составлять план дальнейшего изучения языка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Указанные результаты описывают внутренние цели конкретного модуля. Они не являются присвоением международного языкового уровня и не подтверждают освоение основной общеобразовательной программы.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6. ФОРМЫ КОНТРОЛЯ И ИТОГОВАЯ АТТЕСТАЦИЯ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6.1. Текущий и тематический контроль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Контроль проводится в естественных для содержания видах деятельности: речевая проба, диалог, устное сообщение, аудирование, чтение, лексико-грамматическая задача, письменная работа, проект, презентация и рефлексия. Он не должен сводиться только к воспроизведению правила или переводу изолированных предложений.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Результаты учитываются в российской системе «ЭлЖур» по балльно-рейтинговой модели. На учебный год педагог планирует максимальное количество баллов, ориентировочно 400 баллов: по 100 баллов на каждый из четырёх учебных периодов. Конкретное распределение определяется до начала периода и доводится до обучающихся и родителей.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обычная текущая работа может оцениваться максимум в 5 баллов;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контрольная, тематическая, комплексная или проектная работа — максимум в 10 баллов;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критерии сообщаются до выполнения работы; результат может быть доработан в согласованной форме;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баллы отражают выполнение заявленных действий, а не поведение, личные качества, акцент или сравнение с другими детьми;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индивидуальные результаты доступны только обучающемуся, его семье, педагогу и уполномоченным работникам.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Значение «0» означает, что запланированная работа пока не выполнена, в том числе из-за отсутствия ребёнка, и не является отрицательной отметкой. После выполнения или согласованной замены техническое значение заменяется фактически набранным баллом.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6.2. Итоговая аттестация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 окончании каждого модуля проводится итоговая аттестация как внутренняя оценочная процедура. Она не является государственной итоговой аттестацией и не подтверждает уровень общего образования или международный языковой уровень.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устная часть: этикетный, побудительный, расспросный или комбинированный диалог и монологическое сообщение по возрастно сообразной опоре;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рецептивная часть: аудирование и смысловое чтение с пониманием основного содержания и запрашиваемой информации;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языковая часть: применение изученной лексики, грамматики, орфографии и произносительных умений в контексте;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письменная часть: сообщение, история, инструкция, отзыв, письмо, краткий аналитический или проектный текст в соответствии с модулем;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проектная часть: представление подготовленного продукта и ответы на вопросы; в модуле 1 допускается полная визуальная и речевая опора.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считается успешно освоенным, если обучающийся набрал не менее 60 процентов от установленного педагогом максимального количества баллов за год и выполнил итоговую работу не менее чем на 60 процентов от её максимального балла. При наличии невыполненных работ предоставляется разумный срок для доработки.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После успешного освоения модуля выдаётся сертификат об освоении модуля дополнительной общеобразовательной общеразвивающей программы. Сертификат не является документом об образовании государственного образца и не присваивает квалификацию или международный языковой уровень. При досрочном прекращении обучения либо непрохождении аттестации по запросу выдаётся справка об обучении или периоде обучения.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7. ОЦЕНОЧНЫЕ И МЕТОДИЧЕСКИЕ МАТЕРИАЛЫ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7.1. Единые критерии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000"/>
        <w:gridCol w:w="7020"/>
      </w:tblGrid>
      <w:tr>
        <w:trPr>
          <w:tblHeader w:val="true"/>
          <w:cantSplit/>
        </w:trPr>
        <w:tc>
          <w:tcPr>
            <w:tcW w:type="dxa" w:w="3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Критерий</w:t>
            </w:r>
          </w:p>
        </w:tc>
        <w:tc>
          <w:tcPr>
            <w:tcW w:type="dxa" w:w="70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Наблюдаемые проявления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Решение коммуникативной задачи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Сообщение соответствует ситуации, цели и адресату; собеседник может понять основную мысль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Содержание и связность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Мысли расположены последовательно, используются подходящие опоры и средства связи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Лексико-грамматические средства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Изученные слова и конструкции используются уместно; ошибки не разрушают смысл или исправляются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Произношение и понимание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Речь в целом понятна; обучающийся понимает ключевую информацию и умеет запросить повторение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Чтение и аудирование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Определены тема, основные факты и запрашиваемая информация в пределах задачи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Письменное оформление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Соблюдены формат, базовая орфография, пунктуация и объём, установленные конкретным заданием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Взаимодействие и самостоятельность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Обучающийся слушает, отвечает, использует опоры осознанно и дорабатывает результат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Акцент или вариант произношения не оценивается отрицательно сам по себе. Оцениваются понятность, уместность, способность услышать различие и скорректировать форму, если оно мешает коммуникации.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7.2. Методические материалы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речевые карточки, визуальные опоры, модели диалогов, фонетические и лексико-грамматические тренажёры;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аудиотексты, адаптированные и аутентизированные тексты, истории, объявления, таблицы, карты и инфографика;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маршрутные листы, листы самооценки, критерии диалога, письма, проекта и презентации;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диагностические, тематические и итоговые работы по каждому модулю;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проектные кейсы, ролевые ситуации, межпредметные и межкультурные задания;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словари и справочные материалы, используемые на возрастно сообразном уровне.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8. УСЛОВИЯ РЕАЛИЗАЦИИ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8.1. Кадровые условия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Программу реализует педагог дополнительного образования, отвечающий установленным законодательством требованиям к педагогической деятельности и владеющий английским языком и методикой его преподавания детям соответствующего возраста. Распределение модулей и групп закрепляется распорядительным документом ИП Тарабановой Е.П.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8.2. Материально-технические и информационные условия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учебные кабинеты с доской в каждом кабинете, мебелью по возрасту и достаточным освещением;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два телевизора для очной демонстрации визуальных и аудиовизуальных материалов;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три ноутбука, чёрно-белый и цветной принтеры;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печатные книги, словари, карточки, плакаты, иллюстрации и раздаточные 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законно используемые аудиозаписи и учебно-методические компоненты выбранного курса;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доступ к Российской электронной школе и другим проверенным возрастно сообразным ресурсам для использования педагогом на очном занятии;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условия для хранения работ обучающихся и ведения результатов в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Использование произведения, учебника, аудиозаписи, изображения или цифрового компонента допускается при наличии законного основания и с соблюдением условий правообладателя. Персональные данные ребёнка не размещаются на стороннем ресурсе без предусмотренного законом основания.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9. ВОСПИТАТЕЛЬНЫЙ КОМПОНЕНТ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Воспитательная составляющая интегрирована в речевые ситуации, тексты, проекты и правила взаимодействия. Она направлена на уважение достоинства человека, интерес к языкам и культурам, способность представлять свою страну, сотрудничать, проверять информацию и отвечать за форму собственного сообщения.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использование культурных примеров без стереотипизации народов, регионов, семей и социальных групп;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обсуждение вымышленных ситуаций вместо требования публично раскрывать личные чувства или опыт;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соблюдение речевого этикета, права отказаться от личного ответа и возможности выбрать роль персонажа;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уважение авторства и запрет на копирование чужой работы как собственной;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проверка источника, даты, контекста и степени уверенности в информационном сообщении;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совместный проект, в котором вклад каждого участника понятен и не подменяется публичным рейтингом.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 КАЛЕНДАРНО-ТЕМАТИЧЕСКОЕ ПЛАНИРОВАНИЕ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Планирование содержит полный тематический состав и понедельное распределение на 32 учебные недели. Каждый тематический цикл длится четыре недели. Педагог вправе менять последовательность соседних заданий внутри цикла и перераспределять виды деятельности при сохранении общего объёма, недельной нагрузки, содержательных линий и результатов.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10.1. Модуль 1: 7–8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96 часов; 32 недели; 3 занятий в неделю; продолжительность занятия — 35 минут с сентября по декабрь; 40 минут с января по май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Знакомство и английский в группе: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приветствие, прощание, представление себя; различение и воспроизведение основных звуков приветственных формул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Цвета, числа и предметы вокруг: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называние и уточнение цвета и количества; чёткое произнесение числительных и вопросительной интонации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Игрушки, формы и положение предмета: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просьба дать предмет, уточнение принадлежности и местоположения; отработка ритма короткой реплики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Моё тело, чувства и самочувствие: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называние частей тела и простых состояний; интонация сообщения и вопроса о самочувствии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 и дом: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представление персонажей семьи и описание комнаты; различение he/she и интонации перечисления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 и предпочтения: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вежливая просьба, предложение и ответ о предпочтении; звуковая отработка коротких слов по теме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 и действия: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описание того, что умеет животное; различение can/can't и выразительное чтение короткой рифмовки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день, одежда и итоговая коммуникация: устная практика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короткое сообщение о действиях и одежде по ситуации; повторение речевых формул всего модуля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ЛЕКСИКА И РЕЧЕВЫЕ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Знакомство и английский в группе: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имя, возраст, педагог, группа, базовые команды и формулы вежливости; I am / I'm; My name is; What is your name?; простые побудительные конструкции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Цвета, числа и предметы вокруг: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основные цвета, числа в доступном диапазоне, предметы в кабинете и принадлежности; It is / It's; What is it?; What colour is it?; единственное и множественное число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Игрушки, формы и положение предмета: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игрушки, простые формы, размер, предлоги места in, on, under, near; This is; Is it...?; Where is...?; притяжательное my; краткие ответы yes/no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Моё тело, чувства и самочувствие: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части тела, базовые эмоции, состояния hungry, thirsty, tired, happy, sad; I have got; I've got; He/She has got по речевому образцу; How are you?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 и дом: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члены семьи, комнаты, мебель и бытовые предметы; This is my...; He/She is...; There is / There are по готовой модели; притяжательные my, his, her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 и предпочтения: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распространённые продукты, напитки, вкусовые характеристики и формулы please / thank you; I like / I don't like; Do you like...?; I'd like... по образцу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 и действия: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домашние и дикие животные, движения, среда обитания на элементарном уровне; It can / It can't; Can it...?; глагол действия в начальной форме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день, одежда и итоговая коммуникация: слова и модели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части дня, базовые действия распорядка, одежда, погода и повторение ключевой лексики; I get up / I play; I am wearing... по модели; What do you do?; повторение изученных конструкций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АУДИРОВАНИЕ, ПЕРВОНАЧАЛЬНОЕ ЧТЕНИЕ, ПИСЬМО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Знакомство и английский в группе: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коротких команд, песенки-приветствия, мини-диалога и подписей к картинкам; бейдж, устное знакомство, копирование имени латиницей и общий плакат правил доброжелательного общения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Цвета, числа и предметы вокруг: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выбор предмета по описанию, понимание короткой считалки, чтение знакомых слов с опорой на рисунок; подписи к предметам, цветовая инструкция партнёру и мини-проект «My colourful classroom»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Игрушки, формы и положение предмета: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поиск игрушки по аудиоинструкции, понимание иллюстрированной истории и чтение слов по звуковой опоре; описание одной игрушки, схема расположения предметов и парная игра «Find and tell»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Моё тело, чувства и самочувствие: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выполнение действий по инструкции, понимание короткого описания персонажа и звуко-буквенных соответствий; подписи на рисунке, устное описание персонажа и мини-книжка «How I feel» без раскрытия личных переживаний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 и дом: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описания картинки, короткой семейной истории и подписей к комнатам; безопасный вымышленный семейный альбом или дом персонажа; 3–5 устных фраз по опоре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 и предпочтения: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заказа, выбора по меню-картинке, короткого диалога и знакомых слов; создание безопасного бумажного меню, парный диалог и опрос группы без оценивания пищевых привычек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 и действия: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соотнесение животного и действия по аудио, понимание мини-рассказа и чтение знакомых предложений; карточка вымышленного животного, устное описание и групповая викторина с уважительным исправлением ошибок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день, одежда и итоговая коммуникация: понимание и собственный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короткой последовательности событий, итогового диалога и иллюстрированного текста; итоговая мини-презентация персонажа «A day with my friend», подписи и участие в диалоге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Знакомство и английский в группе: устная практика и произношение — 1 ч / Лексика и речевые модели: Знакомство и английский в группе: слова и модели — 1 ч / Аудирование, первоначальное чтение, письмо и проект: Знакомство и английский в группе: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приветствие, прощание, представление себя; различение и воспроизведение основных звуков приветственных формул; имя, возраст, педагог, группа, базовые команды и формулы вежливости; I am / I'm; My name is; What is your name?; простые побудительные конструкции; понимание коротких команд, песенки-приветствия, мини-диалога и подписей к картинкам; бейдж, устное знакомство, копирование имени латиницей и общий плакат правил доброжелательного 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Знакомство и английский в группе: устная практика и произношение — 1 ч / Лексика и речевые модели: Знакомство и английский в группе: слова и модели — 1 ч / Аудирование, первоначальное чтение, письмо и проект: Знакомство и английский в группе: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приветствие, прощание, представление себя; различение и воспроизведение основных звуков приветственных формул; имя, возраст, педагог, группа, базовые команды и формулы вежливости; I am / I'm; My name is; What is your name?; простые побудительные конструкции; понимание коротких команд, песенки-приветствия, мини-диалога и подписей к картинкам; бейдж, устное знакомство, копирование имени латиницей и общий плакат правил доброжелательного 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Знакомство и английский в группе: устная практика и произношение — 1 ч / Лексика и речевые модели: Знакомство и английский в группе: слова и модели — 1 ч / Аудирование, первоначальное чтение, письмо и проект: Знакомство и английский в группе: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приветствие, прощание, представление себя; различение и воспроизведение основных звуков приветственных формул; имя, возраст, педагог, группа, базовые команды и формулы вежливости; I am / I'm; My name is; What is your name?; простые побудительные конструкции; понимание коротких команд, песенки-приветствия, мини-диалога и подписей к картинкам; бейдж, устное знакомство, копирование имени латиницей и общий плакат правил доброжелательного 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Знакомство и английский в группе: устная практика и произношение — 1 ч / Лексика и речевые модели: Знакомство и английский в группе: слова и модели — 1 ч / Аудирование, первоначальное чтение, письмо и проект: Знакомство и английский в группе: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приветствие, прощание, представление себя; различение и воспроизведение основных звуков приветственных формул; имя, возраст, педагог, группа, базовые команды и формулы вежливости; I am / I'm; My name is; What is your name?; простые побудительные конструкции; понимание коротких команд, песенки-приветствия, мини-диалога и подписей к картинкам; бейдж, устное знакомство, копирование имени латиницей и общий плакат правил доброжелательного общения.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Цвета, числа и предметы вокруг: устная практика и произношение — 1 ч / Лексика и речевые модели: Цвета, числа и предметы вокруг: слова и модели — 1 ч / Аудирование, первоначальное чтение, письмо и проект: Цвета, числа и предметы вокруг: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и уточнение цвета и количества; чёткое произнесение числительных и вопросительной интонации; основные цвета, числа в доступном диапазоне, предметы в кабинете и принадлежности; It is / It's; What is it?; What colour is it?; единственное и множественное число по модели; выбор предмета по описанию, понимание короткой считалки, чтение знакомых слов с опорой на рисунок; подписи к предметам, цветовая инструкция партнёру и мини-проект «My colourful classroom».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Цвета, числа и предметы вокруг: устная практика и произношение — 1 ч / Лексика и речевые модели: Цвета, числа и предметы вокруг: слова и модели — 1 ч / Аудирование, первоначальное чтение, письмо и проект: Цвета, числа и предметы вокруг: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и уточнение цвета и количества; чёткое произнесение числительных и вопросительной интонации; основные цвета, числа в доступном диапазоне, предметы в кабинете и принадлежности; It is / It's; What is it?; What colour is it?; единственное и множественное число по модели; выбор предмета по описанию, понимание короткой считалки, чтение знакомых слов с опорой на рисунок; подписи к предметам, цветовая инструкция партнёру и мини-проект «My colourful classroom».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Цвета, числа и предметы вокруг: устная практика и произношение — 1 ч / Лексика и речевые модели: Цвета, числа и предметы вокруг: слова и модели — 1 ч / Аудирование, первоначальное чтение, письмо и проект: Цвета, числа и предметы вокруг: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и уточнение цвета и количества; чёткое произнесение числительных и вопросительной интонации; основные цвета, числа в доступном диапазоне, предметы в кабинете и принадлежности; It is / It's; What is it?; What colour is it?; единственное и множественное число по модели; выбор предмета по описанию, понимание короткой считалки, чтение знакомых слов с опорой на рисунок; подписи к предметам, цветовая инструкция партнёру и мини-проект «My colourful classroom».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Цвета, числа и предметы вокруг: устная практика и произношение — 1 ч / Лексика и речевые модели: Цвета, числа и предметы вокруг: слова и модели — 1 ч / Аудирование, первоначальное чтение, письмо и проект: Цвета, числа и предметы вокруг: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и уточнение цвета и количества; чёткое произнесение числительных и вопросительной интонации; основные цвета, числа в доступном диапазоне, предметы в кабинете и принадлежности; It is / It's; What is it?; What colour is it?; единственное и множественное число по модели; выбор предмета по описанию, понимание короткой считалки, чтение знакомых слов с опорой на рисунок; подписи к предметам, цветовая инструкция партнёру и мини-проект «My colourful classroom».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Игрушки, формы и положение предмета: устная практика и произношение — 1 ч / Лексика и речевые модели: Игрушки, формы и положение предмета: слова и модели — 1 ч / Аудирование, первоначальное чтение, письмо и проект: Игрушки, формы и положение предмета: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просьба дать предмет, уточнение принадлежности и местоположения; отработка ритма короткой реплики; игрушки, простые формы, размер, предлоги места in, on, under, near; This is; Is it...?; Where is...?; притяжательное my; краткие ответы yes/no; поиск игрушки по аудиоинструкции, понимание иллюстрированной истории и чтение слов по звуковой опоре; описание одной игрушки, схема расположения предметов и парная игра «Find and tell».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Игрушки, формы и положение предмета: устная практика и произношение — 1 ч / Лексика и речевые модели: Игрушки, формы и положение предмета: слова и модели — 1 ч / Аудирование, первоначальное чтение, письмо и проект: Игрушки, формы и положение предмета: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просьба дать предмет, уточнение принадлежности и местоположения; отработка ритма короткой реплики; игрушки, простые формы, размер, предлоги места in, on, under, near; This is; Is it...?; Where is...?; притяжательное my; краткие ответы yes/no; поиск игрушки по аудиоинструкции, понимание иллюстрированной истории и чтение слов по звуковой опоре; описание одной игрушки, схема расположения предметов и парная игра «Find and tell».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Игрушки, формы и положение предмета: устная практика и произношение — 1 ч / Лексика и речевые модели: Игрушки, формы и положение предмета: слова и модели — 1 ч / Аудирование, первоначальное чтение, письмо и проект: Игрушки, формы и положение предмета: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просьба дать предмет, уточнение принадлежности и местоположения; отработка ритма короткой реплики; игрушки, простые формы, размер, предлоги места in, on, under, near; This is; Is it...?; Where is...?; притяжательное my; краткие ответы yes/no; поиск игрушки по аудиоинструкции, понимание иллюстрированной истории и чтение слов по звуковой опоре; описание одной игрушки, схема расположения предметов и парная игра «Find and tell».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Игрушки, формы и положение предмета: устная практика и произношение — 1 ч / Лексика и речевые модели: Игрушки, формы и положение предмета: слова и модели — 1 ч / Аудирование, первоначальное чтение, письмо и проект: Игрушки, формы и положение предмета: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просьба дать предмет, уточнение принадлежности и местоположения; отработка ритма короткой реплики; игрушки, простые формы, размер, предлоги места in, on, under, near; This is; Is it...?; Where is...?; притяжательное my; краткие ответы yes/no; поиск игрушки по аудиоинструкции, понимание иллюстрированной истории и чтение слов по звуковой опоре; описание одной игрушки, схема расположения предметов и парная игра «Find and tell».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Моё тело, чувства и самочувствие: устная практика и произношение — 1 ч / Лексика и речевые модели: Моё тело, чувства и самочувствие: слова и модели — 1 ч / Аудирование, первоначальное чтение, письмо и проект: Моё тело, чувства и самочувствие: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частей тела и простых состояний; интонация сообщения и вопроса о самочувствии; части тела, базовые эмоции, состояния hungry, thirsty, tired, happy, sad; I have got; I've got; He/She has got по речевому образцу; How are you?; выполнение действий по инструкции, понимание короткого описания персонажа и звуко-буквенных соответствий; подписи на рисунке, устное описание персонажа и мини-книжка «How I feel» без раскрытия личных переживаний.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Моё тело, чувства и самочувствие: устная практика и произношение — 1 ч / Лексика и речевые модели: Моё тело, чувства и самочувствие: слова и модели — 1 ч / Аудирование, первоначальное чтение, письмо и проект: Моё тело, чувства и самочувствие: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частей тела и простых состояний; интонация сообщения и вопроса о самочувствии; части тела, базовые эмоции, состояния hungry, thirsty, tired, happy, sad; I have got; I've got; He/She has got по речевому образцу; How are you?; выполнение действий по инструкции, понимание короткого описания персонажа и звуко-буквенных соответствий; подписи на рисунке, устное описание персонажа и мини-книжка «How I feel» без раскрытия личных переживаний.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Моё тело, чувства и самочувствие: устная практика и произношение — 1 ч / Лексика и речевые модели: Моё тело, чувства и самочувствие: слова и модели — 1 ч / Аудирование, первоначальное чтение, письмо и проект: Моё тело, чувства и самочувствие: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частей тела и простых состояний; интонация сообщения и вопроса о самочувствии; части тела, базовые эмоции, состояния hungry, thirsty, tired, happy, sad; I have got; I've got; He/She has got по речевому образцу; How are you?; выполнение действий по инструкции, понимание короткого описания персонажа и звуко-буквенных соответствий; подписи на рисунке, устное описание персонажа и мини-книжка «How I feel» без раскрытия личных переживаний.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Моё тело, чувства и самочувствие: устная практика и произношение — 1 ч / Лексика и речевые модели: Моё тело, чувства и самочувствие: слова и модели — 1 ч / Аудирование, первоначальное чтение, письмо и проект: Моё тело, чувства и самочувствие: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называние частей тела и простых состояний; интонация сообщения и вопроса о самочувствии; части тела, базовые эмоции, состояния hungry, thirsty, tired, happy, sad; I have got; I've got; He/She has got по речевому образцу; How are you?; выполнение действий по инструкции, понимание короткого описания персонажа и звуко-буквенных соответствий; подписи на рисунке, устное описание персонажа и мини-книжка «How I feel» без раскрытия личных переживаний.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 и дом: устная практика и произношение — 1 ч / Лексика и речевые модели: Семья и дом: слова и модели — 1 ч / Аудирование, первоначальное чтение, письмо и проект: Семья и дом: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представление персонажей семьи и описание комнаты; различение he/she и интонации перечисления; члены семьи, комнаты, мебель и бытовые предметы; This is my...; He/She is...; There is / There are по готовой модели; притяжательные my, his, her; понимание описания картинки, короткой семейной истории и подписей к комнатам; безопасный вымышленный семейный альбом или дом персонажа; 3–5 устных фраз по опоре.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 и дом: устная практика и произношение — 1 ч / Лексика и речевые модели: Семья и дом: слова и модели — 1 ч / Аудирование, первоначальное чтение, письмо и проект: Семья и дом: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представление персонажей семьи и описание комнаты; различение he/she и интонации перечисления; члены семьи, комнаты, мебель и бытовые предметы; This is my...; He/She is...; There is / There are по готовой модели; притяжательные my, his, her; понимание описания картинки, короткой семейной истории и подписей к комнатам; безопасный вымышленный семейный альбом или дом персонажа; 3–5 устных фраз по опоре.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 и дом: устная практика и произношение — 1 ч / Лексика и речевые модели: Семья и дом: слова и модели — 1 ч / Аудирование, первоначальное чтение, письмо и проект: Семья и дом: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представление персонажей семьи и описание комнаты; различение he/she и интонации перечисления; члены семьи, комнаты, мебель и бытовые предметы; This is my...; He/She is...; There is / There are по готовой модели; притяжательные my, his, her; понимание описания картинки, короткой семейной истории и подписей к комнатам; безопасный вымышленный семейный альбом или дом персонажа; 3–5 устных фраз по опоре.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 и дом: устная практика и произношение — 1 ч / Лексика и речевые модели: Семья и дом: слова и модели — 1 ч / Аудирование, первоначальное чтение, письмо и проект: Семья и дом: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представление персонажей семьи и описание комнаты; различение he/she и интонации перечисления; члены семьи, комнаты, мебель и бытовые предметы; This is my...; He/She is...; There is / There are по готовой модели; притяжательные my, his, her; понимание описания картинки, короткой семейной истории и подписей к комнатам; безопасный вымышленный семейный альбом или дом персонажа; 3–5 устных фраз по опоре.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 и предпочтения: устная практика и произношение — 1 ч / Лексика и речевые модели: Еда и предпочтения: слова и модели — 1 ч / Аудирование, первоначальное чтение, письмо и проект: Еда и предпочтения: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вежливая просьба, предложение и ответ о предпочтении; звуковая отработка коротких слов по теме; распространённые продукты, напитки, вкусовые характеристики и формулы please / thank you; I like / I don't like; Do you like...?; I'd like... по образцу; понимание заказа, выбора по меню-картинке, короткого диалога и знакомых слов; создание безопасного бумажного меню, парный диалог и опрос группы без оценивания пищевых привычек.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 и предпочтения: устная практика и произношение — 1 ч / Лексика и речевые модели: Еда и предпочтения: слова и модели — 1 ч / Аудирование, первоначальное чтение, письмо и проект: Еда и предпочтения: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вежливая просьба, предложение и ответ о предпочтении; звуковая отработка коротких слов по теме; распространённые продукты, напитки, вкусовые характеристики и формулы please / thank you; I like / I don't like; Do you like...?; I'd like... по образцу; понимание заказа, выбора по меню-картинке, короткого диалога и знакомых слов; создание безопасного бумажного меню, парный диалог и опрос группы без оценивания пищевых привычек.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 и предпочтения: устная практика и произношение — 1 ч / Лексика и речевые модели: Еда и предпочтения: слова и модели — 1 ч / Аудирование, первоначальное чтение, письмо и проект: Еда и предпочтения: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вежливая просьба, предложение и ответ о предпочтении; звуковая отработка коротких слов по теме; распространённые продукты, напитки, вкусовые характеристики и формулы please / thank you; I like / I don't like; Do you like...?; I'd like... по образцу; понимание заказа, выбора по меню-картинке, короткого диалога и знакомых слов; создание безопасного бумажного меню, парный диалог и опрос группы без оценивания пищевых привычек.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 и предпочтения: устная практика и произношение — 1 ч / Лексика и речевые модели: Еда и предпочтения: слова и модели — 1 ч / Аудирование, первоначальное чтение, письмо и проект: Еда и предпочтения: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вежливая просьба, предложение и ответ о предпочтении; звуковая отработка коротких слов по теме; распространённые продукты, напитки, вкусовые характеристики и формулы please / thank you; I like / I don't like; Do you like...?; I'd like... по образцу; понимание заказа, выбора по меню-картинке, короткого диалога и знакомых слов; создание безопасного бумажного меню, парный диалог и опрос группы без оценивания пищевых привычек.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 и действия: устная практика и произношение — 1 ч / Лексика и речевые модели: Животные и действия: слова и модели — 1 ч / Аудирование, первоначальное чтение, письмо и проект: Животные и действия: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того, что умеет животное; различение can/can't и выразительное чтение короткой рифмовки; домашние и дикие животные, движения, среда обитания на элементарном уровне; It can / It can't; Can it...?; глагол действия в начальной форме; соотнесение животного и действия по аудио, понимание мини-рассказа и чтение знакомых предложений; карточка вымышленного животного, устное описание и групповая викторина с уважительным исправлением ошибок.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 и действия: устная практика и произношение — 1 ч / Лексика и речевые модели: Животные и действия: слова и модели — 1 ч / Аудирование, первоначальное чтение, письмо и проект: Животные и действия: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того, что умеет животное; различение can/can't и выразительное чтение короткой рифмовки; домашние и дикие животные, движения, среда обитания на элементарном уровне; It can / It can't; Can it...?; глагол действия в начальной форме; соотнесение животного и действия по аудио, понимание мини-рассказа и чтение знакомых предложений; карточка вымышленного животного, устное описание и групповая викторина с уважительным исправлением ошибок.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 и действия: устная практика и произношение — 1 ч / Лексика и речевые модели: Животные и действия: слова и модели — 1 ч / Аудирование, первоначальное чтение, письмо и проект: Животные и действия: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того, что умеет животное; различение can/can't и выразительное чтение короткой рифмовки; домашние и дикие животные, движения, среда обитания на элементарном уровне; It can / It can't; Can it...?; глагол действия в начальной форме; соотнесение животного и действия по аудио, понимание мини-рассказа и чтение знакомых предложений; карточка вымышленного животного, устное описание и групповая викторина с уважительным исправлением ошибок.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 и действия: устная практика и произношение — 1 ч / Лексика и речевые модели: Животные и действия: слова и модели — 1 ч / Аудирование, первоначальное чтение, письмо и проект: Животные и действия: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того, что умеет животное; различение can/can't и выразительное чтение короткой рифмовки; домашние и дикие животные, движения, среда обитания на элементарном уровне; It can / It can't; Can it...?; глагол действия в начальной форме; соотнесение животного и действия по аудио, понимание мини-рассказа и чтение знакомых предложений; карточка вымышленного животного, устное описание и групповая викторина с уважительным исправлением ошибок.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день, одежда и итоговая коммуникация: устная практика и произношение — 1 ч / Лексика и речевые модели: Мой день, одежда и итоговая коммуникация: слова и модели — 1 ч / Аудирование, первоначальное чтение, письмо и проект: Мой день, одежда и итоговая коммуникация: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короткое сообщение о действиях и одежде по ситуации; повторение речевых формул всего модуля; части дня, базовые действия распорядка, одежда, погода и повторение ключевой лексики; I get up / I play; I am wearing... по модели; What do you do?; повторение изученных конструкций; понимание короткой последовательности событий, итогового диалога и иллюстрированного текста; итоговая мини-презентация персонажа «A day with my friend», подписи и участие в диалоге.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день, одежда и итоговая коммуникация: устная практика и произношение — 1 ч / Лексика и речевые модели: Мой день, одежда и итоговая коммуникация: слова и модели — 1 ч / Аудирование, первоначальное чтение, письмо и проект: Мой день, одежда и итоговая коммуникация: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короткое сообщение о действиях и одежде по ситуации; повторение речевых формул всего модуля; части дня, базовые действия распорядка, одежда, погода и повторение ключевой лексики; I get up / I play; I am wearing... по модели; What do you do?; повторение изученных конструкций; понимание короткой последовательности событий, итогового диалога и иллюстрированного текста; итоговая мини-презентация персонажа «A day with my friend», подписи и участие в диалоге.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день, одежда и итоговая коммуникация: устная практика и произношение — 1 ч / Лексика и речевые модели: Мой день, одежда и итоговая коммуникация: слова и модели — 1 ч / Аудирование, первоначальное чтение, письмо и проект: Мой день, одежда и итоговая коммуникация: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короткое сообщение о действиях и одежде по ситуации; повторение речевых формул всего модуля; части дня, базовые действия распорядка, одежда, погода и повторение ключевой лексики; I get up / I play; I am wearing... по модели; What do you do?; повторение изученных конструкций; понимание короткой последовательности событий, итогового диалога и иллюстрированного текста; итоговая мини-презентация персонажа «A day with my friend», подписи и участие в диалоге.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день, одежда и итоговая коммуникация: устная практика и произношение — 1 ч / Лексика и речевые модели: Мой день, одежда и итоговая коммуникация: слова и модели — 1 ч / Аудирование, первоначальное чтение, письмо и проект: Мой день, одежда и итоговая коммуникация: понимание и собственный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короткое сообщение о действиях и одежде по ситуации; повторение речевых формул всего модуля; части дня, базовые действия распорядка, одежда, погода и повторение ключевой лексики; I get up / I play; I am wearing... по модели; What do you do?; повторение изученных конструкций; понимание короткой последовательности событий, итогового диалога и иллюстрированного текста; итоговая мини-презентация персонажа «A day with my friend», подписи и участие в диалоге.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10.2. Модуль 2: 8–9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Мы снова вместе: общение и правила группы: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начало, поддержание и завершение короткого диалога; произношение алфавита и ключевых речевых формул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Семья, люди и профессии: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описание внешности, роли и занятия человека; звуковое различение he/she и окончаний слов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комната и местоположение: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объяснение, где находится предмет; интонация вопроса и краткого ответа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Игры, увлечения и способности: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разговор о любимом занятии и умении; ударение в словах и связное произнесение коротких фраз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покупки и количество: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заказ и уточнение цены или количества; вежливое несогласие и выбор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Животные, природа и сравнение: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описание животного и его среды; долгие и краткие гласные в знакомой лексике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обычный день и время: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сообщение о распорядке, вопрос о времени и частоте; ритм фраз с наречиями частотности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Город, транспорт и итоговый маршрут: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спросить и объяснить путь по простой схеме; повторить коммуникативные функции модуля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Мы снова вместе: общение и правила группы: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личные сведения, принадлежности, команды, дни недели и формулы вежливости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Семья, люди и профессии: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семья, внешность, характер в позитивных нейтральных формулировках, распространённые профессии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комната и местоположение: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комнаты, мебель, бытовые предметы, предлоги и ориентиры места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Игры, увлечения и способности: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игры, спорт, музыка, творчество, действия и оборудование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покупки и количество: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продукты, упаковки, числа, деньги на учебном уровне, признаки вкуса и качества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Животные, природа и сравнение: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животные, части тела, место обитания, питание, размер и особенности поведения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обычный день и время: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действия дня, время, школьные занятия, often/usually/sometimes/never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Город, транспорт и итоговый маршрут: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места в городе, транспорт, направления, правила безопасного поведения в общественном месте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Мы снова вместе: общение и правила группы: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to be в настоящем времени; личные и притяжательные местоимения; this/that/these/those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Семья, люди и профессии: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have got/has got; притяжательный падеж; Who is...?; What does ... do?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комната и местоположение: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there is/there are; is there/are there; some/any на уровне речевых образцов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Игры, увлечения и способности: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can/can't; can ...?; like + noun / like + -ing в устойчивых образцах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покупки и количество: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countable/uncountable по модели; some/any; How much / How many; I'd like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Животные, природа и сравнение: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Simple для фактов; has got; can; простые сравнения bigger/smaller по образцу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обычный день и время: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Simple: утверждение, отрицание и общий вопрос; предлоги времени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Город, транспорт и итоговый маршрут: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Where is...?; imperatives; go straight, turn; повторение to be, have got, can, Present Simple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Мы снова вместе: общение и правила группы: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инструкций и диалогов знакомства; чтение кратких профилей и расписания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Семья, люди и профессии: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семейного описания, интервью и короткой истории; поиск конкретной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комната и местоположение: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аудиоописание комнаты, чтение объявления о доме и соотнесение текста со схемой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Игры, увлечения и способности: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рассказа об увлечении и правил игры; чтение афиши и короткого личного сообщения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покупки и количество: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диалога в магазине, списка покупок и простого рецепта без приготовления пищи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Животные, природа и сравнение: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научно-популярной мини-заметки и аудиозагадки; выделение признаков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обычный день и время: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расписания и рассказа о дне; чтение короткого электронного сообщения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Город, транспорт и итоговый маршрут: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маршрута, карты с подписями и короткого рассказа о городе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Мы снова вместе: общение и правила группы: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анкета персонажа, сообщение о себе без избыточных персональных данных и памятка общения в паре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Семья, люди и профессии: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описание вымышленной семьи, интервью в роли персонажа и мини-книга о профессиях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комната и местоположение: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 комнаты, 5–7 предложений по опоре и парная задача «Spot the difference»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Игры, увлечения и способности: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афиша клуба, устное приглашение и мини-опрос предпочтений с представлением общих результатов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покупки и количество: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учебное меню и список, ролевая ситуация покупки, письменная инструкция из 4–6 шагов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Животные, природа и сравнение: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карточка животного, устная загадка и общий каталог с указанием источника изображения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Мой обычный день и время: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личный или вымышленный график без публикации данных, сравнение двух распорядков и сообщение партнёру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Город, транспорт и итоговый маршрут: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«My friendly town»: карта, письменные подписи, устный маршрут и парный диалог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Мы снова вместе: общение и правила группы: говорение и произношение — 1 ч / Тематическая лексика и речевой этикет: Мы снова вместе: общение и правила группы: лексика и формулы общения — 1 ч / Грамматика в коммуникации: Мы снова вместе: общение и правила группы: грамматические средства — 1 ч / Аудирование и смысловое чтение: Мы снова вместе: общение и правила группы: понимание устного и письменного текста — 1 ч / Письменная речь, межкультурная практика и проект: Мы снова вместе: общение и правила группы: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начало, поддержание и завершение короткого диалога; произношение алфавита и ключевых речевых формул; личные сведения, принадлежности, команды, дни недели и формулы вежливости; to be в настоящем времени; личные и притяжательные местоимения; this/that/these/those; понимание инструкций и диалогов знакомства; чтение кратких профилей и расписания; анкета персонажа, сообщение о себе без избыточных персональных данных и памятка общения в паре.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Мы снова вместе: общение и правила группы: говорение и произношение — 1 ч / Тематическая лексика и речевой этикет: Мы снова вместе: общение и правила группы: лексика и формулы общения — 1 ч / Грамматика в коммуникации: Мы снова вместе: общение и правила группы: грамматические средства — 1 ч / Аудирование и смысловое чтение: Мы снова вместе: общение и правила группы: понимание устного и письменного текста — 1 ч / Письменная речь, межкультурная практика и проект: Мы снова вместе: общение и правила группы: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начало, поддержание и завершение короткого диалога; произношение алфавита и ключевых речевых формул; личные сведения, принадлежности, команды, дни недели и формулы вежливости; to be в настоящем времени; личные и притяжательные местоимения; this/that/these/those; понимание инструкций и диалогов знакомства; чтение кратких профилей и расписания; анкета персонажа, сообщение о себе без избыточных персональных данных и памятка общения в паре.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Мы снова вместе: общение и правила группы: говорение и произношение — 1 ч / Тематическая лексика и речевой этикет: Мы снова вместе: общение и правила группы: лексика и формулы общения — 1 ч / Грамматика в коммуникации: Мы снова вместе: общение и правила группы: грамматические средства — 1 ч / Аудирование и смысловое чтение: Мы снова вместе: общение и правила группы: понимание устного и письменного текста — 1 ч / Письменная речь, межкультурная практика и проект: Мы снова вместе: общение и правила группы: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начало, поддержание и завершение короткого диалога; произношение алфавита и ключевых речевых формул; личные сведения, принадлежности, команды, дни недели и формулы вежливости; to be в настоящем времени; личные и притяжательные местоимения; this/that/these/those; понимание инструкций и диалогов знакомства; чтение кратких профилей и расписания; анкета персонажа, сообщение о себе без избыточных персональных данных и памятка общения в паре.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Мы снова вместе: общение и правила группы: говорение и произношение — 1 ч / Тематическая лексика и речевой этикет: Мы снова вместе: общение и правила группы: лексика и формулы общения — 1 ч / Грамматика в коммуникации: Мы снова вместе: общение и правила группы: грамматические средства — 1 ч / Аудирование и смысловое чтение: Мы снова вместе: общение и правила группы: понимание устного и письменного текста — 1 ч / Письменная речь, межкультурная практика и проект: Мы снова вместе: общение и правила группы: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начало, поддержание и завершение короткого диалога; произношение алфавита и ключевых речевых формул; личные сведения, принадлежности, команды, дни недели и формулы вежливости; to be в настоящем времени; личные и притяжательные местоимения; this/that/these/those; понимание инструкций и диалогов знакомства; чтение кратких профилей и расписания; анкета персонажа, сообщение о себе без избыточных персональных данных и памятка общения в паре.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Семья, люди и профессии: говорение и произношение — 1 ч / Тематическая лексика и речевой этикет: Семья, люди и профессии: лексика и формулы общения — 1 ч / Грамматика в коммуникации: Семья, люди и профессии: грамматические средства — 1 ч / Аудирование и смысловое чтение: Семья, люди и профессии: понимание устного и письменного текста — 1 ч / Письменная речь, межкультурная практика и проект: Семья, люди и профессии: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внешности, роли и занятия человека; звуковое различение he/she и окончаний слов; семья, внешность, характер в позитивных нейтральных формулировках, распространённые профессии; have got/has got; притяжательный падеж; Who is...?; What does ... do? по модели; понимание семейного описания, интервью и короткой истории; поиск конкретной информации; описание вымышленной семьи, интервью в роли персонажа и мини-книга о профессиях.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Семья, люди и профессии: говорение и произношение — 1 ч / Тематическая лексика и речевой этикет: Семья, люди и профессии: лексика и формулы общения — 1 ч / Грамматика в коммуникации: Семья, люди и профессии: грамматические средства — 1 ч / Аудирование и смысловое чтение: Семья, люди и профессии: понимание устного и письменного текста — 1 ч / Письменная речь, межкультурная практика и проект: Семья, люди и профессии: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внешности, роли и занятия человека; звуковое различение he/she и окончаний слов; семья, внешность, характер в позитивных нейтральных формулировках, распространённые профессии; have got/has got; притяжательный падеж; Who is...?; What does ... do? по модели; понимание семейного описания, интервью и короткой истории; поиск конкретной информации; описание вымышленной семьи, интервью в роли персонажа и мини-книга о профессиях.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Семья, люди и профессии: говорение и произношение — 1 ч / Тематическая лексика и речевой этикет: Семья, люди и профессии: лексика и формулы общения — 1 ч / Грамматика в коммуникации: Семья, люди и профессии: грамматические средства — 1 ч / Аудирование и смысловое чтение: Семья, люди и профессии: понимание устного и письменного текста — 1 ч / Письменная речь, межкультурная практика и проект: Семья, люди и профессии: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внешности, роли и занятия человека; звуковое различение he/she и окончаний слов; семья, внешность, характер в позитивных нейтральных формулировках, распространённые профессии; have got/has got; притяжательный падеж; Who is...?; What does ... do? по модели; понимание семейного описания, интервью и короткой истории; поиск конкретной информации; описание вымышленной семьи, интервью в роли персонажа и мини-книга о профессиях.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Семья, люди и профессии: говорение и произношение — 1 ч / Тематическая лексика и речевой этикет: Семья, люди и профессии: лексика и формулы общения — 1 ч / Грамматика в коммуникации: Семья, люди и профессии: грамматические средства — 1 ч / Аудирование и смысловое чтение: Семья, люди и профессии: понимание устного и письменного текста — 1 ч / Письменная речь, межкультурная практика и проект: Семья, люди и профессии: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внешности, роли и занятия человека; звуковое различение he/she и окончаний слов; семья, внешность, характер в позитивных нейтральных формулировках, распространённые профессии; have got/has got; притяжательный падеж; Who is...?; What does ... do? по модели; понимание семейного описания, интервью и короткой истории; поиск конкретной информации; описание вымышленной семьи, интервью в роли персонажа и мини-книга о профессиях.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комната и местоположение: говорение и произношение — 1 ч / Тематическая лексика и речевой этикет: Дом, комната и местоположение: лексика и формулы общения — 1 ч / Грамматика в коммуникации: Дом, комната и местоположение: грамматические средства — 1 ч / Аудирование и смысловое чтение: Дом, комната и местоположение: понимание устного и письменного текста — 1 ч / Письменная речь, межкультурная практика и проект: Дом, комната и местоположение: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объяснение, где находится предмет; интонация вопроса и краткого ответа; комнаты, мебель, бытовые предметы, предлоги и ориентиры места; there is/there are; is there/are there; some/any на уровне речевых образцов; аудиоописание комнаты, чтение объявления о доме и соотнесение текста со схемой; план комнаты, 5–7 предложений по опоре и парная задача «Spot the difference».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комната и местоположение: говорение и произношение — 1 ч / Тематическая лексика и речевой этикет: Дом, комната и местоположение: лексика и формулы общения — 1 ч / Грамматика в коммуникации: Дом, комната и местоположение: грамматические средства — 1 ч / Аудирование и смысловое чтение: Дом, комната и местоположение: понимание устного и письменного текста — 1 ч / Письменная речь, межкультурная практика и проект: Дом, комната и местоположение: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объяснение, где находится предмет; интонация вопроса и краткого ответа; комнаты, мебель, бытовые предметы, предлоги и ориентиры места; there is/there are; is there/are there; some/any на уровне речевых образцов; аудиоописание комнаты, чтение объявления о доме и соотнесение текста со схемой; план комнаты, 5–7 предложений по опоре и парная задача «Spot the difference».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комната и местоположение: говорение и произношение — 1 ч / Тематическая лексика и речевой этикет: Дом, комната и местоположение: лексика и формулы общения — 1 ч / Грамматика в коммуникации: Дом, комната и местоположение: грамматические средства — 1 ч / Аудирование и смысловое чтение: Дом, комната и местоположение: понимание устного и письменного текста — 1 ч / Письменная речь, межкультурная практика и проект: Дом, комната и местоположение: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объяснение, где находится предмет; интонация вопроса и краткого ответа; комнаты, мебель, бытовые предметы, предлоги и ориентиры места; there is/there are; is there/are there; some/any на уровне речевых образцов; аудиоописание комнаты, чтение объявления о доме и соотнесение текста со схемой; план комнаты, 5–7 предложений по опоре и парная задача «Spot the difference».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комната и местоположение: говорение и произношение — 1 ч / Тематическая лексика и речевой этикет: Дом, комната и местоположение: лексика и формулы общения — 1 ч / Грамматика в коммуникации: Дом, комната и местоположение: грамматические средства — 1 ч / Аудирование и смысловое чтение: Дом, комната и местоположение: понимание устного и письменного текста — 1 ч / Письменная речь, межкультурная практика и проект: Дом, комната и местоположение: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объяснение, где находится предмет; интонация вопроса и краткого ответа; комнаты, мебель, бытовые предметы, предлоги и ориентиры места; there is/there are; is there/are there; some/any на уровне речевых образцов; аудиоописание комнаты, чтение объявления о доме и соотнесение текста со схемой; план комнаты, 5–7 предложений по опоре и парная задача «Spot the difference».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Игры, увлечения и способности: говорение и произношение — 1 ч / Тематическая лексика и речевой этикет: Игры, увлечения и способности: лексика и формулы общения — 1 ч / Грамматика в коммуникации: Игры, увлечения и способности: грамматические средства — 1 ч / Аудирование и смысловое чтение: Игры, увлечения и способности: понимание устного и письменного текста — 1 ч / Письменная речь, межкультурная практика и проект: Игры, увлечения и способности: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разговор о любимом занятии и умении; ударение в словах и связное произнесение коротких фраз; игры, спорт, музыка, творчество, действия и оборудование; can/can't; can ...?; like + noun / like + -ing в устойчивых образцах; понимание рассказа об увлечении и правил игры; чтение афиши и короткого личного сообщения; афиша клуба, устное приглашение и мини-опрос предпочтений с представлением общих результатов.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Игры, увлечения и способности: говорение и произношение — 1 ч / Тематическая лексика и речевой этикет: Игры, увлечения и способности: лексика и формулы общения — 1 ч / Грамматика в коммуникации: Игры, увлечения и способности: грамматические средства — 1 ч / Аудирование и смысловое чтение: Игры, увлечения и способности: понимание устного и письменного текста — 1 ч / Письменная речь, межкультурная практика и проект: Игры, увлечения и способности: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разговор о любимом занятии и умении; ударение в словах и связное произнесение коротких фраз; игры, спорт, музыка, творчество, действия и оборудование; can/can't; can ...?; like + noun / like + -ing в устойчивых образцах; понимание рассказа об увлечении и правил игры; чтение афиши и короткого личного сообщения; афиша клуба, устное приглашение и мини-опрос предпочтений с представлением общих результатов.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Игры, увлечения и способности: говорение и произношение — 1 ч / Тематическая лексика и речевой этикет: Игры, увлечения и способности: лексика и формулы общения — 1 ч / Грамматика в коммуникации: Игры, увлечения и способности: грамматические средства — 1 ч / Аудирование и смысловое чтение: Игры, увлечения и способности: понимание устного и письменного текста — 1 ч / Письменная речь, межкультурная практика и проект: Игры, увлечения и способности: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разговор о любимом занятии и умении; ударение в словах и связное произнесение коротких фраз; игры, спорт, музыка, творчество, действия и оборудование; can/can't; can ...?; like + noun / like + -ing в устойчивых образцах; понимание рассказа об увлечении и правил игры; чтение афиши и короткого личного сообщения; афиша клуба, устное приглашение и мини-опрос предпочтений с представлением общих результатов.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Игры, увлечения и способности: говорение и произношение — 1 ч / Тематическая лексика и речевой этикет: Игры, увлечения и способности: лексика и формулы общения — 1 ч / Грамматика в коммуникации: Игры, увлечения и способности: грамматические средства — 1 ч / Аудирование и смысловое чтение: Игры, увлечения и способности: понимание устного и письменного текста — 1 ч / Письменная речь, межкультурная практика и проект: Игры, увлечения и способности: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разговор о любимом занятии и умении; ударение в словах и связное произнесение коротких фраз; игры, спорт, музыка, творчество, действия и оборудование; can/can't; can ...?; like + noun / like + -ing в устойчивых образцах; понимание рассказа об увлечении и правил игры; чтение афиши и короткого личного сообщения; афиша клуба, устное приглашение и мини-опрос предпочтений с представлением общих результатов.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покупки и количество: говорение и произношение — 1 ч / Тематическая лексика и речевой этикет: Еда, покупки и количество: лексика и формулы общения — 1 ч / Грамматика в коммуникации: Еда, покупки и количество: грамматические средства — 1 ч / Аудирование и смысловое чтение: Еда, покупки и количество: понимание устного и письменного текста — 1 ч / Письменная речь, межкультурная практика и проект: Еда, покупки и количество: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заказ и уточнение цены или количества; вежливое несогласие и выбор; продукты, упаковки, числа, деньги на учебном уровне, признаки вкуса и качества; countable/uncountable по модели; some/any; How much / How many; I'd like; понимание диалога в магазине, списка покупок и простого рецепта без приготовления пищи; учебное меню и список, ролевая ситуация покупки, письменная инструкция из 4–6 шагов.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покупки и количество: говорение и произношение — 1 ч / Тематическая лексика и речевой этикет: Еда, покупки и количество: лексика и формулы общения — 1 ч / Грамматика в коммуникации: Еда, покупки и количество: грамматические средства — 1 ч / Аудирование и смысловое чтение: Еда, покупки и количество: понимание устного и письменного текста — 1 ч / Письменная речь, межкультурная практика и проект: Еда, покупки и количество: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заказ и уточнение цены или количества; вежливое несогласие и выбор; продукты, упаковки, числа, деньги на учебном уровне, признаки вкуса и качества; countable/uncountable по модели; some/any; How much / How many; I'd like; понимание диалога в магазине, списка покупок и простого рецепта без приготовления пищи; учебное меню и список, ролевая ситуация покупки, письменная инструкция из 4–6 шагов.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покупки и количество: говорение и произношение — 1 ч / Тематическая лексика и речевой этикет: Еда, покупки и количество: лексика и формулы общения — 1 ч / Грамматика в коммуникации: Еда, покупки и количество: грамматические средства — 1 ч / Аудирование и смысловое чтение: Еда, покупки и количество: понимание устного и письменного текста — 1 ч / Письменная речь, межкультурная практика и проект: Еда, покупки и количество: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заказ и уточнение цены или количества; вежливое несогласие и выбор; продукты, упаковки, числа, деньги на учебном уровне, признаки вкуса и качества; countable/uncountable по модели; some/any; How much / How many; I'd like; понимание диалога в магазине, списка покупок и простого рецепта без приготовления пищи; учебное меню и список, ролевая ситуация покупки, письменная инструкция из 4–6 шагов.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покупки и количество: говорение и произношение — 1 ч / Тематическая лексика и речевой этикет: Еда, покупки и количество: лексика и формулы общения — 1 ч / Грамматика в коммуникации: Еда, покупки и количество: грамматические средства — 1 ч / Аудирование и смысловое чтение: Еда, покупки и количество: понимание устного и письменного текста — 1 ч / Письменная речь, межкультурная практика и проект: Еда, покупки и количество: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заказ и уточнение цены или количества; вежливое несогласие и выбор; продукты, упаковки, числа, деньги на учебном уровне, признаки вкуса и качества; countable/uncountable по модели; some/any; How much / How many; I'd like; понимание диалога в магазине, списка покупок и простого рецепта без приготовления пищи; учебное меню и список, ролевая ситуация покупки, письменная инструкция из 4–6 шагов.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Животные, природа и сравнение: говорение и произношение — 1 ч / Тематическая лексика и речевой этикет: Животные, природа и сравнение: лексика и формулы общения — 1 ч / Грамматика в коммуникации: Животные, природа и сравнение: грамматические средства — 1 ч / Аудирование и смысловое чтение: Животные, природа и сравнение: понимание устного и письменного текста — 1 ч / Письменная речь, межкультурная практика и проект: Животные, природа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животного и его среды; долгие и краткие гласные в знакомой лексике; животные, части тела, место обитания, питание, размер и особенности поведения; Present Simple для фактов; has got; can; простые сравнения bigger/smaller по образцу; понимание научно-популярной мини-заметки и аудиозагадки; выделение признаков; информационная карточка животного, устная загадка и общий каталог с указанием источника изображения.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Животные, природа и сравнение: говорение и произношение — 1 ч / Тематическая лексика и речевой этикет: Животные, природа и сравнение: лексика и формулы общения — 1 ч / Грамматика в коммуникации: Животные, природа и сравнение: грамматические средства — 1 ч / Аудирование и смысловое чтение: Животные, природа и сравнение: понимание устного и письменного текста — 1 ч / Письменная речь, межкультурная практика и проект: Животные, природа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животного и его среды; долгие и краткие гласные в знакомой лексике; животные, части тела, место обитания, питание, размер и особенности поведения; Present Simple для фактов; has got; can; простые сравнения bigger/smaller по образцу; понимание научно-популярной мини-заметки и аудиозагадки; выделение признаков; информационная карточка животного, устная загадка и общий каталог с указанием источника изображения.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Животные, природа и сравнение: говорение и произношение — 1 ч / Тематическая лексика и речевой этикет: Животные, природа и сравнение: лексика и формулы общения — 1 ч / Грамматика в коммуникации: Животные, природа и сравнение: грамматические средства — 1 ч / Аудирование и смысловое чтение: Животные, природа и сравнение: понимание устного и письменного текста — 1 ч / Письменная речь, межкультурная практика и проект: Животные, природа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животного и его среды; долгие и краткие гласные в знакомой лексике; животные, части тела, место обитания, питание, размер и особенности поведения; Present Simple для фактов; has got; can; простые сравнения bigger/smaller по образцу; понимание научно-популярной мини-заметки и аудиозагадки; выделение признаков; информационная карточка животного, устная загадка и общий каталог с указанием источника изображения.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Животные, природа и сравнение: говорение и произношение — 1 ч / Тематическая лексика и речевой этикет: Животные, природа и сравнение: лексика и формулы общения — 1 ч / Грамматика в коммуникации: Животные, природа и сравнение: грамматические средства — 1 ч / Аудирование и смысловое чтение: Животные, природа и сравнение: понимание устного и письменного текста — 1 ч / Письменная речь, межкультурная практика и проект: Животные, природа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описание животного и его среды; долгие и краткие гласные в знакомой лексике; животные, части тела, место обитания, питание, размер и особенности поведения; Present Simple для фактов; has got; can; простые сравнения bigger/smaller по образцу; понимание научно-популярной мини-заметки и аудиозагадки; выделение признаков; информационная карточка животного, устная загадка и общий каталог с указанием источника изображения.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обычный день и время: говорение и произношение — 1 ч / Тематическая лексика и речевой этикет: Мой обычный день и время: лексика и формулы общения — 1 ч / Грамматика в коммуникации: Мой обычный день и время: грамматические средства — 1 ч / Аудирование и смысловое чтение: Мой обычный день и время: понимание устного и письменного текста — 1 ч / Письменная речь, межкультурная практика и проект: Мой обычный день и время: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сообщение о распорядке, вопрос о времени и частоте; ритм фраз с наречиями частотности; действия дня, время, школьные занятия, often/usually/sometimes/never; Present Simple: утверждение, отрицание и общий вопрос; предлоги времени; понимание расписания и рассказа о дне; чтение короткого электронного сообщения; личный или вымышленный график без публикации данных, сравнение двух распорядков и сообщение партнёру.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обычный день и время: говорение и произношение — 1 ч / Тематическая лексика и речевой этикет: Мой обычный день и время: лексика и формулы общения — 1 ч / Грамматика в коммуникации: Мой обычный день и время: грамматические средства — 1 ч / Аудирование и смысловое чтение: Мой обычный день и время: понимание устного и письменного текста — 1 ч / Письменная речь, межкультурная практика и проект: Мой обычный день и время: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сообщение о распорядке, вопрос о времени и частоте; ритм фраз с наречиями частотности; действия дня, время, школьные занятия, often/usually/sometimes/never; Present Simple: утверждение, отрицание и общий вопрос; предлоги времени; понимание расписания и рассказа о дне; чтение короткого электронного сообщения; личный или вымышленный график без публикации данных, сравнение двух распорядков и сообщение партнёру.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обычный день и время: говорение и произношение — 1 ч / Тематическая лексика и речевой этикет: Мой обычный день и время: лексика и формулы общения — 1 ч / Грамматика в коммуникации: Мой обычный день и время: грамматические средства — 1 ч / Аудирование и смысловое чтение: Мой обычный день и время: понимание устного и письменного текста — 1 ч / Письменная речь, межкультурная практика и проект: Мой обычный день и время: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сообщение о распорядке, вопрос о времени и частоте; ритм фраз с наречиями частотности; действия дня, время, школьные занятия, often/usually/sometimes/never; Present Simple: утверждение, отрицание и общий вопрос; предлоги времени; понимание расписания и рассказа о дне; чтение короткого электронного сообщения; личный или вымышленный график без публикации данных, сравнение двух распорядков и сообщение партнёру.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Мой обычный день и время: говорение и произношение — 1 ч / Тематическая лексика и речевой этикет: Мой обычный день и время: лексика и формулы общения — 1 ч / Грамматика в коммуникации: Мой обычный день и время: грамматические средства — 1 ч / Аудирование и смысловое чтение: Мой обычный день и время: понимание устного и письменного текста — 1 ч / Письменная речь, межкультурная практика и проект: Мой обычный день и время: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сообщение о распорядке, вопрос о времени и частоте; ритм фраз с наречиями частотности; действия дня, время, школьные занятия, often/usually/sometimes/never; Present Simple: утверждение, отрицание и общий вопрос; предлоги времени; понимание расписания и рассказа о дне; чтение короткого электронного сообщения; личный или вымышленный график без публикации данных, сравнение двух распорядков и сообщение партнёру.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Город, транспорт и итоговый маршрут: говорение и произношение — 1 ч / Тематическая лексика и речевой этикет: Город, транспорт и итоговый маршрут: лексика и формулы общения — 1 ч / Грамматика в коммуникации: Город, транспорт и итоговый маршрут: грамматические средства — 1 ч / Аудирование и смысловое чтение: Город, транспорт и итоговый маршрут: понимание устного и письменного текста — 1 ч / Письменная речь, межкультурная практика и проект: Город, транспорт и итоговый маршрут: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спросить и объяснить путь по простой схеме; повторить коммуникативные функции модуля; места в городе, транспорт, направления, правила безопасного поведения в общественном месте; Where is...?; imperatives; go straight, turn; повторение to be, have got, can, Present Simple; понимание маршрута, карты с подписями и короткого рассказа о городе; итоговый проект «My friendly town»: карта, письменные подписи, устный маршрут и парный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Город, транспорт и итоговый маршрут: говорение и произношение — 1 ч / Тематическая лексика и речевой этикет: Город, транспорт и итоговый маршрут: лексика и формулы общения — 1 ч / Грамматика в коммуникации: Город, транспорт и итоговый маршрут: грамматические средства — 1 ч / Аудирование и смысловое чтение: Город, транспорт и итоговый маршрут: понимание устного и письменного текста — 1 ч / Письменная речь, межкультурная практика и проект: Город, транспорт и итоговый маршрут: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спросить и объяснить путь по простой схеме; повторить коммуникативные функции модуля; места в городе, транспорт, направления, правила безопасного поведения в общественном месте; Where is...?; imperatives; go straight, turn; повторение to be, have got, can, Present Simple; понимание маршрута, карты с подписями и короткого рассказа о городе; итоговый проект «My friendly town»: карта, письменные подписи, устный маршрут и парный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Город, транспорт и итоговый маршрут: говорение и произношение — 1 ч / Тематическая лексика и речевой этикет: Город, транспорт и итоговый маршрут: лексика и формулы общения — 1 ч / Грамматика в коммуникации: Город, транспорт и итоговый маршрут: грамматические средства — 1 ч / Аудирование и смысловое чтение: Город, транспорт и итоговый маршрут: понимание устного и письменного текста — 1 ч / Письменная речь, межкультурная практика и проект: Город, транспорт и итоговый маршрут: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спросить и объяснить путь по простой схеме; повторить коммуникативные функции модуля; места в городе, транспорт, направления, правила безопасного поведения в общественном месте; Where is...?; imperatives; go straight, turn; повторение to be, have got, can, Present Simple; понимание маршрута, карты с подписями и короткого рассказа о городе; итоговый проект «My friendly town»: карта, письменные подписи, устный маршрут и парный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Город, транспорт и итоговый маршрут: говорение и произношение — 1 ч / Тематическая лексика и речевой этикет: Город, транспорт и итоговый маршрут: лексика и формулы общения — 1 ч / Грамматика в коммуникации: Город, транспорт и итоговый маршрут: грамматические средства — 1 ч / Аудирование и смысловое чтение: Город, транспорт и итоговый маршрут: понимание устного и письменного текста — 1 ч / Письменная речь, межкультурная практика и проект: Город, транспорт и итоговый маршрут: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спросить и объяснить путь по простой схеме; повторить коммуникативные функции модуля; места в городе, транспорт, направления, правила безопасного поведения в общественном месте; Where is...?; imperatives; go straight, turn; повторение to be, have got, can, Present Simple; понимание маршрута, карты с подписями и короткого рассказа о городе; итоговый проект «My friendly town»: карта, письменные подписи, устный маршрут и парный диалог.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10.3. Модуль 3: 9–10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Личная информация и повседневное общение: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вести диалог-знакомство, уточнять информацию и переспрашивать; работать над ритмом и ударением фразы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расписание и управление временем: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расписание и предпочтения; произносить время, даты и многосложные слова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район и движение по городу: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описать район, запросить направление и проверить понимание; интонация вежливого вопроса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количество и здоровый выбор: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предпочтение и состав простого набора продуктов без оценивания внешности и веса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Тело, самочувствие и обращение за помощью: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описать простое самочувствие и попросить помощи; различать нейтральные и вежливые формулы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Погода, одежда и действия сейчас: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описать происходящее и погоду; различать окончания -ing на слух и в речи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События в прошлом: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рассказать о завершённом событии по картинкам; отработка окончания -ed и форм was/were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культура и итоговая история: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рассказать о маршруте и впечатлении, задать вопросы собеседнику; повторить ключевые речевые функции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Личная информация и повседневное общение: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личные сведения, интересы, распорядок, формулы уточнения и просьбы повторить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расписание и управление временем: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занятия, дни, время, учебные действия, материалы и оценочные формулы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район и движение по городу: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здания, городские услуги, направления, расстояние и положение объектов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количество и здоровый выбор: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продукты, группы питания, упаковки, меры количества и вкусовые признаки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Тело, самочувствие и обращение за помощью: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части тела, распространённые бытовые симптомы, действия заботы и экстренная лексика базового уровня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Погода, одежда и действия сейчас: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погода, сезоны, одежда, активность на улице и признаки состояния природы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События в прошлом: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события дня, место, время, эмоции и последовательность first/then/finally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культура и итоговая история: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транспорт, место отдыха, достопримечательности, культурно нейтральные правила поведения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Личная информация и повседневное общение: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Simple во всех основных типах предложений; question words; краткие ответы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расписание и управление временем: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предлоги времени; adverbs of frequency; Present Simple и конструкция have to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район и движение по городу: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there is/are; some/any; much/many на начальном уровне; imperatives и предлоги места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количество и здоровый выбор: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countable/uncountable; some/any; a lot of; How much/How many; should по готовой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Тело, самочувствие и обращение за помощью: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have got a...; should/shouldn't; must/mustn't в правилах безопасности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Погода, одежда и действия сейчас: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Continuous: утверждение, отрицание, вопрос; сопоставление с Present Simple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События в прошлом: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Past Simple: was/were, правильные глаголы, did в базовых вопросах по образцу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культура и итоговая история: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повторение Present Simple, Present Continuous, Past Simple, can, should и вопросительных форм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Личная информация и повседневное общение: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беседы и профиля; чтение анкеты, сообщения и несплошного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расписание и управление временем: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объявления и расписания, чтение сообщения о школьном дне и поиск деталей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район и движение по городу: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навигационной инструкции и чтение плана района с описанием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количество и здоровый выбор: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информационной заметки; чтение меню, таблицы и инструкции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Тело, самочувствие и обращение за помощью: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короткого диалога и памятки безопасности; чтение последовательности действий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Погода, одежда и действия сейчас: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прогноза и описания картинки; чтение короткой заметки о сезонном событии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События в прошлом: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короткого рассказа и дневниковой записи; установление последовательности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культура и итоговая история: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туристической заметки и рассказа; чтение карты, афиши и личного сообщения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Личная информация и повседневное общение: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безопасный профиль вымышленного героя, аудио- или устное представление и взаимная проверка по критериям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расписание и управление временем: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расписание персонажа, устное сравнение и памятка о спокойной организации учебного дня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Дом, район и движение по городу: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маршрут по вымышленному району, письменная инструкция и диалог с уточняющими вопросами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количество и здоровый выбор: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проект бумажного меню, аргументированный выбор и короткий информационный текст без медицинских рекомендаций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Тело, самочувствие и обращение за помощью: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ролевая ситуация обращения к взрослому, памятка безопасного поведения; без диагностики и назначения лечения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Погода, одежда и действия сейчас: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мини-прогноз, описание сцены и совместный календарь наблюдений на английском языке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События в прошлом: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иллюстрированная история из 6–8 предложений, устный пересказ и работа над понятностью сообщения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культура и итоговая история: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«A journey in pictures»: маршрут, письменная история, устная презентация и вопросы аудитории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Личная информация и повседневное общение: говорение и произношение — 1 ч / Тематическая лексика и речевой этикет: Личная информация и повседневное общение: лексика и формулы общения — 1 ч / Грамматика в коммуникации: Личная информация и повседневное общение: грамматические средства — 1 ч / Аудирование и смысловое чтение: Личная информация и повседневное общение: понимание устного и письменного текста — 1 ч / Письменная речь, межкультурная практика и проект: Личная информация и повседневное общение: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диалог-знакомство, уточнять информацию и переспрашивать; работать над ритмом и ударением фразы; личные сведения, интересы, распорядок, формулы уточнения и просьбы повторить; Present Simple во всех основных типах предложений; question words; краткие ответы; понимание беседы и профиля; чтение анкеты, сообщения и несплошного текста; безопасный профиль вымышленного героя, аудио- или устное представление и взаимная проверка по критериям.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Личная информация и повседневное общение: говорение и произношение — 1 ч / Тематическая лексика и речевой этикет: Личная информация и повседневное общение: лексика и формулы общения — 1 ч / Грамматика в коммуникации: Личная информация и повседневное общение: грамматические средства — 1 ч / Аудирование и смысловое чтение: Личная информация и повседневное общение: понимание устного и письменного текста — 1 ч / Письменная речь, межкультурная практика и проект: Личная информация и повседневное общение: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диалог-знакомство, уточнять информацию и переспрашивать; работать над ритмом и ударением фразы; личные сведения, интересы, распорядок, формулы уточнения и просьбы повторить; Present Simple во всех основных типах предложений; question words; краткие ответы; понимание беседы и профиля; чтение анкеты, сообщения и несплошного текста; безопасный профиль вымышленного героя, аудио- или устное представление и взаимная проверка по критериям.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Личная информация и повседневное общение: говорение и произношение — 1 ч / Тематическая лексика и речевой этикет: Личная информация и повседневное общение: лексика и формулы общения — 1 ч / Грамматика в коммуникации: Личная информация и повседневное общение: грамматические средства — 1 ч / Аудирование и смысловое чтение: Личная информация и повседневное общение: понимание устного и письменного текста — 1 ч / Письменная речь, межкультурная практика и проект: Личная информация и повседневное общение: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диалог-знакомство, уточнять информацию и переспрашивать; работать над ритмом и ударением фразы; личные сведения, интересы, распорядок, формулы уточнения и просьбы повторить; Present Simple во всех основных типах предложений; question words; краткие ответы; понимание беседы и профиля; чтение анкеты, сообщения и несплошного текста; безопасный профиль вымышленного героя, аудио- или устное представление и взаимная проверка по критериям.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Личная информация и повседневное общение: говорение и произношение — 1 ч / Тематическая лексика и речевой этикет: Личная информация и повседневное общение: лексика и формулы общения — 1 ч / Грамматика в коммуникации: Личная информация и повседневное общение: грамматические средства — 1 ч / Аудирование и смысловое чтение: Личная информация и повседневное общение: понимание устного и письменного текста — 1 ч / Письменная речь, межкультурная практика и проект: Личная информация и повседневное общение: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диалог-знакомство, уточнять информацию и переспрашивать; работать над ритмом и ударением фразы; личные сведения, интересы, распорядок, формулы уточнения и просьбы повторить; Present Simple во всех основных типах предложений; question words; краткие ответы; понимание беседы и профиля; чтение анкеты, сообщения и несплошного текста; безопасный профиль вымышленного героя, аудио- или устное представление и взаимная проверка по критериям.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расписание и управление временем: говорение и произношение — 1 ч / Тематическая лексика и речевой этикет: Учёба, расписание и управление временем: лексика и формулы общения — 1 ч / Грамматика в коммуникации: Учёба, расписание и управление временем: грамматические средства — 1 ч / Аудирование и смысловое чтение: Учёба, расписание и управление временем: понимание устного и письменного текста — 1 ч / Письменная речь, межкультурная практика и проект: Учёба, расписание и управление временем: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расписание и предпочтения; произносить время, даты и многосложные слова; занятия, дни, время, учебные действия, материалы и оценочные формулы; предлоги времени; adverbs of frequency; Present Simple и конструкция have to по модели; понимание объявления и расписания, чтение сообщения о школьном дне и поиск деталей; расписание персонажа, устное сравнение и памятка о спокойной организации учебного дня.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расписание и управление временем: говорение и произношение — 1 ч / Тематическая лексика и речевой этикет: Учёба, расписание и управление временем: лексика и формулы общения — 1 ч / Грамматика в коммуникации: Учёба, расписание и управление временем: грамматические средства — 1 ч / Аудирование и смысловое чтение: Учёба, расписание и управление временем: понимание устного и письменного текста — 1 ч / Письменная речь, межкультурная практика и проект: Учёба, расписание и управление временем: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расписание и предпочтения; произносить время, даты и многосложные слова; занятия, дни, время, учебные действия, материалы и оценочные формулы; предлоги времени; adverbs of frequency; Present Simple и конструкция have to по модели; понимание объявления и расписания, чтение сообщения о школьном дне и поиск деталей; расписание персонажа, устное сравнение и памятка о спокойной организации учебного дня.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расписание и управление временем: говорение и произношение — 1 ч / Тематическая лексика и речевой этикет: Учёба, расписание и управление временем: лексика и формулы общения — 1 ч / Грамматика в коммуникации: Учёба, расписание и управление временем: грамматические средства — 1 ч / Аудирование и смысловое чтение: Учёба, расписание и управление временем: понимание устного и письменного текста — 1 ч / Письменная речь, межкультурная практика и проект: Учёба, расписание и управление временем: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расписание и предпочтения; произносить время, даты и многосложные слова; занятия, дни, время, учебные действия, материалы и оценочные формулы; предлоги времени; adverbs of frequency; Present Simple и конструкция have to по модели; понимание объявления и расписания, чтение сообщения о школьном дне и поиск деталей; расписание персонажа, устное сравнение и памятка о спокойной организации учебного дня.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расписание и управление временем: говорение и произношение — 1 ч / Тематическая лексика и речевой этикет: Учёба, расписание и управление временем: лексика и формулы общения — 1 ч / Грамматика в коммуникации: Учёба, расписание и управление временем: грамматические средства — 1 ч / Аудирование и смысловое чтение: Учёба, расписание и управление временем: понимание устного и письменного текста — 1 ч / Письменная речь, межкультурная практика и проект: Учёба, расписание и управление временем: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расписание и предпочтения; произносить время, даты и многосложные слова; занятия, дни, время, учебные действия, материалы и оценочные формулы; предлоги времени; adverbs of frequency; Present Simple и конструкция have to по модели; понимание объявления и расписания, чтение сообщения о школьном дне и поиск деталей; расписание персонажа, устное сравнение и памятка о спокойной организации учебного дня.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район и движение по городу: говорение и произношение — 1 ч / Тематическая лексика и речевой этикет: Дом, район и движение по городу: лексика и формулы общения — 1 ч / Грамматика в коммуникации: Дом, район и движение по городу: грамматические средства — 1 ч / Аудирование и смысловое чтение: Дом, район и движение по городу: понимание устного и письменного текста — 1 ч / Письменная речь, межкультурная практика и проект: Дом, район и движение по городу: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район, запросить направление и проверить понимание; интонация вежливого вопроса; здания, городские услуги, направления, расстояние и положение объектов; there is/are; some/any; much/many на начальном уровне; imperatives и предлоги места; понимание навигационной инструкции и чтение плана района с описанием; маршрут по вымышленному району, письменная инструкция и диалог с уточняющими вопросами.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район и движение по городу: говорение и произношение — 1 ч / Тематическая лексика и речевой этикет: Дом, район и движение по городу: лексика и формулы общения — 1 ч / Грамматика в коммуникации: Дом, район и движение по городу: грамматические средства — 1 ч / Аудирование и смысловое чтение: Дом, район и движение по городу: понимание устного и письменного текста — 1 ч / Письменная речь, межкультурная практика и проект: Дом, район и движение по городу: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район, запросить направление и проверить понимание; интонация вежливого вопроса; здания, городские услуги, направления, расстояние и положение объектов; there is/are; some/any; much/many на начальном уровне; imperatives и предлоги места; понимание навигационной инструкции и чтение плана района с описанием; маршрут по вымышленному району, письменная инструкция и диалог с уточняющими вопросами.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район и движение по городу: говорение и произношение — 1 ч / Тематическая лексика и речевой этикет: Дом, район и движение по городу: лексика и формулы общения — 1 ч / Грамматика в коммуникации: Дом, район и движение по городу: грамматические средства — 1 ч / Аудирование и смысловое чтение: Дом, район и движение по городу: понимание устного и письменного текста — 1 ч / Письменная речь, межкультурная практика и проект: Дом, район и движение по городу: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район, запросить направление и проверить понимание; интонация вежливого вопроса; здания, городские услуги, направления, расстояние и положение объектов; there is/are; some/any; much/many на начальном уровне; imperatives и предлоги места; понимание навигационной инструкции и чтение плана района с описанием; маршрут по вымышленному району, письменная инструкция и диалог с уточняющими вопросами.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Дом, район и движение по городу: говорение и произношение — 1 ч / Тематическая лексика и речевой этикет: Дом, район и движение по городу: лексика и формулы общения — 1 ч / Грамматика в коммуникации: Дом, район и движение по городу: грамматические средства — 1 ч / Аудирование и смысловое чтение: Дом, район и движение по городу: понимание устного и письменного текста — 1 ч / Письменная речь, межкультурная практика и проект: Дом, район и движение по городу: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район, запросить направление и проверить понимание; интонация вежливого вопроса; здания, городские услуги, направления, расстояние и положение объектов; there is/are; some/any; much/many на начальном уровне; imperatives и предлоги места; понимание навигационной инструкции и чтение плана района с описанием; маршрут по вымышленному району, письменная инструкция и диалог с уточняющими вопросами.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количество и здоровый выбор: говорение и произношение — 1 ч / Тематическая лексика и речевой этикет: Еда, количество и здоровый выбор: лексика и формулы общения — 1 ч / Грамматика в коммуникации: Еда, количество и здоровый выбор: грамматические средства — 1 ч / Аудирование и смысловое чтение: Еда, количество и здоровый выбор: понимание устного и письменного текста — 1 ч / Письменная речь, межкультурная практика и проект: Еда, количество и здоровый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предпочтение и состав простого набора продуктов без оценивания внешности и веса; продукты, группы питания, упаковки, меры количества и вкусовые признаки; countable/uncountable; some/any; a lot of; How much/How many; should по готовой модели; понимание интервью и информационной заметки; чтение меню, таблицы и инструкции; проект бумажного меню, аргументированный выбор и короткий информационный текст без медицинских рекомендаций.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количество и здоровый выбор: говорение и произношение — 1 ч / Тематическая лексика и речевой этикет: Еда, количество и здоровый выбор: лексика и формулы общения — 1 ч / Грамматика в коммуникации: Еда, количество и здоровый выбор: грамматические средства — 1 ч / Аудирование и смысловое чтение: Еда, количество и здоровый выбор: понимание устного и письменного текста — 1 ч / Письменная речь, межкультурная практика и проект: Еда, количество и здоровый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предпочтение и состав простого набора продуктов без оценивания внешности и веса; продукты, группы питания, упаковки, меры количества и вкусовые признаки; countable/uncountable; some/any; a lot of; How much/How many; should по готовой модели; понимание интервью и информационной заметки; чтение меню, таблицы и инструкции; проект бумажного меню, аргументированный выбор и короткий информационный текст без медицинских рекомендаций.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количество и здоровый выбор: говорение и произношение — 1 ч / Тематическая лексика и речевой этикет: Еда, количество и здоровый выбор: лексика и формулы общения — 1 ч / Грамматика в коммуникации: Еда, количество и здоровый выбор: грамматические средства — 1 ч / Аудирование и смысловое чтение: Еда, количество и здоровый выбор: понимание устного и письменного текста — 1 ч / Письменная речь, межкультурная практика и проект: Еда, количество и здоровый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предпочтение и состав простого набора продуктов без оценивания внешности и веса; продукты, группы питания, упаковки, меры количества и вкусовые признаки; countable/uncountable; some/any; a lot of; How much/How many; should по готовой модели; понимание интервью и информационной заметки; чтение меню, таблицы и инструкции; проект бумажного меню, аргументированный выбор и короткий информационный текст без медицинских рекомендаций.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количество и здоровый выбор: говорение и произношение — 1 ч / Тематическая лексика и речевой этикет: Еда, количество и здоровый выбор: лексика и формулы общения — 1 ч / Грамматика в коммуникации: Еда, количество и здоровый выбор: грамматические средства — 1 ч / Аудирование и смысловое чтение: Еда, количество и здоровый выбор: понимание устного и письменного текста — 1 ч / Письменная речь, межкультурная практика и проект: Еда, количество и здоровый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предпочтение и состав простого набора продуктов без оценивания внешности и веса; продукты, группы питания, упаковки, меры количества и вкусовые признаки; countable/uncountable; some/any; a lot of; How much/How many; should по готовой модели; понимание интервью и информационной заметки; чтение меню, таблицы и инструкции; проект бумажного меню, аргументированный выбор и короткий информационный текст без медицинских рекомендаций.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Тело, самочувствие и обращение за помощью: говорение и произношение — 1 ч / Тематическая лексика и речевой этикет: Тело, самочувствие и обращение за помощью: лексика и формулы общения — 1 ч / Грамматика в коммуникации: Тело, самочувствие и обращение за помощью: грамматические средства — 1 ч / Аудирование и смысловое чтение: Тело, самочувствие и обращение за помощью: понимание устного и письменного текста — 1 ч / Письменная речь, межкультурная практика и проект: Тело, самочувствие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простое самочувствие и попросить помощи; различать нейтральные и вежливые формулы; части тела, распространённые бытовые симптомы, действия заботы и экстренная лексика базового уровня; have got a...; should/shouldn't; must/mustn't в правилах безопасности; понимание короткого диалога и памятки безопасности; чтение последовательности действий; ролевая ситуация обращения к взрослому, памятка безопасного поведения; без диагностики и назначения лечения.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Тело, самочувствие и обращение за помощью: говорение и произношение — 1 ч / Тематическая лексика и речевой этикет: Тело, самочувствие и обращение за помощью: лексика и формулы общения — 1 ч / Грамматика в коммуникации: Тело, самочувствие и обращение за помощью: грамматические средства — 1 ч / Аудирование и смысловое чтение: Тело, самочувствие и обращение за помощью: понимание устного и письменного текста — 1 ч / Письменная речь, межкультурная практика и проект: Тело, самочувствие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простое самочувствие и попросить помощи; различать нейтральные и вежливые формулы; части тела, распространённые бытовые симптомы, действия заботы и экстренная лексика базового уровня; have got a...; should/shouldn't; must/mustn't в правилах безопасности; понимание короткого диалога и памятки безопасности; чтение последовательности действий; ролевая ситуация обращения к взрослому, памятка безопасного поведения; без диагностики и назначения лечения.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Тело, самочувствие и обращение за помощью: говорение и произношение — 1 ч / Тематическая лексика и речевой этикет: Тело, самочувствие и обращение за помощью: лексика и формулы общения — 1 ч / Грамматика в коммуникации: Тело, самочувствие и обращение за помощью: грамматические средства — 1 ч / Аудирование и смысловое чтение: Тело, самочувствие и обращение за помощью: понимание устного и письменного текста — 1 ч / Письменная речь, межкультурная практика и проект: Тело, самочувствие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простое самочувствие и попросить помощи; различать нейтральные и вежливые формулы; части тела, распространённые бытовые симптомы, действия заботы и экстренная лексика базового уровня; have got a...; should/shouldn't; must/mustn't в правилах безопасности; понимание короткого диалога и памятки безопасности; чтение последовательности действий; ролевая ситуация обращения к взрослому, памятка безопасного поведения; без диагностики и назначения лечения.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Тело, самочувствие и обращение за помощью: говорение и произношение — 1 ч / Тематическая лексика и речевой этикет: Тело, самочувствие и обращение за помощью: лексика и формулы общения — 1 ч / Грамматика в коммуникации: Тело, самочувствие и обращение за помощью: грамматические средства — 1 ч / Аудирование и смысловое чтение: Тело, самочувствие и обращение за помощью: понимание устного и письменного текста — 1 ч / Письменная речь, межкультурная практика и проект: Тело, самочувствие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простое самочувствие и попросить помощи; различать нейтральные и вежливые формулы; части тела, распространённые бытовые симптомы, действия заботы и экстренная лексика базового уровня; have got a...; should/shouldn't; must/mustn't в правилах безопасности; понимание короткого диалога и памятки безопасности; чтение последовательности действий; ролевая ситуация обращения к взрослому, памятка безопасного поведения; без диагностики и назначения лечения.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Погода, одежда и действия сейчас: говорение и произношение — 1 ч / Тематическая лексика и речевой этикет: Погода, одежда и действия сейчас: лексика и формулы общения — 1 ч / Грамматика в коммуникации: Погода, одежда и действия сейчас: грамматические средства — 1 ч / Аудирование и смысловое чтение: Погода, одежда и действия сейчас: понимание устного и письменного текста — 1 ч / Письменная речь, межкультурная практика и проект: Погода, одежда и действия сейчас: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происходящее и погоду; различать окончания -ing на слух и в речи; погода, сезоны, одежда, активность на улице и признаки состояния природы; Present Continuous: утверждение, отрицание, вопрос; сопоставление с Present Simple; понимание прогноза и описания картинки; чтение короткой заметки о сезонном событии; мини-прогноз, описание сцены и совместный календарь наблюдений на английском языке.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Погода, одежда и действия сейчас: говорение и произношение — 1 ч / Тематическая лексика и речевой этикет: Погода, одежда и действия сейчас: лексика и формулы общения — 1 ч / Грамматика в коммуникации: Погода, одежда и действия сейчас: грамматические средства — 1 ч / Аудирование и смысловое чтение: Погода, одежда и действия сейчас: понимание устного и письменного текста — 1 ч / Письменная речь, межкультурная практика и проект: Погода, одежда и действия сейчас: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происходящее и погоду; различать окончания -ing на слух и в речи; погода, сезоны, одежда, активность на улице и признаки состояния природы; Present Continuous: утверждение, отрицание, вопрос; сопоставление с Present Simple; понимание прогноза и описания картинки; чтение короткой заметки о сезонном событии; мини-прогноз, описание сцены и совместный календарь наблюдений на английском языке.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Погода, одежда и действия сейчас: говорение и произношение — 1 ч / Тематическая лексика и речевой этикет: Погода, одежда и действия сейчас: лексика и формулы общения — 1 ч / Грамматика в коммуникации: Погода, одежда и действия сейчас: грамматические средства — 1 ч / Аудирование и смысловое чтение: Погода, одежда и действия сейчас: понимание устного и письменного текста — 1 ч / Письменная речь, межкультурная практика и проект: Погода, одежда и действия сейчас: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происходящее и погоду; различать окончания -ing на слух и в речи; погода, сезоны, одежда, активность на улице и признаки состояния природы; Present Continuous: утверждение, отрицание, вопрос; сопоставление с Present Simple; понимание прогноза и описания картинки; чтение короткой заметки о сезонном событии; мини-прогноз, описание сцены и совместный календарь наблюдений на английском языке.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Погода, одежда и действия сейчас: говорение и произношение — 1 ч / Тематическая лексика и речевой этикет: Погода, одежда и действия сейчас: лексика и формулы общения — 1 ч / Грамматика в коммуникации: Погода, одежда и действия сейчас: грамматические средства — 1 ч / Аудирование и смысловое чтение: Погода, одежда и действия сейчас: понимание устного и письменного текста — 1 ч / Письменная речь, межкультурная практика и проект: Погода, одежда и действия сейчас: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происходящее и погоду; различать окончания -ing на слух и в речи; погода, сезоны, одежда, активность на улице и признаки состояния природы; Present Continuous: утверждение, отрицание, вопрос; сопоставление с Present Simple; понимание прогноза и описания картинки; чтение короткой заметки о сезонном событии; мини-прогноз, описание сцены и совместный календарь наблюдений на английском языке.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События в прошлом: говорение и произношение — 1 ч / Тематическая лексика и речевой этикет: События в прошлом: лексика и формулы общения — 1 ч / Грамматика в коммуникации: События в прошлом: грамматические средства — 1 ч / Аудирование и смысловое чтение: События в прошлом: понимание устного и письменного текста — 1 ч / Письменная речь, межкультурная практика и проект: События в прошлом: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завершённом событии по картинкам; отработка окончания -ed и форм was/were; события дня, место, время, эмоции и последовательность first/then/finally; Past Simple: was/were, правильные глаголы, did в базовых вопросах по образцу; понимание короткого рассказа и дневниковой записи; установление последовательности; иллюстрированная история из 6–8 предложений, устный пересказ и работа над понятностью сообщения.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События в прошлом: говорение и произношение — 1 ч / Тематическая лексика и речевой этикет: События в прошлом: лексика и формулы общения — 1 ч / Грамматика в коммуникации: События в прошлом: грамматические средства — 1 ч / Аудирование и смысловое чтение: События в прошлом: понимание устного и письменного текста — 1 ч / Письменная речь, межкультурная практика и проект: События в прошлом: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завершённом событии по картинкам; отработка окончания -ed и форм was/were; события дня, место, время, эмоции и последовательность first/then/finally; Past Simple: was/were, правильные глаголы, did в базовых вопросах по образцу; понимание короткого рассказа и дневниковой записи; установление последовательности; иллюстрированная история из 6–8 предложений, устный пересказ и работа над понятностью сообщения.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События в прошлом: говорение и произношение — 1 ч / Тематическая лексика и речевой этикет: События в прошлом: лексика и формулы общения — 1 ч / Грамматика в коммуникации: События в прошлом: грамматические средства — 1 ч / Аудирование и смысловое чтение: События в прошлом: понимание устного и письменного текста — 1 ч / Письменная речь, межкультурная практика и проект: События в прошлом: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завершённом событии по картинкам; отработка окончания -ed и форм was/were; события дня, место, время, эмоции и последовательность first/then/finally; Past Simple: was/were, правильные глаголы, did в базовых вопросах по образцу; понимание короткого рассказа и дневниковой записи; установление последовательности; иллюстрированная история из 6–8 предложений, устный пересказ и работа над понятностью сообщения.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События в прошлом: говорение и произношение — 1 ч / Тематическая лексика и речевой этикет: События в прошлом: лексика и формулы общения — 1 ч / Грамматика в коммуникации: События в прошлом: грамматические средства — 1 ч / Аудирование и смысловое чтение: События в прошлом: понимание устного и письменного текста — 1 ч / Письменная речь, межкультурная практика и проект: События в прошлом: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завершённом событии по картинкам; отработка окончания -ed и форм was/were; события дня, место, время, эмоции и последовательность first/then/finally; Past Simple: was/were, правильные глаголы, did в базовых вопросах по образцу; понимание короткого рассказа и дневниковой записи; установление последовательности; иллюстрированная история из 6–8 предложений, устный пересказ и работа над понятностью сообщения.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культура и итоговая история: говорение и произношение — 1 ч / Тематическая лексика и речевой этикет: Путешествие, культура и итоговая история: лексика и формулы общения — 1 ч / Грамматика в коммуникации: Путешествие, культура и итоговая история: грамматические средства — 1 ч / Аудирование и смысловое чтение: Путешествие, культура и итоговая история: понимание устного и письменного текста — 1 ч / Письменная речь, межкультурная практика и проект: Путешествие, культура и итоговая история: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маршруте и впечатлении, задать вопросы собеседнику; повторить ключевые речевые функции; транспорт, место отдыха, достопримечательности, культурно нейтральные правила поведения; повторение Present Simple, Present Continuous, Past Simple, can, should и вопросительных форм; понимание туристической заметки и рассказа; чтение карты, афиши и личного сообщения; итоговый проект «A journey in pictures»: маршрут, письменная история, устная презентация и вопросы аудитории.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культура и итоговая история: говорение и произношение — 1 ч / Тематическая лексика и речевой этикет: Путешествие, культура и итоговая история: лексика и формулы общения — 1 ч / Грамматика в коммуникации: Путешествие, культура и итоговая история: грамматические средства — 1 ч / Аудирование и смысловое чтение: Путешествие, культура и итоговая история: понимание устного и письменного текста — 1 ч / Письменная речь, межкультурная практика и проект: Путешествие, культура и итоговая история: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маршруте и впечатлении, задать вопросы собеседнику; повторить ключевые речевые функции; транспорт, место отдыха, достопримечательности, культурно нейтральные правила поведения; повторение Present Simple, Present Continuous, Past Simple, can, should и вопросительных форм; понимание туристической заметки и рассказа; чтение карты, афиши и личного сообщения; итоговый проект «A journey in pictures»: маршрут, письменная история, устная презентация и вопросы аудитории.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культура и итоговая история: говорение и произношение — 1 ч / Тематическая лексика и речевой этикет: Путешествие, культура и итоговая история: лексика и формулы общения — 1 ч / Грамматика в коммуникации: Путешествие, культура и итоговая история: грамматические средства — 1 ч / Аудирование и смысловое чтение: Путешествие, культура и итоговая история: понимание устного и письменного текста — 1 ч / Письменная речь, межкультурная практика и проект: Путешествие, культура и итоговая история: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маршруте и впечатлении, задать вопросы собеседнику; повторить ключевые речевые функции; транспорт, место отдыха, достопримечательности, культурно нейтральные правила поведения; повторение Present Simple, Present Continuous, Past Simple, can, should и вопросительных форм; понимание туристической заметки и рассказа; чтение карты, афиши и личного сообщения; итоговый проект «A journey in pictures»: маршрут, письменная история, устная презентация и вопросы аудитории.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культура и итоговая история: говорение и произношение — 1 ч / Тематическая лексика и речевой этикет: Путешествие, культура и итоговая история: лексика и формулы общения — 1 ч / Грамматика в коммуникации: Путешествие, культура и итоговая история: грамматические средства — 1 ч / Аудирование и смысловое чтение: Путешествие, культура и итоговая история: понимание устного и письменного текста — 1 ч / Письменная речь, межкультурная практика и проект: Путешествие, культура и итоговая история: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маршруте и впечатлении, задать вопросы собеседнику; повторить ключевые речевые функции; транспорт, место отдыха, достопримечательности, культурно нейтральные правила поведения; повторение Present Simple, Present Continuous, Past Simple, can, should и вопросительных форм; понимание туристической заметки и рассказа; чтение карты, афиши и личного сообщения; итоговый проект «A journey in pictures»: маршрут, письменная история, устная презентация и вопросы аудитории.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10.4. Модуль 4: 10–11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Характер, внешность и уважительное описание: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описать персонажа без ярлыков и дискриминационных оценок; уточнять и сравнивать информацию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стратегии и совместная работа: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обсудить трудность, попросить объяснение и распределить роли; интонация просьбы и предложения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пространство и сравнение: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сравнивать места и природные объекты; произносить степени сравнения и числовые данные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Привычки, здоровье и безопасность: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дать общую немедицинскую рекомендацию и объяснить правило; интонация предупреждения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Прошедшие события и биография: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рассказать о событии и задать уточняющие вопросы; произношение частотных неправильных форм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намерения и прогноз: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план и договариваться; различать намерение и спонтанное решение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Технологии, сообщения и цифровая вежливость: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объяснить назначение устройства и правила безопасного общения; ударение в заимствованной лексике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итоговый межкультурный проект: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представить место, сравнить культурные практики без стереотипов и ответить на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Характер, внешность и уважительное описание: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внешность, черты характера, интересы, поведение и нейтральные оценочные слова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стратегии и совместная работа: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учебные действия, способы запоминания, проектные роли, успех, ошибка и доработка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пространство и сравнение: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ландшафт, погода, природные объекты, размер, расстояние и стороны света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Привычки, здоровье и безопасность: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режим, движение, сон, питание, цифровые привычки и безопасное поведение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Прошедшие события и биография: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даты, этапы жизни, достижения, обстоятельства события и биографическая лексика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намерения и прогноз: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будущие события, каникулы, подготовка, обязанности, предположение и вероятность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Технологии, сообщения и цифровая вежливость: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устройства, приложения, сообщение, источник, пароль, приватность и цифровой след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итоговый межкультурный проект: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география, транспорт, досуг, праздники, нормы вежливости и достопримечательности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Характер, внешность и уважительное описание: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have got; to be; comparative adjectives; defining phrases with who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стратегии и совместная работа: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have to/don't have to; can/could for requests; adverbs of manner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пространство и сравнение: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comparatives/superlatives; as ... as; there is/are; количественные конструкции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Привычки, здоровье и безопасность: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should/shouldn't; must/mustn't; have to; first conditional в готовых речевых моделях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Прошедшие события и биография: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Past Simple: правильные и частотные неправильные глаголы; вопросы и отрицания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намерения и прогноз: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be going to; will for prediction/decision; Present Continuous for arrangements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Технологии, сообщения и цифровая вежливость: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can/could; imperatives; relative clause with that/which по модели; повторение времён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итоговый межкультурный проект: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изученных времён, сравнений, модальных конструкций и вопросов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Характер, внешность и уважительное описание: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литературного портрета; чтение профилей с поиском доказательств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стратегии и совместная работа: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инструкции и диалога о проекте; чтение памятки и сообщения с рекомендацией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пространство и сравнение: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описания маршрута и научно-популярной заметки; чтение карты и таблицы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Привычки, здоровье и безопасность: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памятки и интервью; чтение короткой статьи с отделением факта от совета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Прошедшие события и биография: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биографической заметки и рассказа очевидца; определение главных событий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намерения и прогноз: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разговора о планах и календаря событий; чтение приглашения и прогноза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Технологии, сообщения и цифровая вежливость: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инструкции и подкастового фрагмента; чтение интерфейсного текста и памятки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итоговый межкультурный проект: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путеводителя, интервью и объявления; чтение текстов разных форматов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Характер, внешность и уважительное описание: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портрет вымышленного героя, устное обоснование характеристики и корректная обратная связь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стратегии и совместная работа: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 групповой работы, памятка учебной стратегии и рефлексивное сообщение без публичного ранжирования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пространство и сравнение: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сравнительная карточка двух мест, устный вывод и мини-постер с проверяемыми фактами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Привычки, здоровье и безопасность: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памятка безопасной привычки и ролевая консультация без диагностики, лечения и оценки тела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Прошедшие события и биография: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биография выбранного культурного или научного деятеля по проверяемым источникам и устная презентация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намерения и прогноз: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 вымышленного события, приглашение и устная договорённость с распределением задач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Технологии, сообщения и цифровая вежливость: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электронное сообщение по учебной ситуации и памятка цифровой безопасности без публикации личных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итоговый межкультурный проект: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«Two places, two stories»: письменный путеводитель, устная презентация и диалог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Характер, внешность и уважительное описание: говорение и произношение — 1 ч / Тематическая лексика и речевой этикет: Характер, внешность и уважительное описание: лексика и формулы общения — 1 ч / Грамматика в коммуникации: Характер, внешность и уважительное описание: грамматические средства — 1 ч / Аудирование и смысловое чтение: Характер, внешность и уважительное описание: понимание устного и письменного текста — 1 ч / Письменная речь, межкультурная практика и проект: Характер, внешность и уважительное описание: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персонажа без ярлыков и дискриминационных оценок; уточнять и сравнивать информацию; внешность, черты характера, интересы, поведение и нейтральные оценочные слова; have got; to be; comparative adjectives; defining phrases with who по модели; понимание интервью и литературного портрета; чтение профилей с поиском доказательств; портрет вымышленного героя, устное обоснование характеристики и корректная обратная связь.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Характер, внешность и уважительное описание: говорение и произношение — 1 ч / Тематическая лексика и речевой этикет: Характер, внешность и уважительное описание: лексика и формулы общения — 1 ч / Грамматика в коммуникации: Характер, внешность и уважительное описание: грамматические средства — 1 ч / Аудирование и смысловое чтение: Характер, внешность и уважительное описание: понимание устного и письменного текста — 1 ч / Письменная речь, межкультурная практика и проект: Характер, внешность и уважительное описание: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персонажа без ярлыков и дискриминационных оценок; уточнять и сравнивать информацию; внешность, черты характера, интересы, поведение и нейтральные оценочные слова; have got; to be; comparative adjectives; defining phrases with who по модели; понимание интервью и литературного портрета; чтение профилей с поиском доказательств; портрет вымышленного героя, устное обоснование характеристики и корректная обратная связь.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Характер, внешность и уважительное описание: говорение и произношение — 1 ч / Тематическая лексика и речевой этикет: Характер, внешность и уважительное описание: лексика и формулы общения — 1 ч / Грамматика в коммуникации: Характер, внешность и уважительное описание: грамматические средства — 1 ч / Аудирование и смысловое чтение: Характер, внешность и уважительное описание: понимание устного и письменного текста — 1 ч / Письменная речь, межкультурная практика и проект: Характер, внешность и уважительное описание: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персонажа без ярлыков и дискриминационных оценок; уточнять и сравнивать информацию; внешность, черты характера, интересы, поведение и нейтральные оценочные слова; have got; to be; comparative adjectives; defining phrases with who по модели; понимание интервью и литературного портрета; чтение профилей с поиском доказательств; портрет вымышленного героя, устное обоснование характеристики и корректная обратная связь.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Характер, внешность и уважительное описание: говорение и произношение — 1 ч / Тематическая лексика и речевой этикет: Характер, внешность и уважительное описание: лексика и формулы общения — 1 ч / Грамматика в коммуникации: Характер, внешность и уважительное описание: грамматические средства — 1 ч / Аудирование и смысловое чтение: Характер, внешность и уважительное описание: понимание устного и письменного текста — 1 ч / Письменная речь, межкультурная практика и проект: Характер, внешность и уважительное описание: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персонажа без ярлыков и дискриминационных оценок; уточнять и сравнивать информацию; внешность, черты характера, интересы, поведение и нейтральные оценочные слова; have got; to be; comparative adjectives; defining phrases with who по модели; понимание интервью и литературного портрета; чтение профилей с поиском доказательств; портрет вымышленного героя, устное обоснование характеристики и корректная обратная связь.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стратегии и совместная работа: говорение и произношение — 1 ч / Тематическая лексика и речевой этикет: Учёба, стратегии и совместная работа: лексика и формулы общения — 1 ч / Грамматика в коммуникации: Учёба, стратегии и совместная работа: грамматические средства — 1 ч / Аудирование и смысловое чтение: Учёба, стратегии и совместная работа: понимание устного и письменного текста — 1 ч / Письменная речь, межкультурная практика и проект: Учёба, стратегии и совместная работа: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обсудить трудность, попросить объяснение и распределить роли; интонация просьбы и предложения; учебные действия, способы запоминания, проектные роли, успех, ошибка и доработка; have to/don't have to; can/could for requests; adverbs of manner; понимание инструкции и диалога о проекте; чтение памятки и сообщения с рекомендацией; план групповой работы, памятка учебной стратегии и рефлексивное сообщение без публичного ранжирования.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стратегии и совместная работа: говорение и произношение — 1 ч / Тематическая лексика и речевой этикет: Учёба, стратегии и совместная работа: лексика и формулы общения — 1 ч / Грамматика в коммуникации: Учёба, стратегии и совместная работа: грамматические средства — 1 ч / Аудирование и смысловое чтение: Учёба, стратегии и совместная работа: понимание устного и письменного текста — 1 ч / Письменная речь, межкультурная практика и проект: Учёба, стратегии и совместная работа: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обсудить трудность, попросить объяснение и распределить роли; интонация просьбы и предложения; учебные действия, способы запоминания, проектные роли, успех, ошибка и доработка; have to/don't have to; can/could for requests; adverbs of manner; понимание инструкции и диалога о проекте; чтение памятки и сообщения с рекомендацией; план групповой работы, памятка учебной стратегии и рефлексивное сообщение без публичного ранжирования.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стратегии и совместная работа: говорение и произношение — 1 ч / Тематическая лексика и речевой этикет: Учёба, стратегии и совместная работа: лексика и формулы общения — 1 ч / Грамматика в коммуникации: Учёба, стратегии и совместная работа: грамматические средства — 1 ч / Аудирование и смысловое чтение: Учёба, стратегии и совместная работа: понимание устного и письменного текста — 1 ч / Письменная речь, межкультурная практика и проект: Учёба, стратегии и совместная работа: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обсудить трудность, попросить объяснение и распределить роли; интонация просьбы и предложения; учебные действия, способы запоминания, проектные роли, успех, ошибка и доработка; have to/don't have to; can/could for requests; adverbs of manner; понимание инструкции и диалога о проекте; чтение памятки и сообщения с рекомендацией; план групповой работы, памятка учебной стратегии и рефлексивное сообщение без публичного ранжирования.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стратегии и совместная работа: говорение и произношение — 1 ч / Тематическая лексика и речевой этикет: Учёба, стратегии и совместная работа: лексика и формулы общения — 1 ч / Грамматика в коммуникации: Учёба, стратегии и совместная работа: грамматические средства — 1 ч / Аудирование и смысловое чтение: Учёба, стратегии и совместная работа: понимание устного и письменного текста — 1 ч / Письменная речь, межкультурная практика и проект: Учёба, стратегии и совместная работа: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обсудить трудность, попросить объяснение и распределить роли; интонация просьбы и предложения; учебные действия, способы запоминания, проектные роли, успех, ошибка и доработка; have to/don't have to; can/could for requests; adverbs of manner; понимание инструкции и диалога о проекте; чтение памятки и сообщения с рекомендацией; план групповой работы, памятка учебной стратегии и рефлексивное сообщение без публичного ранжирования.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пространство и сравнение: говорение и произношение — 1 ч / Тематическая лексика и речевой этикет: Природа, пространство и сравнение: лексика и формулы общения — 1 ч / Грамматика в коммуникации: Природа, пространство и сравнение: грамматические средства — 1 ч / Аудирование и смысловое чтение: Природа, пространство и сравнение: понимание устного и письменного текста — 1 ч / Письменная речь, межкультурная практика и проект: Природа, пространство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места и природные объекты; произносить степени сравнения и числовые данные; ландшафт, погода, природные объекты, размер, расстояние и стороны света; comparatives/superlatives; as ... as; there is/are; количественные конструкции; понимание описания маршрута и научно-популярной заметки; чтение карты и таблицы; сравнительная карточка двух мест, устный вывод и мини-постер с проверяемыми фактами.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пространство и сравнение: говорение и произношение — 1 ч / Тематическая лексика и речевой этикет: Природа, пространство и сравнение: лексика и формулы общения — 1 ч / Грамматика в коммуникации: Природа, пространство и сравнение: грамматические средства — 1 ч / Аудирование и смысловое чтение: Природа, пространство и сравнение: понимание устного и письменного текста — 1 ч / Письменная речь, межкультурная практика и проект: Природа, пространство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места и природные объекты; произносить степени сравнения и числовые данные; ландшафт, погода, природные объекты, размер, расстояние и стороны света; comparatives/superlatives; as ... as; there is/are; количественные конструкции; понимание описания маршрута и научно-популярной заметки; чтение карты и таблицы; сравнительная карточка двух мест, устный вывод и мини-постер с проверяемыми фактами.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пространство и сравнение: говорение и произношение — 1 ч / Тематическая лексика и речевой этикет: Природа, пространство и сравнение: лексика и формулы общения — 1 ч / Грамматика в коммуникации: Природа, пространство и сравнение: грамматические средства — 1 ч / Аудирование и смысловое чтение: Природа, пространство и сравнение: понимание устного и письменного текста — 1 ч / Письменная речь, межкультурная практика и проект: Природа, пространство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места и природные объекты; произносить степени сравнения и числовые данные; ландшафт, погода, природные объекты, размер, расстояние и стороны света; comparatives/superlatives; as ... as; there is/are; количественные конструкции; понимание описания маршрута и научно-популярной заметки; чтение карты и таблицы; сравнительная карточка двух мест, устный вывод и мини-постер с проверяемыми фактами.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пространство и сравнение: говорение и произношение — 1 ч / Тематическая лексика и речевой этикет: Природа, пространство и сравнение: лексика и формулы общения — 1 ч / Грамматика в коммуникации: Природа, пространство и сравнение: грамматические средства — 1 ч / Аудирование и смысловое чтение: Природа, пространство и сравнение: понимание устного и письменного текста — 1 ч / Письменная речь, межкультурная практика и проект: Природа, пространство и сравнение: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места и природные объекты; произносить степени сравнения и числовые данные; ландшафт, погода, природные объекты, размер, расстояние и стороны света; comparatives/superlatives; as ... as; there is/are; количественные конструкции; понимание описания маршрута и научно-популярной заметки; чтение карты и таблицы; сравнительная карточка двух мест, устный вывод и мини-постер с проверяемыми фактами.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Привычки, здоровье и безопасность: говорение и произношение — 1 ч / Тематическая лексика и речевой этикет: Привычки, здоровье и безопасность: лексика и формулы общения — 1 ч / Грамматика в коммуникации: Привычки, здоровье и безопасность: грамматические средства — 1 ч / Аудирование и смысловое чтение: Привычки, здоровье и безопасность: понимание устного и письменного текста — 1 ч / Письменная речь, межкультурная практика и проект: Привычки, здоровье и безопасность: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дать общую немедицинскую рекомендацию и объяснить правило; интонация предупреждения; режим, движение, сон, питание, цифровые привычки и безопасное поведение; should/shouldn't; must/mustn't; have to; first conditional в готовых речевых моделях; понимание памятки и интервью; чтение короткой статьи с отделением факта от совета; памятка безопасной привычки и ролевая консультация без диагностики, лечения и оценки тела.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Привычки, здоровье и безопасность: говорение и произношение — 1 ч / Тематическая лексика и речевой этикет: Привычки, здоровье и безопасность: лексика и формулы общения — 1 ч / Грамматика в коммуникации: Привычки, здоровье и безопасность: грамматические средства — 1 ч / Аудирование и смысловое чтение: Привычки, здоровье и безопасность: понимание устного и письменного текста — 1 ч / Письменная речь, межкультурная практика и проект: Привычки, здоровье и безопасность: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дать общую немедицинскую рекомендацию и объяснить правило; интонация предупреждения; режим, движение, сон, питание, цифровые привычки и безопасное поведение; should/shouldn't; must/mustn't; have to; first conditional в готовых речевых моделях; понимание памятки и интервью; чтение короткой статьи с отделением факта от совета; памятка безопасной привычки и ролевая консультация без диагностики, лечения и оценки тела.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Привычки, здоровье и безопасность: говорение и произношение — 1 ч / Тематическая лексика и речевой этикет: Привычки, здоровье и безопасность: лексика и формулы общения — 1 ч / Грамматика в коммуникации: Привычки, здоровье и безопасность: грамматические средства — 1 ч / Аудирование и смысловое чтение: Привычки, здоровье и безопасность: понимание устного и письменного текста — 1 ч / Письменная речь, межкультурная практика и проект: Привычки, здоровье и безопасность: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дать общую немедицинскую рекомендацию и объяснить правило; интонация предупреждения; режим, движение, сон, питание, цифровые привычки и безопасное поведение; should/shouldn't; must/mustn't; have to; first conditional в готовых речевых моделях; понимание памятки и интервью; чтение короткой статьи с отделением факта от совета; памятка безопасной привычки и ролевая консультация без диагностики, лечения и оценки тела.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Привычки, здоровье и безопасность: говорение и произношение — 1 ч / Тематическая лексика и речевой этикет: Привычки, здоровье и безопасность: лексика и формулы общения — 1 ч / Грамматика в коммуникации: Привычки, здоровье и безопасность: грамматические средства — 1 ч / Аудирование и смысловое чтение: Привычки, здоровье и безопасность: понимание устного и письменного текста — 1 ч / Письменная речь, межкультурная практика и проект: Привычки, здоровье и безопасность: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дать общую немедицинскую рекомендацию и объяснить правило; интонация предупреждения; режим, движение, сон, питание, цифровые привычки и безопасное поведение; should/shouldn't; must/mustn't; have to; first conditional в готовых речевых моделях; понимание памятки и интервью; чтение короткой статьи с отделением факта от совета; памятка безопасной привычки и ролевая консультация без диагностики, лечения и оценки тела.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Прошедшие события и биография: говорение и произношение — 1 ч / Тематическая лексика и речевой этикет: Прошедшие события и биография: лексика и формулы общения — 1 ч / Грамматика в коммуникации: Прошедшие события и биография: грамматические средства — 1 ч / Аудирование и смысловое чтение: Прошедшие события и биография: понимание устного и письменного текста — 1 ч / Письменная речь, межкультурная практика и проект: Прошедшие события и биография: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событии и задать уточняющие вопросы; произношение частотных неправильных форм; даты, этапы жизни, достижения, обстоятельства события и биографическая лексика; Past Simple: правильные и частотные неправильные глаголы; вопросы и отрицания; понимание биографической заметки и рассказа очевидца; определение главных событий; биография выбранного культурного или научного деятеля по проверяемым источникам и устная презентация.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Прошедшие события и биография: говорение и произношение — 1 ч / Тематическая лексика и речевой этикет: Прошедшие события и биография: лексика и формулы общения — 1 ч / Грамматика в коммуникации: Прошедшие события и биография: грамматические средства — 1 ч / Аудирование и смысловое чтение: Прошедшие события и биография: понимание устного и письменного текста — 1 ч / Письменная речь, межкультурная практика и проект: Прошедшие события и биография: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событии и задать уточняющие вопросы; произношение частотных неправильных форм; даты, этапы жизни, достижения, обстоятельства события и биографическая лексика; Past Simple: правильные и частотные неправильные глаголы; вопросы и отрицания; понимание биографической заметки и рассказа очевидца; определение главных событий; биография выбранного культурного или научного деятеля по проверяемым источникам и устная презентация.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Прошедшие события и биография: говорение и произношение — 1 ч / Тематическая лексика и речевой этикет: Прошедшие события и биография: лексика и формулы общения — 1 ч / Грамматика в коммуникации: Прошедшие события и биография: грамматические средства — 1 ч / Аудирование и смысловое чтение: Прошедшие события и биография: понимание устного и письменного текста — 1 ч / Письменная речь, межкультурная практика и проект: Прошедшие события и биография: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событии и задать уточняющие вопросы; произношение частотных неправильных форм; даты, этапы жизни, достижения, обстоятельства события и биографическая лексика; Past Simple: правильные и частотные неправильные глаголы; вопросы и отрицания; понимание биографической заметки и рассказа очевидца; определение главных событий; биография выбранного культурного или научного деятеля по проверяемым источникам и устная презентация.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Прошедшие события и биография: говорение и произношение — 1 ч / Тематическая лексика и речевой этикет: Прошедшие события и биография: лексика и формулы общения — 1 ч / Грамматика в коммуникации: Прошедшие события и биография: грамматические средства — 1 ч / Аудирование и смысловое чтение: Прошедшие события и биография: понимание устного и письменного текста — 1 ч / Письменная речь, межкультурная практика и проект: Прошедшие события и биография: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рассказать о событии и задать уточняющие вопросы; произношение частотных неправильных форм; даты, этапы жизни, достижения, обстоятельства события и биографическая лексика; Past Simple: правильные и частотные неправильные глаголы; вопросы и отрицания; понимание биографической заметки и рассказа очевидца; определение главных событий; биография выбранного культурного или научного деятеля по проверяемым источникам и устная презентация.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намерения и прогноз: говорение и произношение — 1 ч / Тематическая лексика и речевой этикет: Планы, намерения и прогноз: лексика и формулы общения — 1 ч / Грамматика в коммуникации: Планы, намерения и прогноз: грамматические средства — 1 ч / Аудирование и смысловое чтение: Планы, намерения и прогноз: понимание устного и письменного текста — 1 ч / Письменная речь, межкультурная практика и проект: Планы, намерения и прогноз: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план и договариваться; различать намерение и спонтанное решение; будущие события, каникулы, подготовка, обязанности, предположение и вероятность; be going to; will for prediction/decision; Present Continuous for arrangements по модели; понимание разговора о планах и календаря событий; чтение приглашения и прогноза; план вымышленного события, приглашение и устная договорённость с распределением задач.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намерения и прогноз: говорение и произношение — 1 ч / Тематическая лексика и речевой этикет: Планы, намерения и прогноз: лексика и формулы общения — 1 ч / Грамматика в коммуникации: Планы, намерения и прогноз: грамматические средства — 1 ч / Аудирование и смысловое чтение: Планы, намерения и прогноз: понимание устного и письменного текста — 1 ч / Письменная речь, межкультурная практика и проект: Планы, намерения и прогноз: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план и договариваться; различать намерение и спонтанное решение; будущие события, каникулы, подготовка, обязанности, предположение и вероятность; be going to; will for prediction/decision; Present Continuous for arrangements по модели; понимание разговора о планах и календаря событий; чтение приглашения и прогноза; план вымышленного события, приглашение и устная договорённость с распределением задач.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намерения и прогноз: говорение и произношение — 1 ч / Тематическая лексика и речевой этикет: Планы, намерения и прогноз: лексика и формулы общения — 1 ч / Грамматика в коммуникации: Планы, намерения и прогноз: грамматические средства — 1 ч / Аудирование и смысловое чтение: Планы, намерения и прогноз: понимание устного и письменного текста — 1 ч / Письменная речь, межкультурная практика и проект: Планы, намерения и прогноз: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план и договариваться; различать намерение и спонтанное решение; будущие события, каникулы, подготовка, обязанности, предположение и вероятность; be going to; will for prediction/decision; Present Continuous for arrangements по модели; понимание разговора о планах и календаря событий; чтение приглашения и прогноза; план вымышленного события, приглашение и устная договорённость с распределением задач.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намерения и прогноз: говорение и произношение — 1 ч / Тематическая лексика и речевой этикет: Планы, намерения и прогноз: лексика и формулы общения — 1 ч / Грамматика в коммуникации: Планы, намерения и прогноз: грамматические средства — 1 ч / Аудирование и смысловое чтение: Планы, намерения и прогноз: понимание устного и письменного текста — 1 ч / Письменная речь, межкультурная практика и проект: Планы, намерения и прогноз: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план и договариваться; различать намерение и спонтанное решение; будущие события, каникулы, подготовка, обязанности, предположение и вероятность; be going to; will for prediction/decision; Present Continuous for arrangements по модели; понимание разговора о планах и календаря событий; чтение приглашения и прогноза; план вымышленного события, приглашение и устная договорённость с распределением задач.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Технологии, сообщения и цифровая вежливость: говорение и произношение — 1 ч / Тематическая лексика и речевой этикет: Технологии, сообщения и цифровая вежливость: лексика и формулы общения — 1 ч / Грамматика в коммуникации: Технологии, сообщения и цифровая вежливость: грамматические средства — 1 ч / Аудирование и смысловое чтение: Технологии, сообщения и цифровая вежливость: понимание устного и письменного текста — 1 ч / Письменная речь, межкультурная практика и проект: Технологии, сообщения и цифровая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назначение устройства и правила безопасного общения; ударение в заимствованной лексике; устройства, приложения, сообщение, источник, пароль, приватность и цифровой след; can/could; imperatives; relative clause with that/which по модели; повторение времён; понимание инструкции и подкастового фрагмента; чтение интерфейсного текста и памятки; электронное сообщение по учебной ситуации и памятка цифровой безопасности без публикации личных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Технологии, сообщения и цифровая вежливость: говорение и произношение — 1 ч / Тематическая лексика и речевой этикет: Технологии, сообщения и цифровая вежливость: лексика и формулы общения — 1 ч / Грамматика в коммуникации: Технологии, сообщения и цифровая вежливость: грамматические средства — 1 ч / Аудирование и смысловое чтение: Технологии, сообщения и цифровая вежливость: понимание устного и письменного текста — 1 ч / Письменная речь, межкультурная практика и проект: Технологии, сообщения и цифровая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назначение устройства и правила безопасного общения; ударение в заимствованной лексике; устройства, приложения, сообщение, источник, пароль, приватность и цифровой след; can/could; imperatives; relative clause with that/which по модели; повторение времён; понимание инструкции и подкастового фрагмента; чтение интерфейсного текста и памятки; электронное сообщение по учебной ситуации и памятка цифровой безопасности без публикации личных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Технологии, сообщения и цифровая вежливость: говорение и произношение — 1 ч / Тематическая лексика и речевой этикет: Технологии, сообщения и цифровая вежливость: лексика и формулы общения — 1 ч / Грамматика в коммуникации: Технологии, сообщения и цифровая вежливость: грамматические средства — 1 ч / Аудирование и смысловое чтение: Технологии, сообщения и цифровая вежливость: понимание устного и письменного текста — 1 ч / Письменная речь, межкультурная практика и проект: Технологии, сообщения и цифровая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назначение устройства и правила безопасного общения; ударение в заимствованной лексике; устройства, приложения, сообщение, источник, пароль, приватность и цифровой след; can/could; imperatives; relative clause with that/which по модели; повторение времён; понимание инструкции и подкастового фрагмента; чтение интерфейсного текста и памятки; электронное сообщение по учебной ситуации и памятка цифровой безопасности без публикации личных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Технологии, сообщения и цифровая вежливость: говорение и произношение — 1 ч / Тематическая лексика и речевой этикет: Технологии, сообщения и цифровая вежливость: лексика и формулы общения — 1 ч / Грамматика в коммуникации: Технологии, сообщения и цифровая вежливость: грамматические средства — 1 ч / Аудирование и смысловое чтение: Технологии, сообщения и цифровая вежливость: понимание устного и письменного текста — 1 ч / Письменная речь, межкультурная практика и проект: Технологии, сообщения и цифровая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назначение устройства и правила безопасного общения; ударение в заимствованной лексике; устройства, приложения, сообщение, источник, пароль, приватность и цифровой след; can/could; imperatives; relative clause with that/which по модели; повторение времён; понимание инструкции и подкастового фрагмента; чтение интерфейсного текста и памятки; электронное сообщение по учебной ситуации и памятка цифровой безопасности без публикации личных данных.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итоговый межкультурный проект: говорение и произношение — 1 ч / Тематическая лексика и речевой этикет: Путешествие и итоговый межкультурный проект: лексика и формулы общения — 1 ч / Грамматика в коммуникации: Путешествие и итоговый межкультурный проект: грамматические средства — 1 ч / Аудирование и смысловое чтение: Путешествие и итоговый межкультурный проект: понимание устного и письменного текста — 1 ч / Письменная речь, межкультурная практика и проект: Путешествие и итоговый межкультурный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место, сравнить культурные практики без стереотипов и ответить на вопросы; география, транспорт, досуг, праздники, нормы вежливости и достопримечательности; систематизация изученных времён, сравнений, модальных конструкций и вопросов; понимание путеводителя, интервью и объявления; чтение текстов разных форматов; итоговый проект «Two places, two stories»: письменный путеводитель, устная презентация и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итоговый межкультурный проект: говорение и произношение — 1 ч / Тематическая лексика и речевой этикет: Путешествие и итоговый межкультурный проект: лексика и формулы общения — 1 ч / Грамматика в коммуникации: Путешествие и итоговый межкультурный проект: грамматические средства — 1 ч / Аудирование и смысловое чтение: Путешествие и итоговый межкультурный проект: понимание устного и письменного текста — 1 ч / Письменная речь, межкультурная практика и проект: Путешествие и итоговый межкультурный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место, сравнить культурные практики без стереотипов и ответить на вопросы; география, транспорт, досуг, праздники, нормы вежливости и достопримечательности; систематизация изученных времён, сравнений, модальных конструкций и вопросов; понимание путеводителя, интервью и объявления; чтение текстов разных форматов; итоговый проект «Two places, two stories»: письменный путеводитель, устная презентация и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итоговый межкультурный проект: говорение и произношение — 1 ч / Тематическая лексика и речевой этикет: Путешествие и итоговый межкультурный проект: лексика и формулы общения — 1 ч / Грамматика в коммуникации: Путешествие и итоговый межкультурный проект: грамматические средства — 1 ч / Аудирование и смысловое чтение: Путешествие и итоговый межкультурный проект: понимание устного и письменного текста — 1 ч / Письменная речь, межкультурная практика и проект: Путешествие и итоговый межкультурный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место, сравнить культурные практики без стереотипов и ответить на вопросы; география, транспорт, досуг, праздники, нормы вежливости и достопримечательности; систематизация изученных времён, сравнений, модальных конструкций и вопросов; понимание путеводителя, интервью и объявления; чтение текстов разных форматов; итоговый проект «Two places, two stories»: письменный путеводитель, устная презентация и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итоговый межкультурный проект: говорение и произношение — 1 ч / Тематическая лексика и речевой этикет: Путешествие и итоговый межкультурный проект: лексика и формулы общения — 1 ч / Грамматика в коммуникации: Путешествие и итоговый межкультурный проект: грамматические средства — 1 ч / Аудирование и смысловое чтение: Путешествие и итоговый межкультурный проект: понимание устного и письменного текста — 1 ч / Письменная речь, межкультурная практика и проект: Путешествие и итоговый межкультурный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место, сравнить культурные практики без стереотипов и ответить на вопросы; география, транспорт, досуг, праздники, нормы вежливости и достопримечательности; систематизация изученных времён, сравнений, модальных конструкций и вопросов; понимание путеводителя, интервью и объявления; чтение текстов разных форматов; итоговый проект «Two places, two stories»: письменный путеводитель, устная презентация и диалог.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10.5. Модуль 5: 11–12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увлечения и коммуникация: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вести диалог о дружбе и интересах, выражать согласие и несогласие уважительно; работать над связностью речи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выбор стратегии и обратная связь: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описать учебную цель, запросить помощь и дать конкретную обратную связь без оценивания личности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География, путешествия и описание места: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описать маршрут, местность и впечатление; использовать уточнение и перефразирование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здоровье и ответственная информация: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выбор и бытовое самочувствие, отличая факт, предпочтение и общую рекомендацию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Опыт, достижения и события: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сообщить об опыте и уточнить время события; различать завершённое событие и жизненный опыт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экология и правила действия: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объяснить проблему и предложить реалистичное действие; интонация аргумента и предложения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медиа и достоверность: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пересказать событие, выразить отношение и задать вопрос к источнику; работать над логическим ударением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 и итоговая коммуникативная презентация: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представить культурное явление родной страны и англоязычного мира без стереотипов, ответить на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увлечения и коммуникация: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характер, отношения, досуг, клубы, эмоции и формулы поддержки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выбор стратегии и обратная связь: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предметы, навыки, стратегия, критерий, результат, ошибка, прогресс и проект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География, путешествия и описание места: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страны, ландшафт, климат, транспорт, размещение, ориентиры и культурные объекты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здоровье и ответственная информация: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питание, режим, активность, симптом, помощь, состав продукта и источник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Опыт, достижения и события: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поездки, события, достижения, творчество, соревнование и добровольная деятельность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экология и правила действия: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экосистема, отходы, ресурс, загрязнение, защита природы и ответственное потребление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медиа и достоверность: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сюжет, персонаж, новость, факт, мнение, автор, источник и доказательство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 и итоговая коммуникативная презентация: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традиции, литература, музыка, музей, праздник, этикет и культурное наследие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увлечения и коммуникация: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Simple/Continuous; stative verbs на ознакомительном уровне; relative pronouns who/which/that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выбор стратегии и обратная связь: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gerund after like/enjoy; infinitive of purpose; have to/should; вопросы разных типов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География, путешествия и описание места: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comparatives/superlatives; articles with geographical names на практическом уровне; past/present forms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здоровье и ответственная информация: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countable/uncountable; quantifiers; should/must/have to; first conditional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Опыт, достижения и события: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Perfect: ever/never/just/already/yet; сопоставление с Past Simple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экология и правила действия: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must/mustn't; should; first conditional; passive forms в отдельных устойчивых примерах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медиа и достоверность: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Past Simple/Continuous; linking words; relative clauses; косвенная передача короткого сообщения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 и итоговая коммуникативная презентация: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времён, модальных глаголов, сравнений, относительных предложений и связок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увлечения и коммуникация: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сообщения; чтение рассказа о дружбе с определением позиции героя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выбор стратегии и обратная связь: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объяснения и учебной инструкции; чтение статьи о способах обучения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География, путешествия и описание места: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объявления и рассказа путешественника; чтение карты, отзыва и статьи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здоровье и ответственная информация: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инфографики; чтение популярного текста с оценкой источника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Опыт, достижения и события: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личной истории; чтение профиля и хронологии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экология и правила действия: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сообщения и экологической инструкции; чтение статьи и статистической подписи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медиа и достоверность: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истории и новостной заметки; чтение двух коротких источников и поиск различий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 и итоговая коммуникативная презентация: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интервью, экскурсионного сообщения и статьи; чтение несплошных текстов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увлечения и коммуникация: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личное или вымышленное сообщение, правила поддерживающей коммуникации и парная дискуссия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Учёба, выбор стратегии и обратная связь: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 учебного мини-проекта, письменная рефлексия и обсуждение эффективной стратегии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География, путешествия и описание места: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маршрут с обоснованием, отзыв о вымышленной поездке и презентация места с проверкой фактов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Еда, здоровье и ответственная информация: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памятка без медицинских назначений, диалог обращения к взрослому и объяснение выбора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Опыт, достижения и события: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история достижения вымышленного героя, письменное интервью и устное сообщение по временной линии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экология и правила действия: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кампания малого действия, аргументированное сообщение и проектный плакат без недоказанных утверждений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медиа и достоверность: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связный рассказ, карточка проверки сообщения и групповое обсуждение без распространения персональных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 и итоговая коммуникативная презентация: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«Culture through stories»: письменный материал, устная защита, диалог и самооценка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Отношения, увлечения и коммуникация: говорение и произношение — 1 ч / Тематическая лексика и речевой этикет: Отношения, увлечения и коммуникация: лексика и формулы общения — 1 ч / Грамматика в коммуникации: Отношения, увлечения и коммуникация: грамматические средства — 1 ч / Аудирование и смысловое чтение: Отношения, увлечения и коммуникация: понимание устного и письменного текста — 1 ч / Письменная речь, межкультурная практика и проект: Отношения, увлечения и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 о дружбе и интересах, выражать согласие и несогласие уважительно; работать над связностью речи; характер, отношения, досуг, клубы, эмоции и формулы поддержки; Present Simple/Continuous; stative verbs на ознакомительном уровне; relative pronouns who/which/that; понимание интервью и сообщения; чтение рассказа о дружбе с определением позиции героя; личное или вымышленное сообщение, правила поддерживающей коммуникации и парная дискуссия.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Отношения, увлечения и коммуникация: говорение и произношение — 1 ч / Тематическая лексика и речевой этикет: Отношения, увлечения и коммуникация: лексика и формулы общения — 1 ч / Грамматика в коммуникации: Отношения, увлечения и коммуникация: грамматические средства — 1 ч / Аудирование и смысловое чтение: Отношения, увлечения и коммуникация: понимание устного и письменного текста — 1 ч / Письменная речь, межкультурная практика и проект: Отношения, увлечения и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 о дружбе и интересах, выражать согласие и несогласие уважительно; работать над связностью речи; характер, отношения, досуг, клубы, эмоции и формулы поддержки; Present Simple/Continuous; stative verbs на ознакомительном уровне; relative pronouns who/which/that; понимание интервью и сообщения; чтение рассказа о дружбе с определением позиции героя; личное или вымышленное сообщение, правила поддерживающей коммуникации и парная дискуссия.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Отношения, увлечения и коммуникация: говорение и произношение — 1 ч / Тематическая лексика и речевой этикет: Отношения, увлечения и коммуникация: лексика и формулы общения — 1 ч / Грамматика в коммуникации: Отношения, увлечения и коммуникация: грамматические средства — 1 ч / Аудирование и смысловое чтение: Отношения, увлечения и коммуникация: понимание устного и письменного текста — 1 ч / Письменная речь, межкультурная практика и проект: Отношения, увлечения и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 о дружбе и интересах, выражать согласие и несогласие уважительно; работать над связностью речи; характер, отношения, досуг, клубы, эмоции и формулы поддержки; Present Simple/Continuous; stative verbs на ознакомительном уровне; relative pronouns who/which/that; понимание интервью и сообщения; чтение рассказа о дружбе с определением позиции героя; личное или вымышленное сообщение, правила поддерживающей коммуникации и парная дискуссия.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Отношения, увлечения и коммуникация: говорение и произношение — 1 ч / Тематическая лексика и речевой этикет: Отношения, увлечения и коммуникация: лексика и формулы общения — 1 ч / Грамматика в коммуникации: Отношения, увлечения и коммуникация: грамматические средства — 1 ч / Аудирование и смысловое чтение: Отношения, увлечения и коммуникация: понимание устного и письменного текста — 1 ч / Письменная речь, межкультурная практика и проект: Отношения, увлечения и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диалог о дружбе и интересах, выражать согласие и несогласие уважительно; работать над связностью речи; характер, отношения, досуг, клубы, эмоции и формулы поддержки; Present Simple/Continuous; stative verbs на ознакомительном уровне; relative pronouns who/which/that; понимание интервью и сообщения; чтение рассказа о дружбе с определением позиции героя; личное или вымышленное сообщение, правила поддерживающей коммуникации и парная дискуссия.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выбор стратегии и обратная связь: говорение и произношение — 1 ч / Тематическая лексика и речевой этикет: Учёба, выбор стратегии и обратная связь: лексика и формулы общения — 1 ч / Грамматика в коммуникации: Учёба, выбор стратегии и обратная связь: грамматические средства — 1 ч / Аудирование и смысловое чтение: Учёба, выбор стратегии и обратная связь: понимание устного и письменного текста — 1 ч / Письменная речь, межкультурная практика и проект: Учёба, выбор стратегии и обратная связь: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учебную цель, запросить помощь и дать конкретную обратную связь без оценивания личности; предметы, навыки, стратегия, критерий, результат, ошибка, прогресс и проект; gerund after like/enjoy; infinitive of purpose; have to/should; вопросы разных типов; понимание объяснения и учебной инструкции; чтение статьи о способах обучения; план учебного мини-проекта, письменная рефлексия и обсуждение эффективной стратегии.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выбор стратегии и обратная связь: говорение и произношение — 1 ч / Тематическая лексика и речевой этикет: Учёба, выбор стратегии и обратная связь: лексика и формулы общения — 1 ч / Грамматика в коммуникации: Учёба, выбор стратегии и обратная связь: грамматические средства — 1 ч / Аудирование и смысловое чтение: Учёба, выбор стратегии и обратная связь: понимание устного и письменного текста — 1 ч / Письменная речь, межкультурная практика и проект: Учёба, выбор стратегии и обратная связь: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учебную цель, запросить помощь и дать конкретную обратную связь без оценивания личности; предметы, навыки, стратегия, критерий, результат, ошибка, прогресс и проект; gerund after like/enjoy; infinitive of purpose; have to/should; вопросы разных типов; понимание объяснения и учебной инструкции; чтение статьи о способах обучения; план учебного мини-проекта, письменная рефлексия и обсуждение эффективной стратегии.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выбор стратегии и обратная связь: говорение и произношение — 1 ч / Тематическая лексика и речевой этикет: Учёба, выбор стратегии и обратная связь: лексика и формулы общения — 1 ч / Грамматика в коммуникации: Учёба, выбор стратегии и обратная связь: грамматические средства — 1 ч / Аудирование и смысловое чтение: Учёба, выбор стратегии и обратная связь: понимание устного и письменного текста — 1 ч / Письменная речь, межкультурная практика и проект: Учёба, выбор стратегии и обратная связь: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учебную цель, запросить помощь и дать конкретную обратную связь без оценивания личности; предметы, навыки, стратегия, критерий, результат, ошибка, прогресс и проект; gerund after like/enjoy; infinitive of purpose; have to/should; вопросы разных типов; понимание объяснения и учебной инструкции; чтение статьи о способах обучения; план учебного мини-проекта, письменная рефлексия и обсуждение эффективной стратегии.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Учёба, выбор стратегии и обратная связь: говорение и произношение — 1 ч / Тематическая лексика и речевой этикет: Учёба, выбор стратегии и обратная связь: лексика и формулы общения — 1 ч / Грамматика в коммуникации: Учёба, выбор стратегии и обратная связь: грамматические средства — 1 ч / Аудирование и смысловое чтение: Учёба, выбор стратегии и обратная связь: понимание устного и письменного текста — 1 ч / Письменная речь, межкультурная практика и проект: Учёба, выбор стратегии и обратная связь: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учебную цель, запросить помощь и дать конкретную обратную связь без оценивания личности; предметы, навыки, стратегия, критерий, результат, ошибка, прогресс и проект; gerund after like/enjoy; infinitive of purpose; have to/should; вопросы разных типов; понимание объяснения и учебной инструкции; чтение статьи о способах обучения; план учебного мини-проекта, письменная рефлексия и обсуждение эффективной стратегии.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География, путешествия и описание места: говорение и произношение — 1 ч / Тематическая лексика и речевой этикет: География, путешествия и описание места: лексика и формулы общения — 1 ч / Грамматика в коммуникации: География, путешествия и описание места: грамматические средства — 1 ч / Аудирование и смысловое чтение: География, путешествия и описание места: понимание устного и письменного текста — 1 ч / Письменная речь, межкультурная практика и проект: География, путешествия и описание места: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маршрут, местность и впечатление; использовать уточнение и перефразирование; страны, ландшафт, климат, транспорт, размещение, ориентиры и культурные объекты; comparatives/superlatives; articles with geographical names на практическом уровне; past/present forms; понимание объявления и рассказа путешественника; чтение карты, отзыва и статьи; маршрут с обоснованием, отзыв о вымышленной поездке и презентация места с проверкой фактов.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География, путешествия и описание места: говорение и произношение — 1 ч / Тематическая лексика и речевой этикет: География, путешествия и описание места: лексика и формулы общения — 1 ч / Грамматика в коммуникации: География, путешествия и описание места: грамматические средства — 1 ч / Аудирование и смысловое чтение: География, путешествия и описание места: понимание устного и письменного текста — 1 ч / Письменная речь, межкультурная практика и проект: География, путешествия и описание места: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маршрут, местность и впечатление; использовать уточнение и перефразирование; страны, ландшафт, климат, транспорт, размещение, ориентиры и культурные объекты; comparatives/superlatives; articles with geographical names на практическом уровне; past/present forms; понимание объявления и рассказа путешественника; чтение карты, отзыва и статьи; маршрут с обоснованием, отзыв о вымышленной поездке и презентация места с проверкой фактов.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География, путешествия и описание места: говорение и произношение — 1 ч / Тематическая лексика и речевой этикет: География, путешествия и описание места: лексика и формулы общения — 1 ч / Грамматика в коммуникации: География, путешествия и описание места: грамматические средства — 1 ч / Аудирование и смысловое чтение: География, путешествия и описание места: понимание устного и письменного текста — 1 ч / Письменная речь, межкультурная практика и проект: География, путешествия и описание места: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маршрут, местность и впечатление; использовать уточнение и перефразирование; страны, ландшафт, климат, транспорт, размещение, ориентиры и культурные объекты; comparatives/superlatives; articles with geographical names на практическом уровне; past/present forms; понимание объявления и рассказа путешественника; чтение карты, отзыва и статьи; маршрут с обоснованием, отзыв о вымышленной поездке и презентация места с проверкой фактов.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География, путешествия и описание места: говорение и произношение — 1 ч / Тематическая лексика и речевой этикет: География, путешествия и описание места: лексика и формулы общения — 1 ч / Грамматика в коммуникации: География, путешествия и описание места: грамматические средства — 1 ч / Аудирование и смысловое чтение: География, путешествия и описание места: понимание устного и письменного текста — 1 ч / Письменная речь, межкультурная практика и проект: География, путешествия и описание места: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описать маршрут, местность и впечатление; использовать уточнение и перефразирование; страны, ландшафт, климат, транспорт, размещение, ориентиры и культурные объекты; comparatives/superlatives; articles with geographical names на практическом уровне; past/present forms; понимание объявления и рассказа путешественника; чтение карты, отзыва и статьи; маршрут с обоснованием, отзыв о вымышленной поездке и презентация места с проверкой фактов.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здоровье и ответственная информация: говорение и произношение — 1 ч / Тематическая лексика и речевой этикет: Еда, здоровье и ответственная информация: лексика и формулы общения — 1 ч / Грамматика в коммуникации: Еда, здоровье и ответственная информация: грамматические средства — 1 ч / Аудирование и смысловое чтение: Еда, здоровье и ответственная информация: понимание устного и письменного текста — 1 ч / Письменная речь, межкультурная практика и проект: Еда, здоровье и ответственная информация: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выбор и бытовое самочувствие, отличая факт, предпочтение и общую рекомендацию; питание, режим, активность, симптом, помощь, состав продукта и источник информации; countable/uncountable; quantifiers; should/must/have to; first conditional; понимание интервью и инфографики; чтение популярного текста с оценкой источника; информационная памятка без медицинских назначений, диалог обращения к взрослому и объяснение выбора.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здоровье и ответственная информация: говорение и произношение — 1 ч / Тематическая лексика и речевой этикет: Еда, здоровье и ответственная информация: лексика и формулы общения — 1 ч / Грамматика в коммуникации: Еда, здоровье и ответственная информация: грамматические средства — 1 ч / Аудирование и смысловое чтение: Еда, здоровье и ответственная информация: понимание устного и письменного текста — 1 ч / Письменная речь, межкультурная практика и проект: Еда, здоровье и ответственная информация: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выбор и бытовое самочувствие, отличая факт, предпочтение и общую рекомендацию; питание, режим, активность, симптом, помощь, состав продукта и источник информации; countable/uncountable; quantifiers; should/must/have to; first conditional; понимание интервью и инфографики; чтение популярного текста с оценкой источника; информационная памятка без медицинских назначений, диалог обращения к взрослому и объяснение выбора.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здоровье и ответственная информация: говорение и произношение — 1 ч / Тематическая лексика и речевой этикет: Еда, здоровье и ответственная информация: лексика и формулы общения — 1 ч / Грамматика в коммуникации: Еда, здоровье и ответственная информация: грамматические средства — 1 ч / Аудирование и смысловое чтение: Еда, здоровье и ответственная информация: понимание устного и письменного текста — 1 ч / Письменная речь, межкультурная практика и проект: Еда, здоровье и ответственная информация: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выбор и бытовое самочувствие, отличая факт, предпочтение и общую рекомендацию; питание, режим, активность, симптом, помощь, состав продукта и источник информации; countable/uncountable; quantifiers; should/must/have to; first conditional; понимание интервью и инфографики; чтение популярного текста с оценкой источника; информационная памятка без медицинских назначений, диалог обращения к взрослому и объяснение выбора.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Еда, здоровье и ответственная информация: говорение и произношение — 1 ч / Тематическая лексика и речевой этикет: Еда, здоровье и ответственная информация: лексика и формулы общения — 1 ч / Грамматика в коммуникации: Еда, здоровье и ответственная информация: грамматические средства — 1 ч / Аудирование и смысловое чтение: Еда, здоровье и ответственная информация: понимание устного и письменного текста — 1 ч / Письменная речь, межкультурная практика и проект: Еда, здоровье и ответственная информация: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выбор и бытовое самочувствие, отличая факт, предпочтение и общую рекомендацию; питание, режим, активность, симптом, помощь, состав продукта и источник информации; countable/uncountable; quantifiers; should/must/have to; first conditional; понимание интервью и инфографики; чтение популярного текста с оценкой источника; информационная памятка без медицинских назначений, диалог обращения к взрослому и объяснение выбора.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Опыт, достижения и события: говорение и произношение — 1 ч / Тематическая лексика и речевой этикет: Опыт, достижения и события: лексика и формулы общения — 1 ч / Грамматика в коммуникации: Опыт, достижения и события: грамматические средства — 1 ч / Аудирование и смысловое чтение: Опыт, достижения и события: понимание устного и письменного текста — 1 ч / Письменная речь, межкультурная практика и проект: Опыт, достижения и события: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сообщить об опыте и уточнить время события; различать завершённое событие и жизненный опыт; поездки, события, достижения, творчество, соревнование и добровольная деятельность; Present Perfect: ever/never/just/already/yet; сопоставление с Past Simple; понимание интервью и личной истории; чтение профиля и хронологии; история достижения вымышленного героя, письменное интервью и устное сообщение по временной линии.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Опыт, достижения и события: говорение и произношение — 1 ч / Тематическая лексика и речевой этикет: Опыт, достижения и события: лексика и формулы общения — 1 ч / Грамматика в коммуникации: Опыт, достижения и события: грамматические средства — 1 ч / Аудирование и смысловое чтение: Опыт, достижения и события: понимание устного и письменного текста — 1 ч / Письменная речь, межкультурная практика и проект: Опыт, достижения и события: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сообщить об опыте и уточнить время события; различать завершённое событие и жизненный опыт; поездки, события, достижения, творчество, соревнование и добровольная деятельность; Present Perfect: ever/never/just/already/yet; сопоставление с Past Simple; понимание интервью и личной истории; чтение профиля и хронологии; история достижения вымышленного героя, письменное интервью и устное сообщение по временной линии.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Опыт, достижения и события: говорение и произношение — 1 ч / Тематическая лексика и речевой этикет: Опыт, достижения и события: лексика и формулы общения — 1 ч / Грамматика в коммуникации: Опыт, достижения и события: грамматические средства — 1 ч / Аудирование и смысловое чтение: Опыт, достижения и события: понимание устного и письменного текста — 1 ч / Письменная речь, межкультурная практика и проект: Опыт, достижения и события: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сообщить об опыте и уточнить время события; различать завершённое событие и жизненный опыт; поездки, события, достижения, творчество, соревнование и добровольная деятельность; Present Perfect: ever/never/just/already/yet; сопоставление с Past Simple; понимание интервью и личной истории; чтение профиля и хронологии; история достижения вымышленного героя, письменное интервью и устное сообщение по временной линии.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Опыт, достижения и события: говорение и произношение — 1 ч / Тематическая лексика и речевой этикет: Опыт, достижения и события: лексика и формулы общения — 1 ч / Грамматика в коммуникации: Опыт, достижения и события: грамматические средства — 1 ч / Аудирование и смысловое чтение: Опыт, достижения и события: понимание устного и письменного текста — 1 ч / Письменная речь, межкультурная практика и проект: Опыт, достижения и события: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сообщить об опыте и уточнить время события; различать завершённое событие и жизненный опыт; поездки, события, достижения, творчество, соревнование и добровольная деятельность; Present Perfect: ever/never/just/already/yet; сопоставление с Past Simple; понимание интервью и личной истории; чтение профиля и хронологии; история достижения вымышленного героя, письменное интервью и устное сообщение по временной линии.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экология и правила действия: говорение и произношение — 1 ч / Тематическая лексика и речевой этикет: Природа, экология и правила действия: лексика и формулы общения — 1 ч / Грамматика в коммуникации: Природа, экология и правила действия: грамматические средства — 1 ч / Аудирование и смысловое чтение: Природа, экология и правила действия: понимание устного и письменного текста — 1 ч / Письменная речь, межкультурная практика и проект: Природа, экология и правила действия: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проблему и предложить реалистичное действие; интонация аргумента и предложения; экосистема, отходы, ресурс, загрязнение, защита природы и ответственное потребление; must/mustn't; should; first conditional; passive forms в отдельных устойчивых примерах; понимание сообщения и экологической инструкции; чтение статьи и статистической подписи; кампания малого действия, аргументированное сообщение и проектный плакат без недоказанных утверждений.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экология и правила действия: говорение и произношение — 1 ч / Тематическая лексика и речевой этикет: Природа, экология и правила действия: лексика и формулы общения — 1 ч / Грамматика в коммуникации: Природа, экология и правила действия: грамматические средства — 1 ч / Аудирование и смысловое чтение: Природа, экология и правила действия: понимание устного и письменного текста — 1 ч / Письменная речь, межкультурная практика и проект: Природа, экология и правила действия: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проблему и предложить реалистичное действие; интонация аргумента и предложения; экосистема, отходы, ресурс, загрязнение, защита природы и ответственное потребление; must/mustn't; should; first conditional; passive forms в отдельных устойчивых примерах; понимание сообщения и экологической инструкции; чтение статьи и статистической подписи; кампания малого действия, аргументированное сообщение и проектный плакат без недоказанных утверждений.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экология и правила действия: говорение и произношение — 1 ч / Тематическая лексика и речевой этикет: Природа, экология и правила действия: лексика и формулы общения — 1 ч / Грамматика в коммуникации: Природа, экология и правила действия: грамматические средства — 1 ч / Аудирование и смысловое чтение: Природа, экология и правила действия: понимание устного и письменного текста — 1 ч / Письменная речь, межкультурная практика и проект: Природа, экология и правила действия: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проблему и предложить реалистичное действие; интонация аргумента и предложения; экосистема, отходы, ресурс, загрязнение, защита природы и ответственное потребление; must/mustn't; should; first conditional; passive forms в отдельных устойчивых примерах; понимание сообщения и экологической инструкции; чтение статьи и статистической подписи; кампания малого действия, аргументированное сообщение и проектный плакат без недоказанных утверждений.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экология и правила действия: говорение и произношение — 1 ч / Тематическая лексика и речевой этикет: Природа, экология и правила действия: лексика и формулы общения — 1 ч / Грамматика в коммуникации: Природа, экология и правила действия: грамматические средства — 1 ч / Аудирование и смысловое чтение: Природа, экология и правила действия: понимание устного и письменного текста — 1 ч / Письменная речь, межкультурная практика и проект: Природа, экология и правила действия: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объяснить проблему и предложить реалистичное действие; интонация аргумента и предложения; экосистема, отходы, ресурс, загрязнение, защита природы и ответственное потребление; must/mustn't; should; first conditional; passive forms в отдельных устойчивых примерах; понимание сообщения и экологической инструкции; чтение статьи и статистической подписи; кампания малого действия, аргументированное сообщение и проектный плакат без недоказанных утверждений.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медиа и достоверность: говорение и произношение — 1 ч / Тематическая лексика и речевой этикет: Истории, медиа и достоверность: лексика и формулы общения — 1 ч / Грамматика в коммуникации: Истории, медиа и достоверность: грамматические средства — 1 ч / Аудирование и смысловое чтение: Истории, медиа и достоверность: понимание устного и письменного текста — 1 ч / Письменная речь, межкультурная практика и проект: Истории, медиа и достоверность: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пересказать событие, выразить отношение и задать вопрос к источнику; работать над логическим ударением; сюжет, персонаж, новость, факт, мнение, автор, источник и доказательство; Past Simple/Continuous; linking words; relative clauses; косвенная передача короткого сообщения по модели; понимание истории и новостной заметки; чтение двух коротких источников и поиск различий; связный рассказ, карточка проверки сообщения и групповое обсуждение без распространения персональных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медиа и достоверность: говорение и произношение — 1 ч / Тематическая лексика и речевой этикет: Истории, медиа и достоверность: лексика и формулы общения — 1 ч / Грамматика в коммуникации: Истории, медиа и достоверность: грамматические средства — 1 ч / Аудирование и смысловое чтение: Истории, медиа и достоверность: понимание устного и письменного текста — 1 ч / Письменная речь, межкультурная практика и проект: Истории, медиа и достоверность: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пересказать событие, выразить отношение и задать вопрос к источнику; работать над логическим ударением; сюжет, персонаж, новость, факт, мнение, автор, источник и доказательство; Past Simple/Continuous; linking words; relative clauses; косвенная передача короткого сообщения по модели; понимание истории и новостной заметки; чтение двух коротких источников и поиск различий; связный рассказ, карточка проверки сообщения и групповое обсуждение без распространения персональных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медиа и достоверность: говорение и произношение — 1 ч / Тематическая лексика и речевой этикет: Истории, медиа и достоверность: лексика и формулы общения — 1 ч / Грамматика в коммуникации: Истории, медиа и достоверность: грамматические средства — 1 ч / Аудирование и смысловое чтение: Истории, медиа и достоверность: понимание устного и письменного текста — 1 ч / Письменная речь, межкультурная практика и проект: Истории, медиа и достоверность: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пересказать событие, выразить отношение и задать вопрос к источнику; работать над логическим ударением; сюжет, персонаж, новость, факт, мнение, автор, источник и доказательство; Past Simple/Continuous; linking words; relative clauses; косвенная передача короткого сообщения по модели; понимание истории и новостной заметки; чтение двух коротких источников и поиск различий; связный рассказ, карточка проверки сообщения и групповое обсуждение без распространения персональных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медиа и достоверность: говорение и произношение — 1 ч / Тематическая лексика и речевой этикет: Истории, медиа и достоверность: лексика и формулы общения — 1 ч / Грамматика в коммуникации: Истории, медиа и достоверность: грамматические средства — 1 ч / Аудирование и смысловое чтение: Истории, медиа и достоверность: понимание устного и письменного текста — 1 ч / Письменная речь, межкультурная практика и проект: Истории, медиа и достоверность: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пересказать событие, выразить отношение и задать вопрос к источнику; работать над логическим ударением; сюжет, персонаж, новость, факт, мнение, автор, источник и доказательство; Past Simple/Continuous; linking words; relative clauses; косвенная передача короткого сообщения по модели; понимание истории и новостной заметки; чтение двух коротких источников и поиск различий; связный рассказ, карточка проверки сообщения и групповое обсуждение без распространения персональных данных.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 и итоговая коммуникативная презентация: говорение и произношение — 1 ч / Тематическая лексика и речевой этикет: Культура и итоговая коммуникативная презентация: лексика и формулы общения — 1 ч / Грамматика в коммуникации: Культура и итоговая коммуникативная презентация: грамматические средства — 1 ч / Аудирование и смысловое чтение: Культура и итоговая коммуникативная презентация: понимание устного и письменного текста — 1 ч / Письменная речь, межкультурная практика и проект: Культура и итоговая коммуникативная презентация: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культурное явление родной страны и англоязычного мира без стереотипов, ответить на вопросы; традиции, литература, музыка, музей, праздник, этикет и культурное наследие; систематизация времён, модальных глаголов, сравнений, относительных предложений и связок; понимание интервью, экскурсионного сообщения и статьи; чтение несплошных текстов; итоговый проект «Culture through stories»: письменный материал, устная защита, диалог и самооценка.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 и итоговая коммуникативная презентация: говорение и произношение — 1 ч / Тематическая лексика и речевой этикет: Культура и итоговая коммуникативная презентация: лексика и формулы общения — 1 ч / Грамматика в коммуникации: Культура и итоговая коммуникативная презентация: грамматические средства — 1 ч / Аудирование и смысловое чтение: Культура и итоговая коммуникативная презентация: понимание устного и письменного текста — 1 ч / Письменная речь, межкультурная практика и проект: Культура и итоговая коммуникативная презентация: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культурное явление родной страны и англоязычного мира без стереотипов, ответить на вопросы; традиции, литература, музыка, музей, праздник, этикет и культурное наследие; систематизация времён, модальных глаголов, сравнений, относительных предложений и связок; понимание интервью, экскурсионного сообщения и статьи; чтение несплошных текстов; итоговый проект «Culture through stories»: письменный материал, устная защита, диалог и самооценка.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 и итоговая коммуникативная презентация: говорение и произношение — 1 ч / Тематическая лексика и речевой этикет: Культура и итоговая коммуникативная презентация: лексика и формулы общения — 1 ч / Грамматика в коммуникации: Культура и итоговая коммуникативная презентация: грамматические средства — 1 ч / Аудирование и смысловое чтение: Культура и итоговая коммуникативная презентация: понимание устного и письменного текста — 1 ч / Письменная речь, межкультурная практика и проект: Культура и итоговая коммуникативная презентация: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культурное явление родной страны и англоязычного мира без стереотипов, ответить на вопросы; традиции, литература, музыка, музей, праздник, этикет и культурное наследие; систематизация времён, модальных глаголов, сравнений, относительных предложений и связок; понимание интервью, экскурсионного сообщения и статьи; чтение несплошных текстов; итоговый проект «Culture through stories»: письменный материал, устная защита, диалог и самооценка.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 и итоговая коммуникативная презентация: говорение и произношение — 1 ч / Тематическая лексика и речевой этикет: Культура и итоговая коммуникативная презентация: лексика и формулы общения — 1 ч / Грамматика в коммуникации: Культура и итоговая коммуникативная презентация: грамматические средства — 1 ч / Аудирование и смысловое чтение: Культура и итоговая коммуникативная презентация: понимание устного и письменного текста — 1 ч / Письменная речь, межкультурная практика и проект: Культура и итоговая коммуникативная презентация: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представить культурное явление родной страны и англоязычного мира без стереотипов, ответить на вопросы; традиции, литература, музыка, музей, праздник, этикет и культурное наследие; систематизация времён, модальных глаголов, сравнений, относительных предложений и связок; понимание интервью, экскурсионного сообщения и статьи; чтение несплошных текстов; итоговый проект «Culture through stories»: письменный материал, устная защита, диалог и самооценка.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10.6. Модуль 6: 12–13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интересы и способы общения: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поддерживать разговор, уточнять позицию и перефразировать при нехватке языковых средств; работать над беглостью и интонацией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изобретения и объяснение процесса: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объяснять назначение устройства и последовательность процесса; произносить научно-техническую лексику разборчиво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климат и изменение условий: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описывать тенденцию, сравнивать условия и осторожно формулировать прогноз; использовать данные как опору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межкультурная вежливость: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решать типичную коммуникативную проблему в поездке, просить уточнение и корректно объяснять правило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фон и последовательность событий: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строить связный рассказ, передавать фон и ключевое событие; использовать логическое ударение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решения и условия: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договариваться о совместном действии, обсуждать варианты и последствия; аргументировать выбор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источник и информационная осторожность: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кратко пересказывать сообщение, отделять факт от мнения и задавать вопросы к достоверности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и публичная коммуникация: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представлять результат, удерживать структуру сообщения, отвечать на вопросы и признавать границы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интересы и способы общения: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личные качества, интересы, отношения, способы коммуникации, цель, выбор и уважительное несогласие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изобретения и объяснение процесса: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изобретение, материал, энергия, эксперимент, измерение, результат, причина и следствие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климат и изменение условий: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климат, погода, природное явление, риск, ресурс, показатель, изменение и последствие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межкультурная вежливость: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документы учебной ситуации, транспорт, размещение, сервис, маршрут, обычай и норма поведения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фон и последовательность событий: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сюжет, обстоятельство, конфликт, решение, реакция, свидетель и точка зрения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решения и условия: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план, ресурс, срок, роль, риск, решение, условие и результат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источник и информационная осторожность: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медиаформат, автор, источник, дата, доказательство, реклама, мнение и манипулятивный приём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и публичная коммуникация: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лексика выбранной темы, исследовательский вопрос, метод, результат, вывод, ограничение и рекомендация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интересы и способы общения: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Simple/Continuous/Perfect в сопоставлении; question tags на начальном практическом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изобретения и объяснение процесса: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Past Simple/Present Perfect; passive voice в настоящем и прошедшем времени; clauses of purpose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климат и изменение условий: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comparatives; future forms; first conditional; may/might for possibility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межкультурная вежливость: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polite requests with could/would; articles and prepositions; indirect questions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фон и последовательность событий: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Past Simple/Past Continuous; Present Perfect; used to по модели; sequence linkers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решения и условия: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future forms; first and second conditional на доступном уровне; modal verbs for obligation and advice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источник и информационная осторожность: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reported statements в простых случаях; passive voice; modal verbs of probability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и публичная коммуникация: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времён, пассивных форм, условных предложений, модальных глаголов и средств связи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интересы и способы общения: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подкастового фрагмента; чтение личного эссе и профиля с выделением аргументов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изобретения и объяснение процесса: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объяснения и научно-популярного сообщения; чтение схемы, инструкции и биографии изобретателя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климат и изменение условий: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прогноза и комментария к данным; чтение карты, диаграммы и популярной статьи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межкультурная вежливость: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объявления, инструкции и диалога; чтение маршрута, правил и отзыва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фон и последовательность событий: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рассказа и свидетельства; чтение художественного фрагмента и восстановление последовательности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решения и условия: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планёрки и сообщения о проекте; чтение плана, письма и таблицы вариантов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источник и информационная осторожность: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новостного фрагмента; чтение двух сообщений и сопоставление формулировок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и публичная коммуникация: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выступления и справочного текста; чтение нескольких коротких источников с фиксацией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интересы и способы общения: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устное самопредставление без избыточных персональных данных, текст о вымышленном герое и парное интервью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изобретения и объяснение процесса: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описание безопасной модели или устройства, письменная инструкция и презентация с ответами на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Природа, климат и изменение условий: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краткое описание данных, устный прогноз с указанием ограничений и проект безопасного наблюдения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 и межкультурная вежливость: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ролевая ситуация поездки, памятка межкультурной вежливости и аргументированный выбор маршрута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Истории, фон и последовательность событий: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рассказ от лица персонажа, редактирование временной логики и устное представление альтернативной точки зрения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Планы, решения и условия: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проектный план, письмо участнику и устная защита решения с ответом на возражение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источник и информационная осторожность: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карточка проверки источника, нейтральный пересказ и дискуссия о достоверности без распространения спорного сообщения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Итоговое исследование и публичная коммуникация: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мини-проект на английском языке: аннотация, наглядный материал, устная защита и рефлексия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интересы и способы общения: говорение и произношение — 1 ч / Тематическая лексика и речевой этикет: Идентичность, интересы и способы общения: лексика и формулы общения — 1 ч / Грамматика в коммуникации: Идентичность, интересы и способы общения: грамматические средства — 1 ч / Аудирование и смысловое чтение: Идентичность, интересы и способы общения: понимание устного и письменного текста — 1 ч / Письменная речь, межкультурная практика и проект: Идентичность, интересы и способы общения: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поддерживать разговор, уточнять позицию и перефразировать при нехватке языковых средств; работать над беглостью и интонацией; личные качества, интересы, отношения, способы коммуникации, цель, выбор и уважительное несогласие; Present Simple/Continuous/Perfect в сопоставлении; question tags на начальном практическом уровне; понимание интервью и подкастового фрагмента; чтение личного эссе и профиля с выделением аргументов; устное самопредставление без избыточных персональных данных, текст о вымышленном герое и парное интервью.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интересы и способы общения: говорение и произношение — 1 ч / Тематическая лексика и речевой этикет: Идентичность, интересы и способы общения: лексика и формулы общения — 1 ч / Грамматика в коммуникации: Идентичность, интересы и способы общения: грамматические средства — 1 ч / Аудирование и смысловое чтение: Идентичность, интересы и способы общения: понимание устного и письменного текста — 1 ч / Письменная речь, межкультурная практика и проект: Идентичность, интересы и способы общения: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поддерживать разговор, уточнять позицию и перефразировать при нехватке языковых средств; работать над беглостью и интонацией; личные качества, интересы, отношения, способы коммуникации, цель, выбор и уважительное несогласие; Present Simple/Continuous/Perfect в сопоставлении; question tags на начальном практическом уровне; понимание интервью и подкастового фрагмента; чтение личного эссе и профиля с выделением аргументов; устное самопредставление без избыточных персональных данных, текст о вымышленном герое и парное интервью.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интересы и способы общения: говорение и произношение — 1 ч / Тематическая лексика и речевой этикет: Идентичность, интересы и способы общения: лексика и формулы общения — 1 ч / Грамматика в коммуникации: Идентичность, интересы и способы общения: грамматические средства — 1 ч / Аудирование и смысловое чтение: Идентичность, интересы и способы общения: понимание устного и письменного текста — 1 ч / Письменная речь, межкультурная практика и проект: Идентичность, интересы и способы общения: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поддерживать разговор, уточнять позицию и перефразировать при нехватке языковых средств; работать над беглостью и интонацией; личные качества, интересы, отношения, способы коммуникации, цель, выбор и уважительное несогласие; Present Simple/Continuous/Perfect в сопоставлении; question tags на начальном практическом уровне; понимание интервью и подкастового фрагмента; чтение личного эссе и профиля с выделением аргументов; устное самопредставление без избыточных персональных данных, текст о вымышленном герое и парное интервью.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интересы и способы общения: говорение и произношение — 1 ч / Тематическая лексика и речевой этикет: Идентичность, интересы и способы общения: лексика и формулы общения — 1 ч / Грамматика в коммуникации: Идентичность, интересы и способы общения: грамматические средства — 1 ч / Аудирование и смысловое чтение: Идентичность, интересы и способы общения: понимание устного и письменного текста — 1 ч / Письменная речь, межкультурная практика и проект: Идентичность, интересы и способы общения: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поддерживать разговор, уточнять позицию и перефразировать при нехватке языковых средств; работать над беглостью и интонацией; личные качества, интересы, отношения, способы коммуникации, цель, выбор и уважительное несогласие; Present Simple/Continuous/Perfect в сопоставлении; question tags на начальном практическом уровне; понимание интервью и подкастового фрагмента; чтение личного эссе и профиля с выделением аргументов; устное самопредставление без избыточных персональных данных, текст о вымышленном герое и парное интервью.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изобретения и объяснение процесса: говорение и произношение — 1 ч / Тематическая лексика и речевой этикет: Наука, изобретения и объяснение процесса: лексика и формулы общения — 1 ч / Грамматика в коммуникации: Наука, изобретения и объяснение процесса: грамматические средства — 1 ч / Аудирование и смысловое чтение: Наука, изобретения и объяснение процесса: понимание устного и письменного текста — 1 ч / Письменная речь, межкультурная практика и проект: Наука, изобретения и объяснение процесса: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назначение устройства и последовательность процесса; произносить научно-техническую лексику разборчиво; изобретение, материал, энергия, эксперимент, измерение, результат, причина и следствие; Past Simple/Present Perfect; passive voice в настоящем и прошедшем времени; clauses of purpose; понимание объяснения и научно-популярного сообщения; чтение схемы, инструкции и биографии изобретателя; описание безопасной модели или устройства, письменная инструкция и презентация с ответами на вопросы.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изобретения и объяснение процесса: говорение и произношение — 1 ч / Тематическая лексика и речевой этикет: Наука, изобретения и объяснение процесса: лексика и формулы общения — 1 ч / Грамматика в коммуникации: Наука, изобретения и объяснение процесса: грамматические средства — 1 ч / Аудирование и смысловое чтение: Наука, изобретения и объяснение процесса: понимание устного и письменного текста — 1 ч / Письменная речь, межкультурная практика и проект: Наука, изобретения и объяснение процесса: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назначение устройства и последовательность процесса; произносить научно-техническую лексику разборчиво; изобретение, материал, энергия, эксперимент, измерение, результат, причина и следствие; Past Simple/Present Perfect; passive voice в настоящем и прошедшем времени; clauses of purpose; понимание объяснения и научно-популярного сообщения; чтение схемы, инструкции и биографии изобретателя; описание безопасной модели или устройства, письменная инструкция и презентация с ответами на вопросы.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изобретения и объяснение процесса: говорение и произношение — 1 ч / Тематическая лексика и речевой этикет: Наука, изобретения и объяснение процесса: лексика и формулы общения — 1 ч / Грамматика в коммуникации: Наука, изобретения и объяснение процесса: грамматические средства — 1 ч / Аудирование и смысловое чтение: Наука, изобретения и объяснение процесса: понимание устного и письменного текста — 1 ч / Письменная речь, межкультурная практика и проект: Наука, изобретения и объяснение процесса: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назначение устройства и последовательность процесса; произносить научно-техническую лексику разборчиво; изобретение, материал, энергия, эксперимент, измерение, результат, причина и следствие; Past Simple/Present Perfect; passive voice в настоящем и прошедшем времени; clauses of purpose; понимание объяснения и научно-популярного сообщения; чтение схемы, инструкции и биографии изобретателя; описание безопасной модели или устройства, письменная инструкция и презентация с ответами на вопросы.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изобретения и объяснение процесса: говорение и произношение — 1 ч / Тематическая лексика и речевой этикет: Наука, изобретения и объяснение процесса: лексика и формулы общения — 1 ч / Грамматика в коммуникации: Наука, изобретения и объяснение процесса: грамматические средства — 1 ч / Аудирование и смысловое чтение: Наука, изобретения и объяснение процесса: понимание устного и письменного текста — 1 ч / Письменная речь, межкультурная практика и проект: Наука, изобретения и объяснение процесса: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назначение устройства и последовательность процесса; произносить научно-техническую лексику разборчиво; изобретение, материал, энергия, эксперимент, измерение, результат, причина и следствие; Past Simple/Present Perfect; passive voice в настоящем и прошедшем времени; clauses of purpose; понимание объяснения и научно-популярного сообщения; чтение схемы, инструкции и биографии изобретателя; описание безопасной модели или устройства, письменная инструкция и презентация с ответами на вопросы.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климат и изменение условий: говорение и произношение — 1 ч / Тематическая лексика и речевой этикет: Природа, климат и изменение условий: лексика и формулы общения — 1 ч / Грамматика в коммуникации: Природа, климат и изменение условий: грамматические средства — 1 ч / Аудирование и смысловое чтение: Природа, климат и изменение условий: понимание устного и письменного текста — 1 ч / Письменная речь, межкультурная практика и проект: Природа, климат и изменение условий: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описывать тенденцию, сравнивать условия и осторожно формулировать прогноз; использовать данные как опору; климат, погода, природное явление, риск, ресурс, показатель, изменение и последствие; comparatives; future forms; first conditional; may/might for possibility; понимание прогноза и комментария к данным; чтение карты, диаграммы и популярной статьи; краткое описание данных, устный прогноз с указанием ограничений и проект безопасного наблюдения.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климат и изменение условий: говорение и произношение — 1 ч / Тематическая лексика и речевой этикет: Природа, климат и изменение условий: лексика и формулы общения — 1 ч / Грамматика в коммуникации: Природа, климат и изменение условий: грамматические средства — 1 ч / Аудирование и смысловое чтение: Природа, климат и изменение условий: понимание устного и письменного текста — 1 ч / Письменная речь, межкультурная практика и проект: Природа, климат и изменение условий: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описывать тенденцию, сравнивать условия и осторожно формулировать прогноз; использовать данные как опору; климат, погода, природное явление, риск, ресурс, показатель, изменение и последствие; comparatives; future forms; first conditional; may/might for possibility; понимание прогноза и комментария к данным; чтение карты, диаграммы и популярной статьи; краткое описание данных, устный прогноз с указанием ограничений и проект безопасного наблюдения.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климат и изменение условий: говорение и произношение — 1 ч / Тематическая лексика и речевой этикет: Природа, климат и изменение условий: лексика и формулы общения — 1 ч / Грамматика в коммуникации: Природа, климат и изменение условий: грамматические средства — 1 ч / Аудирование и смысловое чтение: Природа, климат и изменение условий: понимание устного и письменного текста — 1 ч / Письменная речь, межкультурная практика и проект: Природа, климат и изменение условий: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описывать тенденцию, сравнивать условия и осторожно формулировать прогноз; использовать данные как опору; климат, погода, природное явление, риск, ресурс, показатель, изменение и последствие; comparatives; future forms; first conditional; may/might for possibility; понимание прогноза и комментария к данным; чтение карты, диаграммы и популярной статьи; краткое описание данных, устный прогноз с указанием ограничений и проект безопасного наблюдения.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Природа, климат и изменение условий: говорение и произношение — 1 ч / Тематическая лексика и речевой этикет: Природа, климат и изменение условий: лексика и формулы общения — 1 ч / Грамматика в коммуникации: Природа, климат и изменение условий: грамматические средства — 1 ч / Аудирование и смысловое чтение: Природа, климат и изменение условий: понимание устного и письменного текста — 1 ч / Письменная речь, межкультурная практика и проект: Природа, климат и изменение условий: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описывать тенденцию, сравнивать условия и осторожно формулировать прогноз; использовать данные как опору; климат, погода, природное явление, риск, ресурс, показатель, изменение и последствие; comparatives; future forms; first conditional; may/might for possibility; понимание прогноза и комментария к данным; чтение карты, диаграммы и популярной статьи; краткое описание данных, устный прогноз с указанием ограничений и проект безопасного наблюдения.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межкультурная вежливость: говорение и произношение — 1 ч / Тематическая лексика и речевой этикет: Путешествие и межкультурная вежливость: лексика и формулы общения — 1 ч / Грамматика в коммуникации: Путешествие и межкультурная вежливость: грамматические средства — 1 ч / Аудирование и смысловое чтение: Путешествие и межкультурная вежливость: понимание устного и письменного текста — 1 ч / Письменная речь, межкультурная практика и проект: Путешествие и межкультурная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решать типичную коммуникативную проблему в поездке, просить уточнение и корректно объяснять правило; документы учебной ситуации, транспорт, размещение, сервис, маршрут, обычай и норма поведения; polite requests with could/would; articles and prepositions; indirect questions по модели; понимание объявления, инструкции и диалога; чтение маршрута, правил и отзыва; ролевая ситуация поездки, памятка межкультурной вежливости и аргументированный выбор маршрута.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межкультурная вежливость: говорение и произношение — 1 ч / Тематическая лексика и речевой этикет: Путешествие и межкультурная вежливость: лексика и формулы общения — 1 ч / Грамматика в коммуникации: Путешествие и межкультурная вежливость: грамматические средства — 1 ч / Аудирование и смысловое чтение: Путешествие и межкультурная вежливость: понимание устного и письменного текста — 1 ч / Письменная речь, межкультурная практика и проект: Путешествие и межкультурная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решать типичную коммуникативную проблему в поездке, просить уточнение и корректно объяснять правило; документы учебной ситуации, транспорт, размещение, сервис, маршрут, обычай и норма поведения; polite requests with could/would; articles and prepositions; indirect questions по модели; понимание объявления, инструкции и диалога; чтение маршрута, правил и отзыва; ролевая ситуация поездки, памятка межкультурной вежливости и аргументированный выбор маршрута.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межкультурная вежливость: говорение и произношение — 1 ч / Тематическая лексика и речевой этикет: Путешествие и межкультурная вежливость: лексика и формулы общения — 1 ч / Грамматика в коммуникации: Путешествие и межкультурная вежливость: грамматические средства — 1 ч / Аудирование и смысловое чтение: Путешествие и межкультурная вежливость: понимание устного и письменного текста — 1 ч / Письменная речь, межкультурная практика и проект: Путешествие и межкультурная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решать типичную коммуникативную проблему в поездке, просить уточнение и корректно объяснять правило; документы учебной ситуации, транспорт, размещение, сервис, маршрут, обычай и норма поведения; polite requests with could/would; articles and prepositions; indirect questions по модели; понимание объявления, инструкции и диалога; чтение маршрута, правил и отзыва; ролевая ситуация поездки, памятка межкультурной вежливости и аргументированный выбор маршрута.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 и межкультурная вежливость: говорение и произношение — 1 ч / Тематическая лексика и речевой этикет: Путешествие и межкультурная вежливость: лексика и формулы общения — 1 ч / Грамматика в коммуникации: Путешествие и межкультурная вежливость: грамматические средства — 1 ч / Аудирование и смысловое чтение: Путешествие и межкультурная вежливость: понимание устного и письменного текста — 1 ч / Письменная речь, межкультурная практика и проект: Путешествие и межкультурная вежливость: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решать типичную коммуникативную проблему в поездке, просить уточнение и корректно объяснять правило; документы учебной ситуации, транспорт, размещение, сервис, маршрут, обычай и норма поведения; polite requests with could/would; articles and prepositions; indirect questions по модели; понимание объявления, инструкции и диалога; чтение маршрута, правил и отзыва; ролевая ситуация поездки, памятка межкультурной вежливости и аргументированный выбор маршрута.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фон и последовательность событий: говорение и произношение — 1 ч / Тематическая лексика и речевой этикет: Истории, фон и последовательность событий: лексика и формулы общения — 1 ч / Грамматика в коммуникации: Истории, фон и последовательность событий: грамматические средства — 1 ч / Аудирование и смысловое чтение: Истории, фон и последовательность событий: понимание устного и письменного текста — 1 ч / Письменная речь, межкультурная практика и проект: Истории, фон и последовательность событий: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связный рассказ, передавать фон и ключевое событие; использовать логическое ударение; сюжет, обстоятельство, конфликт, решение, реакция, свидетель и точка зрения; Past Simple/Past Continuous; Present Perfect; used to по модели; sequence linkers; понимание рассказа и свидетельства; чтение художественного фрагмента и восстановление последовательности; рассказ от лица персонажа, редактирование временной логики и устное представление альтернативной точки зрения.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фон и последовательность событий: говорение и произношение — 1 ч / Тематическая лексика и речевой этикет: Истории, фон и последовательность событий: лексика и формулы общения — 1 ч / Грамматика в коммуникации: Истории, фон и последовательность событий: грамматические средства — 1 ч / Аудирование и смысловое чтение: Истории, фон и последовательность событий: понимание устного и письменного текста — 1 ч / Письменная речь, межкультурная практика и проект: Истории, фон и последовательность событий: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связный рассказ, передавать фон и ключевое событие; использовать логическое ударение; сюжет, обстоятельство, конфликт, решение, реакция, свидетель и точка зрения; Past Simple/Past Continuous; Present Perfect; used to по модели; sequence linkers; понимание рассказа и свидетельства; чтение художественного фрагмента и восстановление последовательности; рассказ от лица персонажа, редактирование временной логики и устное представление альтернативной точки зрения.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фон и последовательность событий: говорение и произношение — 1 ч / Тематическая лексика и речевой этикет: Истории, фон и последовательность событий: лексика и формулы общения — 1 ч / Грамматика в коммуникации: Истории, фон и последовательность событий: грамматические средства — 1 ч / Аудирование и смысловое чтение: Истории, фон и последовательность событий: понимание устного и письменного текста — 1 ч / Письменная речь, межкультурная практика и проект: Истории, фон и последовательность событий: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связный рассказ, передавать фон и ключевое событие; использовать логическое ударение; сюжет, обстоятельство, конфликт, решение, реакция, свидетель и точка зрения; Past Simple/Past Continuous; Present Perfect; used to по модели; sequence linkers; понимание рассказа и свидетельства; чтение художественного фрагмента и восстановление последовательности; рассказ от лица персонажа, редактирование временной логики и устное представление альтернативной точки зрения.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Истории, фон и последовательность событий: говорение и произношение — 1 ч / Тематическая лексика и речевой этикет: Истории, фон и последовательность событий: лексика и формулы общения — 1 ч / Грамматика в коммуникации: Истории, фон и последовательность событий: грамматические средства — 1 ч / Аудирование и смысловое чтение: Истории, фон и последовательность событий: понимание устного и письменного текста — 1 ч / Письменная речь, межкультурная практика и проект: Истории, фон и последовательность событий: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связный рассказ, передавать фон и ключевое событие; использовать логическое ударение; сюжет, обстоятельство, конфликт, решение, реакция, свидетель и точка зрения; Past Simple/Past Continuous; Present Perfect; used to по модели; sequence linkers; понимание рассказа и свидетельства; чтение художественного фрагмента и восстановление последовательности; рассказ от лица персонажа, редактирование временной логики и устное представление альтернативной точки зрения.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решения и условия: говорение и произношение — 1 ч / Тематическая лексика и речевой этикет: Планы, решения и условия: лексика и формулы общения — 1 ч / Грамматика в коммуникации: Планы, решения и условия: грамматические средства — 1 ч / Аудирование и смысловое чтение: Планы, решения и условия: понимание устного и письменного текста — 1 ч / Письменная речь, межкультурная практика и проект: Планы, решения и условия: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договариваться о совместном действии, обсуждать варианты и последствия; аргументировать выбор; план, ресурс, срок, роль, риск, решение, условие и результат; future forms; first and second conditional на доступном уровне; modal verbs for obligation and advice; понимание планёрки и сообщения о проекте; чтение плана, письма и таблицы вариантов; проектный план, письмо участнику и устная защита решения с ответом на возражение.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решения и условия: говорение и произношение — 1 ч / Тематическая лексика и речевой этикет: Планы, решения и условия: лексика и формулы общения — 1 ч / Грамматика в коммуникации: Планы, решения и условия: грамматические средства — 1 ч / Аудирование и смысловое чтение: Планы, решения и условия: понимание устного и письменного текста — 1 ч / Письменная речь, межкультурная практика и проект: Планы, решения и условия: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договариваться о совместном действии, обсуждать варианты и последствия; аргументировать выбор; план, ресурс, срок, роль, риск, решение, условие и результат; future forms; first and second conditional на доступном уровне; modal verbs for obligation and advice; понимание планёрки и сообщения о проекте; чтение плана, письма и таблицы вариантов; проектный план, письмо участнику и устная защита решения с ответом на возражение.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решения и условия: говорение и произношение — 1 ч / Тематическая лексика и речевой этикет: Планы, решения и условия: лексика и формулы общения — 1 ч / Грамматика в коммуникации: Планы, решения и условия: грамматические средства — 1 ч / Аудирование и смысловое чтение: Планы, решения и условия: понимание устного и письменного текста — 1 ч / Письменная речь, межкультурная практика и проект: Планы, решения и условия: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договариваться о совместном действии, обсуждать варианты и последствия; аргументировать выбор; план, ресурс, срок, роль, риск, решение, условие и результат; future forms; first and second conditional на доступном уровне; modal verbs for obligation and advice; понимание планёрки и сообщения о проекте; чтение плана, письма и таблицы вариантов; проектный план, письмо участнику и устная защита решения с ответом на возражение.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Планы, решения и условия: говорение и произношение — 1 ч / Тематическая лексика и речевой этикет: Планы, решения и условия: лексика и формулы общения — 1 ч / Грамматика в коммуникации: Планы, решения и условия: грамматические средства — 1 ч / Аудирование и смысловое чтение: Планы, решения и условия: понимание устного и письменного текста — 1 ч / Письменная речь, межкультурная практика и проект: Планы, решения и условия: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договариваться о совместном действии, обсуждать варианты и последствия; аргументировать выбор; план, ресурс, срок, роль, риск, решение, условие и результат; future forms; first and second conditional на доступном уровне; modal verbs for obligation and advice; понимание планёрки и сообщения о проекте; чтение плана, письма и таблицы вариантов; проектный план, письмо участнику и устная защита решения с ответом на возражение.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источник и информационная осторожность: говорение и произношение — 1 ч / Тематическая лексика и речевой этикет: Медиа, источник и информационная осторожность: лексика и формулы общения — 1 ч / Грамматика в коммуникации: Медиа, источник и информационная осторожность: грамматические средства — 1 ч / Аудирование и смысловое чтение: Медиа, источник и информационная осторожность: понимание устного и письменного текста — 1 ч / Письменная речь, межкультурная практика и проект: Медиа, источник и информационная осторожность: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кратко пересказывать сообщение, отделять факт от мнения и задавать вопросы к достоверности; медиаформат, автор, источник, дата, доказательство, реклама, мнение и манипулятивный приём; reported statements в простых случаях; passive voice; modal verbs of probability; понимание новостного фрагмента; чтение двух сообщений и сопоставление формулировок; карточка проверки источника, нейтральный пересказ и дискуссия о достоверности без распространения спорного сообщения.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источник и информационная осторожность: говорение и произношение — 1 ч / Тематическая лексика и речевой этикет: Медиа, источник и информационная осторожность: лексика и формулы общения — 1 ч / Грамматика в коммуникации: Медиа, источник и информационная осторожность: грамматические средства — 1 ч / Аудирование и смысловое чтение: Медиа, источник и информационная осторожность: понимание устного и письменного текста — 1 ч / Письменная речь, межкультурная практика и проект: Медиа, источник и информационная осторожность: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кратко пересказывать сообщение, отделять факт от мнения и задавать вопросы к достоверности; медиаформат, автор, источник, дата, доказательство, реклама, мнение и манипулятивный приём; reported statements в простых случаях; passive voice; modal verbs of probability; понимание новостного фрагмента; чтение двух сообщений и сопоставление формулировок; карточка проверки источника, нейтральный пересказ и дискуссия о достоверности без распространения спорного сообщения.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источник и информационная осторожность: говорение и произношение — 1 ч / Тематическая лексика и речевой этикет: Медиа, источник и информационная осторожность: лексика и формулы общения — 1 ч / Грамматика в коммуникации: Медиа, источник и информационная осторожность: грамматические средства — 1 ч / Аудирование и смысловое чтение: Медиа, источник и информационная осторожность: понимание устного и письменного текста — 1 ч / Письменная речь, межкультурная практика и проект: Медиа, источник и информационная осторожность: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кратко пересказывать сообщение, отделять факт от мнения и задавать вопросы к достоверности; медиаформат, автор, источник, дата, доказательство, реклама, мнение и манипулятивный приём; reported statements в простых случаях; passive voice; modal verbs of probability; понимание новостного фрагмента; чтение двух сообщений и сопоставление формулировок; карточка проверки источника, нейтральный пересказ и дискуссия о достоверности без распространения спорного сообщения.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источник и информационная осторожность: говорение и произношение — 1 ч / Тематическая лексика и речевой этикет: Медиа, источник и информационная осторожность: лексика и формулы общения — 1 ч / Грамматика в коммуникации: Медиа, источник и информационная осторожность: грамматические средства — 1 ч / Аудирование и смысловое чтение: Медиа, источник и информационная осторожность: понимание устного и письменного текста — 1 ч / Письменная речь, межкультурная практика и проект: Медиа, источник и информационная осторожность: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кратко пересказывать сообщение, отделять факт от мнения и задавать вопросы к достоверности; медиаформат, автор, источник, дата, доказательство, реклама, мнение и манипулятивный приём; reported statements в простых случаях; passive voice; modal verbs of probability; понимание новостного фрагмента; чтение двух сообщений и сопоставление формулировок; карточка проверки источника, нейтральный пересказ и дискуссия о достоверности без распространения спорного сообщения.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Итоговое исследование и публичная коммуникация: говорение и произношение — 1 ч / Тематическая лексика и речевой этикет: Итоговое исследование и публичная коммуникация: лексика и формулы общения — 1 ч / Грамматика в коммуникации: Итоговое исследование и публичная коммуникация: грамматические средства — 1 ч / Аудирование и смысловое чтение: Итоговое исследование и публичная коммуникация: понимание устного и письменного текста — 1 ч / Письменная речь, межкультурная практика и проект: Итоговое исследование и публичная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результат, удерживать структуру сообщения, отвечать на вопросы и признавать границы данных; лексика выбранной темы, исследовательский вопрос, метод, результат, вывод, ограничение и рекомендация; систематизация времён, пассивных форм, условных предложений, модальных глаголов и средств связи; понимание выступления и справочного текста; чтение нескольких коротких источников с фиксацией данных; итоговый мини-проект на английском языке: аннотация, наглядный материал, устная защита и рефлексия.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Итоговое исследование и публичная коммуникация: говорение и произношение — 1 ч / Тематическая лексика и речевой этикет: Итоговое исследование и публичная коммуникация: лексика и формулы общения — 1 ч / Грамматика в коммуникации: Итоговое исследование и публичная коммуникация: грамматические средства — 1 ч / Аудирование и смысловое чтение: Итоговое исследование и публичная коммуникация: понимание устного и письменного текста — 1 ч / Письменная речь, межкультурная практика и проект: Итоговое исследование и публичная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результат, удерживать структуру сообщения, отвечать на вопросы и признавать границы данных; лексика выбранной темы, исследовательский вопрос, метод, результат, вывод, ограничение и рекомендация; систематизация времён, пассивных форм, условных предложений, модальных глаголов и средств связи; понимание выступления и справочного текста; чтение нескольких коротких источников с фиксацией данных; итоговый мини-проект на английском языке: аннотация, наглядный материал, устная защита и рефлексия.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Итоговое исследование и публичная коммуникация: говорение и произношение — 1 ч / Тематическая лексика и речевой этикет: Итоговое исследование и публичная коммуникация: лексика и формулы общения — 1 ч / Грамматика в коммуникации: Итоговое исследование и публичная коммуникация: грамматические средства — 1 ч / Аудирование и смысловое чтение: Итоговое исследование и публичная коммуникация: понимание устного и письменного текста — 1 ч / Письменная речь, межкультурная практика и проект: Итоговое исследование и публичная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результат, удерживать структуру сообщения, отвечать на вопросы и признавать границы данных; лексика выбранной темы, исследовательский вопрос, метод, результат, вывод, ограничение и рекомендация; систематизация времён, пассивных форм, условных предложений, модальных глаголов и средств связи; понимание выступления и справочного текста; чтение нескольких коротких источников с фиксацией данных; итоговый мини-проект на английском языке: аннотация, наглядный материал, устная защита и рефлексия.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Итоговое исследование и публичная коммуникация: говорение и произношение — 1 ч / Тематическая лексика и речевой этикет: Итоговое исследование и публичная коммуникация: лексика и формулы общения — 1 ч / Грамматика в коммуникации: Итоговое исследование и публичная коммуникация: грамматические средства — 1 ч / Аудирование и смысловое чтение: Итоговое исследование и публичная коммуникация: понимание устного и письменного текста — 1 ч / Письменная речь, межкультурная практика и проект: Итоговое исследование и публичная 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результат, удерживать структуру сообщения, отвечать на вопросы и признавать границы данных; лексика выбранной темы, исследовательский вопрос, метод, результат, вывод, ограничение и рекомендация; систематизация времён, пассивных форм, условных предложений, модальных глаголов и средств связи; понимание выступления и справочного текста; чтение нескольких коротких источников с фиксацией данных; итоговый мини-проект на английском языке: аннотация, наглядный материал, устная защита и рефлексия.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10.7. Модуль 7: 13–14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Социальное взаимодействие и границы: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выражать позицию, отказ, поддержку и несогласие уважительно; выбирать регистр общения по ситуации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навыки и будущая деятельность: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сильные стороны и образовательный выбор без ранжирования людей; проводить краткое интервью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Культурное многообразие и представление своей страны: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сравнивать культурные практики без обобщающих ярлыков, объяснять контекст и задавать уточняющие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Окружающая среда и устойчивые решения: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экологическую проблему, оценивать предложенное решение и формулировать осторожный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 и ответственная онлайн-коммуникация: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объяснять преимущество и риск технологии, запрашивать согласие и соблюдать цифровой этикет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Сообщение чужих слов и разные точки зрения: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передавать основное содержание чужого высказывания без искажения и отмечать источник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Здоровье, сообщество и обращение за помощью: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общие безопасные привычки и социальную поддержку без диагностики и давления на личное раскрытие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конференция: исследование и аргументация: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выступать по плану, аргументировать, отвечать на уточняющие вопросы и корректировать формулировку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Социальное взаимодействие и границы: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отношения, границы, обязанность, конфликт, компромисс, поддержка, доверие и ответственность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навыки и будущая деятельность: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навык, опыт, интерес, обучение, проект, профессия, требование и развитие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Культурное многообразие и представление своей страны: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традиция, наследие, язык, искусство, обычай, регион, культурный контекст и стереотип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Окружающая среда и устойчивые решения: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биоразнообразие, ресурс, выброс, отходы, сохранение, устойчивость, показатель и компромисс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 и ответственная онлайн-коммуникация: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данные, алгоритм, устройство, доступ, приватность, согласие, риск, преимущество и ограничение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Сообщение чужих слов и разные точки зрения: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позиция, утверждение, свидетельство, цитата, пересказ, контекст, согласие и возражение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Здоровье, сообщество и обращение за помощью: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благополучие, режим, нагрузка, поддержка, специалист, служба, волонтёрство и доступность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конференция: исследование и аргументация: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академическая лексика базового уровня: тема, тезис, аргумент, данные, источник, вывод, ограничение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Социальное взаимодействие и границы: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modal verbs; conditionals; gerund/infinitive after common verbs; complex questions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навыки и будущая деятельность: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Perfect Continuous на ознакомительном уровне; for/since; relative clauses; future forms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Культурное многообразие и представление своей страны: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articles; relative and participial phrases по модели; comparison structures; discourse markers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Окружающая среда и устойчивые решения: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passive voice; conditionals; modal verbs of deduction; cause-and-effect clauses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 и ответственная онлайн-коммуникация: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passive voice; relative clauses; indirect questions; modal verbs for rules and probability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Сообщение чужих слов и разные точки зрения: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reported speech: statements/questions/commands на базовом уровне; tense backshift по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Здоровье, сообщество и обращение за помощью: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modals for advice/obligation; conditionals; purpose and result clauses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конференция: исследование и аргументация: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сложных временных форм, пассива, косвенной речи, условных и относительных конструкций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Социальное взаимодействие и границы: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дискуссии и совета; чтение ситуации, письма и текста с разными позициями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навыки и будущая деятельность: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презентации профессии; чтение объявления, профиля и статьи о навыках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Культурное многообразие и представление своей страны: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экскурсии и интервью; чтение культурной заметки и фрагмента художественного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Окружающая среда и устойчивые решения: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выступления и комментария к данным; чтение статьи, диаграммы и проектного предложения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 и ответственная онлайн-коммуникация: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инструкции и экспертного комментария; чтение политики в упрощённой форме и обзора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Сообщение чужих слов и разные точки зрения: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с несколькими участниками; чтение статьи с цитатами и сопоставление позиций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Здоровье, сообщество и обращение за помощью: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информационного сообщения; чтение памятки, объявления и интервью со специалистом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конференция: исследование и аргументация: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короткого доклада; чтение нескольких источников и извлечение сопоставимых фактов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Социальное взаимодействие и границы: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сценарий решения вымышленной ситуации, письмо с рекомендацией и парная медиация по готовому алгоритму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навыки и будущая деятельность: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учебное резюме вымышленного кандидата, интервью и план развития выбранного навыка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Культурное многообразие и представление своей страны: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двуязычная карточка культурного объекта, устная экскурсия и ответ на вопрос о сходствах и различиях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Окружающая среда и устойчивые решения: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анализ малого кейса, письменная рекомендация с аргументами и презентация реалистичного решения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Технологии и ответственная онлайн-коммуникация: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памятка безопасной коммуникации, аргументированный обзор и ролевая ситуация запроса согласия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Сообщение чужих слов и разные точки зрения: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нейтральный пересказ, письменное сравнение двух позиций и устная дискуссия с указанием источника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Здоровье, сообщество и обращение за помощью: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карта ресурсов помощи, диалог обращения к взрослому и проект полезной инициативы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конференция: исследование и аргументация: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проект: письменное резюме, наглядный материал, устный доклад, вопросы и самооценка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Социальное взаимодействие и границы: говорение и произношение — 1 ч / Тематическая лексика и речевой этикет: Социальное взаимодействие и границы: лексика и формулы общения — 1 ч / Грамматика в коммуникации: Социальное взаимодействие и границы: грамматические средства — 1 ч / Аудирование и смысловое чтение: Социальное взаимодействие и границы: понимание устного и письменного текста — 1 ч / Письменная речь, межкультурная практика и проект: Социальное взаимодействие и границы: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позицию, отказ, поддержку и несогласие уважительно; выбирать регистр общения по ситуации; отношения, границы, обязанность, конфликт, компромисс, поддержка, доверие и ответственность; modal verbs; conditionals; gerund/infinitive after common verbs; complex questions; понимание дискуссии и совета; чтение ситуации, письма и текста с разными позициями; сценарий решения вымышленной ситуации, письмо с рекомендацией и парная медиация по готовому алгоритму.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Социальное взаимодействие и границы: говорение и произношение — 1 ч / Тематическая лексика и речевой этикет: Социальное взаимодействие и границы: лексика и формулы общения — 1 ч / Грамматика в коммуникации: Социальное взаимодействие и границы: грамматические средства — 1 ч / Аудирование и смысловое чтение: Социальное взаимодействие и границы: понимание устного и письменного текста — 1 ч / Письменная речь, межкультурная практика и проект: Социальное взаимодействие и границы: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позицию, отказ, поддержку и несогласие уважительно; выбирать регистр общения по ситуации; отношения, границы, обязанность, конфликт, компромисс, поддержка, доверие и ответственность; modal verbs; conditionals; gerund/infinitive after common verbs; complex questions; понимание дискуссии и совета; чтение ситуации, письма и текста с разными позициями; сценарий решения вымышленной ситуации, письмо с рекомендацией и парная медиация по готовому алгоритму.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Социальное взаимодействие и границы: говорение и произношение — 1 ч / Тематическая лексика и речевой этикет: Социальное взаимодействие и границы: лексика и формулы общения — 1 ч / Грамматика в коммуникации: Социальное взаимодействие и границы: грамматические средства — 1 ч / Аудирование и смысловое чтение: Социальное взаимодействие и границы: понимание устного и письменного текста — 1 ч / Письменная речь, межкультурная практика и проект: Социальное взаимодействие и границы: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позицию, отказ, поддержку и несогласие уважительно; выбирать регистр общения по ситуации; отношения, границы, обязанность, конфликт, компромисс, поддержка, доверие и ответственность; modal verbs; conditionals; gerund/infinitive after common verbs; complex questions; понимание дискуссии и совета; чтение ситуации, письма и текста с разными позициями; сценарий решения вымышленной ситуации, письмо с рекомендацией и парная медиация по готовому алгоритму.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Социальное взаимодействие и границы: говорение и произношение — 1 ч / Тематическая лексика и речевой этикет: Социальное взаимодействие и границы: лексика и формулы общения — 1 ч / Грамматика в коммуникации: Социальное взаимодействие и границы: грамматические средства — 1 ч / Аудирование и смысловое чтение: Социальное взаимодействие и границы: понимание устного и письменного текста — 1 ч / Письменная речь, межкультурная практика и проект: Социальное взаимодействие и границы: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позицию, отказ, поддержку и несогласие уважительно; выбирать регистр общения по ситуации; отношения, границы, обязанность, конфликт, компромисс, поддержка, доверие и ответственность; modal verbs; conditionals; gerund/infinitive after common verbs; complex questions; понимание дискуссии и совета; чтение ситуации, письма и текста с разными позициями; сценарий решения вымышленной ситуации, письмо с рекомендацией и парная медиация по готовому алгоритму.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навыки и будущая деятельность: говорение и произношение — 1 ч / Тематическая лексика и речевой этикет: Образование, навыки и будущая деятельность: лексика и формулы общения — 1 ч / Грамматика в коммуникации: Образование, навыки и будущая деятельность: грамматические средства — 1 ч / Аудирование и смысловое чтение: Образование, навыки и будущая деятельность: понимание устного и письменного текста — 1 ч / Письменная речь, межкультурная практика и проект: Образование, навыки и будущая деятельность: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сильные стороны и образовательный выбор без ранжирования людей; проводить краткое интервью; навык, опыт, интерес, обучение, проект, профессия, требование и развитие; Present Perfect Continuous на ознакомительном уровне; for/since; relative clauses; future forms; понимание интервью и презентации профессии; чтение объявления, профиля и статьи о навыках; учебное резюме вымышленного кандидата, интервью и план развития выбранного навыка.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навыки и будущая деятельность: говорение и произношение — 1 ч / Тематическая лексика и речевой этикет: Образование, навыки и будущая деятельность: лексика и формулы общения — 1 ч / Грамматика в коммуникации: Образование, навыки и будущая деятельность: грамматические средства — 1 ч / Аудирование и смысловое чтение: Образование, навыки и будущая деятельность: понимание устного и письменного текста — 1 ч / Письменная речь, межкультурная практика и проект: Образование, навыки и будущая деятельность: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сильные стороны и образовательный выбор без ранжирования людей; проводить краткое интервью; навык, опыт, интерес, обучение, проект, профессия, требование и развитие; Present Perfect Continuous на ознакомительном уровне; for/since; relative clauses; future forms; понимание интервью и презентации профессии; чтение объявления, профиля и статьи о навыках; учебное резюме вымышленного кандидата, интервью и план развития выбранного навыка.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навыки и будущая деятельность: говорение и произношение — 1 ч / Тематическая лексика и речевой этикет: Образование, навыки и будущая деятельность: лексика и формулы общения — 1 ч / Грамматика в коммуникации: Образование, навыки и будущая деятельность: грамматические средства — 1 ч / Аудирование и смысловое чтение: Образование, навыки и будущая деятельность: понимание устного и письменного текста — 1 ч / Письменная речь, межкультурная практика и проект: Образование, навыки и будущая деятельность: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сильные стороны и образовательный выбор без ранжирования людей; проводить краткое интервью; навык, опыт, интерес, обучение, проект, профессия, требование и развитие; Present Perfect Continuous на ознакомительном уровне; for/since; relative clauses; future forms; понимание интервью и презентации профессии; чтение объявления, профиля и статьи о навыках; учебное резюме вымышленного кандидата, интервью и план развития выбранного навыка.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навыки и будущая деятельность: говорение и произношение — 1 ч / Тематическая лексика и речевой этикет: Образование, навыки и будущая деятельность: лексика и формулы общения — 1 ч / Грамматика в коммуникации: Образование, навыки и будущая деятельность: грамматические средства — 1 ч / Аудирование и смысловое чтение: Образование, навыки и будущая деятельность: понимание устного и письменного текста — 1 ч / Письменная речь, межкультурная практика и проект: Образование, навыки и будущая деятельность: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сильные стороны и образовательный выбор без ранжирования людей; проводить краткое интервью; навык, опыт, интерес, обучение, проект, профессия, требование и развитие; Present Perfect Continuous на ознакомительном уровне; for/since; relative clauses; future forms; понимание интервью и презентации профессии; чтение объявления, профиля и статьи о навыках; учебное резюме вымышленного кандидата, интервью и план развития выбранного навыка.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Культурное многообразие и представление своей страны: говорение и произношение — 1 ч / Тематическая лексика и речевой этикет: Культурное многообразие и представление своей страны: лексика и формулы общения — 1 ч / Грамматика в коммуникации: Культурное многообразие и представление своей страны: грамматические средства — 1 ч / Аудирование и смысловое чтение: Культурное многообразие и представление своей страны: понимание устного и письменного текста — 1 ч / Письменная речь, межкультурная практика и проект: Культурное многообразие и представление своей страны: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культурные практики без обобщающих ярлыков, объяснять контекст и задавать уточняющие вопросы; традиция, наследие, язык, искусство, обычай, регион, культурный контекст и стереотип; articles; relative and participial phrases по модели; comparison structures; discourse markers; понимание экскурсии и интервью; чтение культурной заметки и фрагмента художественного текста; двуязычная карточка культурного объекта, устная экскурсия и ответ на вопрос о сходствах и различиях.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Культурное многообразие и представление своей страны: говорение и произношение — 1 ч / Тематическая лексика и речевой этикет: Культурное многообразие и представление своей страны: лексика и формулы общения — 1 ч / Грамматика в коммуникации: Культурное многообразие и представление своей страны: грамматические средства — 1 ч / Аудирование и смысловое чтение: Культурное многообразие и представление своей страны: понимание устного и письменного текста — 1 ч / Письменная речь, межкультурная практика и проект: Культурное многообразие и представление своей страны: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культурные практики без обобщающих ярлыков, объяснять контекст и задавать уточняющие вопросы; традиция, наследие, язык, искусство, обычай, регион, культурный контекст и стереотип; articles; relative and participial phrases по модели; comparison structures; discourse markers; понимание экскурсии и интервью; чтение культурной заметки и фрагмента художественного текста; двуязычная карточка культурного объекта, устная экскурсия и ответ на вопрос о сходствах и различиях.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Культурное многообразие и представление своей страны: говорение и произношение — 1 ч / Тематическая лексика и речевой этикет: Культурное многообразие и представление своей страны: лексика и формулы общения — 1 ч / Грамматика в коммуникации: Культурное многообразие и представление своей страны: грамматические средства — 1 ч / Аудирование и смысловое чтение: Культурное многообразие и представление своей страны: понимание устного и письменного текста — 1 ч / Письменная речь, межкультурная практика и проект: Культурное многообразие и представление своей страны: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культурные практики без обобщающих ярлыков, объяснять контекст и задавать уточняющие вопросы; традиция, наследие, язык, искусство, обычай, регион, культурный контекст и стереотип; articles; relative and participial phrases по модели; comparison structures; discourse markers; понимание экскурсии и интервью; чтение культурной заметки и фрагмента художественного текста; двуязычная карточка культурного объекта, устная экскурсия и ответ на вопрос о сходствах и различиях.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Культурное многообразие и представление своей страны: говорение и произношение — 1 ч / Тематическая лексика и речевой этикет: Культурное многообразие и представление своей страны: лексика и формулы общения — 1 ч / Грамматика в коммуникации: Культурное многообразие и представление своей страны: грамматические средства — 1 ч / Аудирование и смысловое чтение: Культурное многообразие и представление своей страны: понимание устного и письменного текста — 1 ч / Письменная речь, межкультурная практика и проект: Культурное многообразие и представление своей страны: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сравнивать культурные практики без обобщающих ярлыков, объяснять контекст и задавать уточняющие вопросы; традиция, наследие, язык, искусство, обычай, регион, культурный контекст и стереотип; articles; relative and participial phrases по модели; comparison structures; discourse markers; понимание экскурсии и интервью; чтение культурной заметки и фрагмента художественного текста; двуязычная карточка культурного объекта, устная экскурсия и ответ на вопрос о сходствах и различиях.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Окружающая среда и устойчивые решения: говорение и произношение — 1 ч / Тематическая лексика и речевой этикет: Окружающая среда и устойчивые решения: лексика и формулы общения — 1 ч / Грамматика в коммуникации: Окружающая среда и устойчивые решения: грамматические средства — 1 ч / Аудирование и смысловое чтение: Окружающая среда и устойчивые решения: понимание устного и письменного текста — 1 ч / Письменная речь, межкультурная практика и проект: Окружающая среда и устойчивые решения: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экологическую проблему, оценивать предложенное решение и формулировать осторожный вывод; биоразнообразие, ресурс, выброс, отходы, сохранение, устойчивость, показатель и компромисс; passive voice; conditionals; modal verbs of deduction; cause-and-effect clauses; понимание выступления и комментария к данным; чтение статьи, диаграммы и проектного предложения; анализ малого кейса, письменная рекомендация с аргументами и презентация реалистичного решения.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Окружающая среда и устойчивые решения: говорение и произношение — 1 ч / Тематическая лексика и речевой этикет: Окружающая среда и устойчивые решения: лексика и формулы общения — 1 ч / Грамматика в коммуникации: Окружающая среда и устойчивые решения: грамматические средства — 1 ч / Аудирование и смысловое чтение: Окружающая среда и устойчивые решения: понимание устного и письменного текста — 1 ч / Письменная речь, межкультурная практика и проект: Окружающая среда и устойчивые решения: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экологическую проблему, оценивать предложенное решение и формулировать осторожный вывод; биоразнообразие, ресурс, выброс, отходы, сохранение, устойчивость, показатель и компромисс; passive voice; conditionals; modal verbs of deduction; cause-and-effect clauses; понимание выступления и комментария к данным; чтение статьи, диаграммы и проектного предложения; анализ малого кейса, письменная рекомендация с аргументами и презентация реалистичного решения.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Окружающая среда и устойчивые решения: говорение и произношение — 1 ч / Тематическая лексика и речевой этикет: Окружающая среда и устойчивые решения: лексика и формулы общения — 1 ч / Грамматика в коммуникации: Окружающая среда и устойчивые решения: грамматические средства — 1 ч / Аудирование и смысловое чтение: Окружающая среда и устойчивые решения: понимание устного и письменного текста — 1 ч / Письменная речь, межкультурная практика и проект: Окружающая среда и устойчивые решения: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экологическую проблему, оценивать предложенное решение и формулировать осторожный вывод; биоразнообразие, ресурс, выброс, отходы, сохранение, устойчивость, показатель и компромисс; passive voice; conditionals; modal verbs of deduction; cause-and-effect clauses; понимание выступления и комментария к данным; чтение статьи, диаграммы и проектного предложения; анализ малого кейса, письменная рекомендация с аргументами и презентация реалистичного решения.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Окружающая среда и устойчивые решения: говорение и произношение — 1 ч / Тематическая лексика и речевой этикет: Окружающая среда и устойчивые решения: лексика и формулы общения — 1 ч / Грамматика в коммуникации: Окружающая среда и устойчивые решения: грамматические средства — 1 ч / Аудирование и смысловое чтение: Окружающая среда и устойчивые решения: понимание устного и письменного текста — 1 ч / Письменная речь, межкультурная практика и проект: Окружающая среда и устойчивые решения: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экологическую проблему, оценивать предложенное решение и формулировать осторожный вывод; биоразнообразие, ресурс, выброс, отходы, сохранение, устойчивость, показатель и компромисс; passive voice; conditionals; modal verbs of deduction; cause-and-effect clauses; понимание выступления и комментария к данным; чтение статьи, диаграммы и проектного предложения; анализ малого кейса, письменная рекомендация с аргументами и презентация реалистичного решения.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 и ответственная онлайн-коммуникация: говорение и произношение — 1 ч / Тематическая лексика и речевой этикет: Технологии и ответственная онлайн-коммуникация: лексика и формулы общения — 1 ч / Грамматика в коммуникации: Технологии и ответственная онлайн-коммуникация: грамматические средства — 1 ч / Аудирование и смысловое чтение: Технологии и ответственная онлайн-коммуникация: понимание устного и письменного текста — 1 ч / Письменная речь, межкультурная практика и проект: Технологии и ответственная онлайн-коммуникация: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преимущество и риск технологии, запрашивать согласие и соблюдать цифровой этикет; данные, алгоритм, устройство, доступ, приватность, согласие, риск, преимущество и ограничение; passive voice; relative clauses; indirect questions; modal verbs for rules and probability; понимание инструкции и экспертного комментария; чтение политики в упрощённой форме и обзора; памятка безопасной коммуникации, аргументированный обзор и ролевая ситуация запроса согласия.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 и ответственная онлайн-коммуникация: говорение и произношение — 1 ч / Тематическая лексика и речевой этикет: Технологии и ответственная онлайн-коммуникация: лексика и формулы общения — 1 ч / Грамматика в коммуникации: Технологии и ответственная онлайн-коммуникация: грамматические средства — 1 ч / Аудирование и смысловое чтение: Технологии и ответственная онлайн-коммуникация: понимание устного и письменного текста — 1 ч / Письменная речь, межкультурная практика и проект: Технологии и ответственная онлайн-коммуникация: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преимущество и риск технологии, запрашивать согласие и соблюдать цифровой этикет; данные, алгоритм, устройство, доступ, приватность, согласие, риск, преимущество и ограничение; passive voice; relative clauses; indirect questions; modal verbs for rules and probability; понимание инструкции и экспертного комментария; чтение политики в упрощённой форме и обзора; памятка безопасной коммуникации, аргументированный обзор и ролевая ситуация запроса согласия.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 и ответственная онлайн-коммуникация: говорение и произношение — 1 ч / Тематическая лексика и речевой этикет: Технологии и ответственная онлайн-коммуникация: лексика и формулы общения — 1 ч / Грамматика в коммуникации: Технологии и ответственная онлайн-коммуникация: грамматические средства — 1 ч / Аудирование и смысловое чтение: Технологии и ответственная онлайн-коммуникация: понимание устного и письменного текста — 1 ч / Письменная речь, межкультурная практика и проект: Технологии и ответственная онлайн-коммуникация: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преимущество и риск технологии, запрашивать согласие и соблюдать цифровой этикет; данные, алгоритм, устройство, доступ, приватность, согласие, риск, преимущество и ограничение; passive voice; relative clauses; indirect questions; modal verbs for rules and probability; понимание инструкции и экспертного комментария; чтение политики в упрощённой форме и обзора; памятка безопасной коммуникации, аргументированный обзор и ролевая ситуация запроса согласия.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Технологии и ответственная онлайн-коммуникация: говорение и произношение — 1 ч / Тематическая лексика и речевой этикет: Технологии и ответственная онлайн-коммуникация: лексика и формулы общения — 1 ч / Грамматика в коммуникации: Технологии и ответственная онлайн-коммуникация: грамматические средства — 1 ч / Аудирование и смысловое чтение: Технологии и ответственная онлайн-коммуникация: понимание устного и письменного текста — 1 ч / Письменная речь, межкультурная практика и проект: Технологии и ответственная онлайн-коммуникация: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преимущество и риск технологии, запрашивать согласие и соблюдать цифровой этикет; данные, алгоритм, устройство, доступ, приватность, согласие, риск, преимущество и ограничение; passive voice; relative clauses; indirect questions; modal verbs for rules and probability; понимание инструкции и экспертного комментария; чтение политики в упрощённой форме и обзора; памятка безопасной коммуникации, аргументированный обзор и ролевая ситуация запроса согласия.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Сообщение чужих слов и разные точки зрения: говорение и произношение — 1 ч / Тематическая лексика и речевой этикет: Сообщение чужих слов и разные точки зрения: лексика и формулы общения — 1 ч / Грамматика в коммуникации: Сообщение чужих слов и разные точки зрения: грамматические средства — 1 ч / Аудирование и смысловое чтение: Сообщение чужих слов и разные точки зрения: понимание устного и письменного текста — 1 ч / Письменная речь, межкультурная практика и проект: Сообщение чужих слов и разные точки зрения: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передавать основное содержание чужого высказывания без искажения и отмечать источник; позиция, утверждение, свидетельство, цитата, пересказ, контекст, согласие и возражение; reported speech: statements/questions/commands на базовом уровне; tense backshift по модели; понимание интервью с несколькими участниками; чтение статьи с цитатами и сопоставление позиций; нейтральный пересказ, письменное сравнение двух позиций и устная дискуссия с указанием источника.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Сообщение чужих слов и разные точки зрения: говорение и произношение — 1 ч / Тематическая лексика и речевой этикет: Сообщение чужих слов и разные точки зрения: лексика и формулы общения — 1 ч / Грамматика в коммуникации: Сообщение чужих слов и разные точки зрения: грамматические средства — 1 ч / Аудирование и смысловое чтение: Сообщение чужих слов и разные точки зрения: понимание устного и письменного текста — 1 ч / Письменная речь, межкультурная практика и проект: Сообщение чужих слов и разные точки зрения: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передавать основное содержание чужого высказывания без искажения и отмечать источник; позиция, утверждение, свидетельство, цитата, пересказ, контекст, согласие и возражение; reported speech: statements/questions/commands на базовом уровне; tense backshift по модели; понимание интервью с несколькими участниками; чтение статьи с цитатами и сопоставление позиций; нейтральный пересказ, письменное сравнение двух позиций и устная дискуссия с указанием источника.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Сообщение чужих слов и разные точки зрения: говорение и произношение — 1 ч / Тематическая лексика и речевой этикет: Сообщение чужих слов и разные точки зрения: лексика и формулы общения — 1 ч / Грамматика в коммуникации: Сообщение чужих слов и разные точки зрения: грамматические средства — 1 ч / Аудирование и смысловое чтение: Сообщение чужих слов и разные точки зрения: понимание устного и письменного текста — 1 ч / Письменная речь, межкультурная практика и проект: Сообщение чужих слов и разные точки зрения: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передавать основное содержание чужого высказывания без искажения и отмечать источник; позиция, утверждение, свидетельство, цитата, пересказ, контекст, согласие и возражение; reported speech: statements/questions/commands на базовом уровне; tense backshift по модели; понимание интервью с несколькими участниками; чтение статьи с цитатами и сопоставление позиций; нейтральный пересказ, письменное сравнение двух позиций и устная дискуссия с указанием источника.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Сообщение чужих слов и разные точки зрения: говорение и произношение — 1 ч / Тематическая лексика и речевой этикет: Сообщение чужих слов и разные точки зрения: лексика и формулы общения — 1 ч / Грамматика в коммуникации: Сообщение чужих слов и разные точки зрения: грамматические средства — 1 ч / Аудирование и смысловое чтение: Сообщение чужих слов и разные точки зрения: понимание устного и письменного текста — 1 ч / Письменная речь, межкультурная практика и проект: Сообщение чужих слов и разные точки зрения: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передавать основное содержание чужого высказывания без искажения и отмечать источник; позиция, утверждение, свидетельство, цитата, пересказ, контекст, согласие и возражение; reported speech: statements/questions/commands на базовом уровне; tense backshift по модели; понимание интервью с несколькими участниками; чтение статьи с цитатами и сопоставление позиций; нейтральный пересказ, письменное сравнение двух позиций и устная дискуссия с указанием источника.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Здоровье, сообщество и обращение за помощью: говорение и произношение — 1 ч / Тематическая лексика и речевой этикет: Здоровье, сообщество и обращение за помощью: лексика и формулы общения — 1 ч / Грамматика в коммуникации: Здоровье, сообщество и обращение за помощью: грамматические средства — 1 ч / Аудирование и смысловое чтение: Здоровье, сообщество и обращение за помощью: понимание устного и письменного текста — 1 ч / Письменная речь, межкультурная практика и проект: Здоровье, сообщество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общие безопасные привычки и социальную поддержку без диагностики и давления на личное раскрытие; благополучие, режим, нагрузка, поддержка, специалист, служба, волонтёрство и доступность; modals for advice/obligation; conditionals; purpose and result clauses; понимание информационного сообщения; чтение памятки, объявления и интервью со специалистом; информационная карта ресурсов помощи, диалог обращения к взрослому и проект полезной инициативы.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Здоровье, сообщество и обращение за помощью: говорение и произношение — 1 ч / Тематическая лексика и речевой этикет: Здоровье, сообщество и обращение за помощью: лексика и формулы общения — 1 ч / Грамматика в коммуникации: Здоровье, сообщество и обращение за помощью: грамматические средства — 1 ч / Аудирование и смысловое чтение: Здоровье, сообщество и обращение за помощью: понимание устного и письменного текста — 1 ч / Письменная речь, межкультурная практика и проект: Здоровье, сообщество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общие безопасные привычки и социальную поддержку без диагностики и давления на личное раскрытие; благополучие, режим, нагрузка, поддержка, специалист, служба, волонтёрство и доступность; modals for advice/obligation; conditionals; purpose and result clauses; понимание информационного сообщения; чтение памятки, объявления и интервью со специалистом; информационная карта ресурсов помощи, диалог обращения к взрослому и проект полезной инициативы.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Здоровье, сообщество и обращение за помощью: говорение и произношение — 1 ч / Тематическая лексика и речевой этикет: Здоровье, сообщество и обращение за помощью: лексика и формулы общения — 1 ч / Грамматика в коммуникации: Здоровье, сообщество и обращение за помощью: грамматические средства — 1 ч / Аудирование и смысловое чтение: Здоровье, сообщество и обращение за помощью: понимание устного и письменного текста — 1 ч / Письменная речь, межкультурная практика и проект: Здоровье, сообщество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общие безопасные привычки и социальную поддержку без диагностики и давления на личное раскрытие; благополучие, режим, нагрузка, поддержка, специалист, служба, волонтёрство и доступность; modals for advice/obligation; conditionals; purpose and result clauses; понимание информационного сообщения; чтение памятки, объявления и интервью со специалистом; информационная карта ресурсов помощи, диалог обращения к взрослому и проект полезной инициативы.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Здоровье, сообщество и обращение за помощью: говорение и произношение — 1 ч / Тематическая лексика и речевой этикет: Здоровье, сообщество и обращение за помощью: лексика и формулы общения — 1 ч / Грамматика в коммуникации: Здоровье, сообщество и обращение за помощью: грамматические средства — 1 ч / Аудирование и смысловое чтение: Здоровье, сообщество и обращение за помощью: понимание устного и письменного текста — 1 ч / Письменная речь, межкультурная практика и проект: Здоровье, сообщество и обращение за помощью: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общие безопасные привычки и социальную поддержку без диагностики и давления на личное раскрытие; благополучие, режим, нагрузка, поддержка, специалист, служба, волонтёрство и доступность; modals for advice/obligation; conditionals; purpose and result clauses; понимание информационного сообщения; чтение памятки, объявления и интервью со специалистом; информационная карта ресурсов помощи, диалог обращения к взрослому и проект полезной инициативы.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конференция: исследование и аргументация: говорение и произношение — 1 ч / Тематическая лексика и речевой этикет: Итоговая конференция: исследование и аргументация: лексика и формулы общения — 1 ч / Грамматика в коммуникации: Итоговая конференция: исследование и аргументация: грамматические средства — 1 ч / Аудирование и смысловое чтение: Итоговая конференция: исследование и аргументация: понимание устного и письменного текста — 1 ч / Письменная речь, межкультурная практика и проект: Итоговая конференция: исследование и аргументация: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выступать по плану, аргументировать, отвечать на уточняющие вопросы и корректировать формулировку; академическая лексика базового уровня: тема, тезис, аргумент, данные, источник, вывод, ограничение; систематизация сложных временных форм, пассива, косвенной речи, условных и относительных конструкций; понимание короткого доклада; чтение нескольких источников и извлечение сопоставимых фактов; итоговый проект: письменное резюме, наглядный материал, устный доклад, вопросы и самооценка.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конференция: исследование и аргументация: говорение и произношение — 1 ч / Тематическая лексика и речевой этикет: Итоговая конференция: исследование и аргументация: лексика и формулы общения — 1 ч / Грамматика в коммуникации: Итоговая конференция: исследование и аргументация: грамматические средства — 1 ч / Аудирование и смысловое чтение: Итоговая конференция: исследование и аргументация: понимание устного и письменного текста — 1 ч / Письменная речь, межкультурная практика и проект: Итоговая конференция: исследование и аргументация: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выступать по плану, аргументировать, отвечать на уточняющие вопросы и корректировать формулировку; академическая лексика базового уровня: тема, тезис, аргумент, данные, источник, вывод, ограничение; систематизация сложных временных форм, пассива, косвенной речи, условных и относительных конструкций; понимание короткого доклада; чтение нескольких источников и извлечение сопоставимых фактов; итоговый проект: письменное резюме, наглядный материал, устный доклад, вопросы и самооценка.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конференция: исследование и аргументация: говорение и произношение — 1 ч / Тематическая лексика и речевой этикет: Итоговая конференция: исследование и аргументация: лексика и формулы общения — 1 ч / Грамматика в коммуникации: Итоговая конференция: исследование и аргументация: грамматические средства — 1 ч / Аудирование и смысловое чтение: Итоговая конференция: исследование и аргументация: понимание устного и письменного текста — 1 ч / Письменная речь, межкультурная практика и проект: Итоговая конференция: исследование и аргументация: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выступать по плану, аргументировать, отвечать на уточняющие вопросы и корректировать формулировку; академическая лексика базового уровня: тема, тезис, аргумент, данные, источник, вывод, ограничение; систематизация сложных временных форм, пассива, косвенной речи, условных и относительных конструкций; понимание короткого доклада; чтение нескольких источников и извлечение сопоставимых фактов; итоговый проект: письменное резюме, наглядный материал, устный доклад, вопросы и самооценка.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конференция: исследование и аргументация: говорение и произношение — 1 ч / Тематическая лексика и речевой этикет: Итоговая конференция: исследование и аргументация: лексика и формулы общения — 1 ч / Грамматика в коммуникации: Итоговая конференция: исследование и аргументация: грамматические средства — 1 ч / Аудирование и смысловое чтение: Итоговая конференция: исследование и аргументация: понимание устного и письменного текста — 1 ч / Письменная речь, межкультурная практика и проект: Итоговая конференция: исследование и аргументация: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выступать по плану, аргументировать, отвечать на уточняющие вопросы и корректировать формулировку; академическая лексика базового уровня: тема, тезис, аргумент, данные, источник, вывод, ограничение; систематизация сложных временных форм, пассива, косвенной речи, условных и относительных конструкций; понимание короткого доклада; чтение нескольких источников и извлечение сопоставимых фактов; итоговый проект: письменное резюме, наглядный материал, устный доклад, вопросы и самооценка.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10.8. Модуль 8: 14–15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ценности и аргументированный выбор: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выражать позицию и степень уверенности, уточнять основания и уважительно обсуждать различие взглядов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профессии и меняющийся мир труда: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проводить интервью, объяснять критерии выбора и сопоставлять варианты по заданным параметрам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технология и границы доказательства: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объяснять гипотезу, ход проверки и ограничения результата; различать предположение и установленный факт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реклама и работа с данными: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воздействие сообщения, выявлять предположение и задавать проверочные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Экология и глобальные взаимосвязи: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системную проблему, видеть интересы сторон и формулировать выполнимое предложение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литература и интерпретация: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интерпретировать фрагмент, приводить текстовое доказательство и сопоставлять читательские версии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международное взаимодействие и решение проблемы: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достигать договорённости в сложной бытовой ситуации, объяснять правило и предлагать альтернативу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проект: аналитическое выступление: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представлять тезис и доказательства, реагировать на вопрос и отделять факт от собственной оценки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ценности и аргументированный выбор: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ценность, приоритет, выбор, ответственность, влияние, аргумент, пример и исключение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профессии и меняющийся мир труда: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образовательный маршрут, компетенция, профессия, рынок труда, задача, команда, развитие и этика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технология и границы доказательства: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исследование, переменная, измерение, выборка, корреляция, причина, доказательство и погрешность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реклама и работа с данными: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аудитория, цель, реклама, статистика, визуализация, выборка, манипуляция и источник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Экология и глобальные взаимосвязи: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климат, энергия, биоразнообразие, потребление, политика, экономика, риск и адаптация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литература и интерпретация: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жанр, образ, конфликт, символ, авторская позиция, контекст, интерпретация и цитата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международное взаимодействие и решение проблемы: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маршрут, документ, сервис, культурная норма, конфликт ожиданий, компенсация и решение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проект: аналитическое выступление: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лексика выбранной межпредметной темы, тезис, аргумент, контраргумент, данные, источник и вывод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ценности и аргументированный выбор: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revision of tense system; modal verbs of certainty; complex clauses with although/whereas/because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профессии и меняющийся мир труда: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future forms; conditionals; gerund/infinitive; defining and non-defining relative clauses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технология и границы доказательства: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passive structures; modal verbs of deduction; participle clauses на ознакомительном уровне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реклама и работа с данными: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reported speech; passive voice; clauses of contrast and result; quantifiers in data commentary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Экология и глобальные взаимосвязи: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mixed conditionals на ознакомительном уровне; modals; cause/concession clauses; passive forms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литература и интерпретация: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narrative tenses; reported speech; complex noun phrases; linking devices for interpretation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международное взаимодействие и решение проблемы: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indirect questions; conditionals; modals; formal and informal register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проект: аналитическое выступление: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времён, пассива, косвенной речи, условных, модальных и сложноподчинённых конструкций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ценности и аргументированный выбор: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дискуссии и личного эссе; чтение текстов с явной и подразумеваемой позицией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профессии и меняющийся мир труда: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интервью и презентации; чтение объявления, статьи и сравнительной таблицы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технология и границы доказательства: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научно-популярного сообщения; чтение статьи, графика и описания эксперимента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реклама и работа с данными: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рекламного и информационного сообщения; чтение инфографики и двух версий новости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Экология и глобальные взаимосвязи: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экспертного комментария; чтение статьи, карты и набора статистических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литература и интерпретация: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чтения/исполнения фрагмента; чтение адаптированного художественного и критического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международное взаимодействие и решение проблемы: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объявления и проблемного диалога; чтение правил, отзыва и официального сообщения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проект: аналитическое выступление: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доклада и вопросов; чтение нескольких источников с сопоставлением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Идентичность, ценности и аргументированный выбор: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аргументированный текст о вымышленной дилемме и круглый стол без требования раскрывать личный опыт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Образование, профессии и меняющийся мир труда: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профиль вымышленного проекта, мотивационное сообщение учебного характера и устная защита выбора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технология и границы доказательства: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аннотация безопасного исследования, описание данных и устное объяснение границ вывода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Медиа, реклама и работа с данными: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письменный анализ медиафрагмента, нейтральная редактура заголовка и презентация проверки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Экология и глобальные взаимосвязи: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позиционная записка по учебному кейсу, дискуссия сторон и проект решения с указанием ограничений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литература и интерпретация: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письменный отклик, устная интерпретация и творческая адаптация с уважением авторских прав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Путешествие, международное взаимодействие и решение проблемы: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формальное обращение учебного характера, ролевая переговорная ситуация и памятка культурной адаптации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проект: аналитическое выступление: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аналитический текст, устное выступление, наглядный материал, ответы на вопросы и рефлексия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ценности и аргументированный выбор: говорение и произношение — 1 ч / Тематическая лексика и речевой этикет: Идентичность, ценности и аргументированный выбор: лексика и формулы общения — 1 ч / Грамматика в коммуникации: Идентичность, ценности и аргументированный выбор: грамматические средства — 1 ч / Аудирование и смысловое чтение: Идентичность, ценности и аргументированный выбор: понимание устного и письменного текста — 1 ч / Письменная речь, межкультурная практика и проект: Идентичность, ценности и аргументированный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 и степень уверенности, уточнять основания и уважительно обсуждать различие взглядов; ценность, приоритет, выбор, ответственность, влияние, аргумент, пример и исключение; revision of tense system; modal verbs of certainty; complex clauses with although/whereas/because; понимание дискуссии и личного эссе; чтение текстов с явной и подразумеваемой позицией; аргументированный текст о вымышленной дилемме и круглый стол без требования раскрывать личный опыт.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ценности и аргументированный выбор: говорение и произношение — 1 ч / Тематическая лексика и речевой этикет: Идентичность, ценности и аргументированный выбор: лексика и формулы общения — 1 ч / Грамматика в коммуникации: Идентичность, ценности и аргументированный выбор: грамматические средства — 1 ч / Аудирование и смысловое чтение: Идентичность, ценности и аргументированный выбор: понимание устного и письменного текста — 1 ч / Письменная речь, межкультурная практика и проект: Идентичность, ценности и аргументированный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 и степень уверенности, уточнять основания и уважительно обсуждать различие взглядов; ценность, приоритет, выбор, ответственность, влияние, аргумент, пример и исключение; revision of tense system; modal verbs of certainty; complex clauses with although/whereas/because; понимание дискуссии и личного эссе; чтение текстов с явной и подразумеваемой позицией; аргументированный текст о вымышленной дилемме и круглый стол без требования раскрывать личный опыт.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ценности и аргументированный выбор: говорение и произношение — 1 ч / Тематическая лексика и речевой этикет: Идентичность, ценности и аргументированный выбор: лексика и формулы общения — 1 ч / Грамматика в коммуникации: Идентичность, ценности и аргументированный выбор: грамматические средства — 1 ч / Аудирование и смысловое чтение: Идентичность, ценности и аргументированный выбор: понимание устного и письменного текста — 1 ч / Письменная речь, межкультурная практика и проект: Идентичность, ценности и аргументированный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 и степень уверенности, уточнять основания и уважительно обсуждать различие взглядов; ценность, приоритет, выбор, ответственность, влияние, аргумент, пример и исключение; revision of tense system; modal verbs of certainty; complex clauses with although/whereas/because; понимание дискуссии и личного эссе; чтение текстов с явной и подразумеваемой позицией; аргументированный текст о вымышленной дилемме и круглый стол без требования раскрывать личный опыт.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Идентичность, ценности и аргументированный выбор: говорение и произношение — 1 ч / Тематическая лексика и речевой этикет: Идентичность, ценности и аргументированный выбор: лексика и формулы общения — 1 ч / Грамматика в коммуникации: Идентичность, ценности и аргументированный выбор: грамматические средства — 1 ч / Аудирование и смысловое чтение: Идентичность, ценности и аргументированный выбор: понимание устного и письменного текста — 1 ч / Письменная речь, межкультурная практика и проект: Идентичность, ценности и аргументированный выбор: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выражать позицию и степень уверенности, уточнять основания и уважительно обсуждать различие взглядов; ценность, приоритет, выбор, ответственность, влияние, аргумент, пример и исключение; revision of tense system; modal verbs of certainty; complex clauses with although/whereas/because; понимание дискуссии и личного эссе; чтение текстов с явной и подразумеваемой позицией; аргументированный текст о вымышленной дилемме и круглый стол без требования раскрывать личный опыт.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профессии и меняющийся мир труда: говорение и произношение — 1 ч / Тематическая лексика и речевой этикет: Образование, профессии и меняющийся мир труда: лексика и формулы общения — 1 ч / Грамматика в коммуникации: Образование, профессии и меняющийся мир труда: грамматические средства — 1 ч / Аудирование и смысловое чтение: Образование, профессии и меняющийся мир труда: понимание устного и письменного текста — 1 ч / Письменная речь, межкультурная практика и проект: Образование, профессии и меняющийся мир труда: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проводить интервью, объяснять критерии выбора и сопоставлять варианты по заданным параметрам; образовательный маршрут, компетенция, профессия, рынок труда, задача, команда, развитие и этика; future forms; conditionals; gerund/infinitive; defining and non-defining relative clauses; понимание интервью и презентации; чтение объявления, статьи и сравнительной таблицы; профиль вымышленного проекта, мотивационное сообщение учебного характера и устная защита выбора.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профессии и меняющийся мир труда: говорение и произношение — 1 ч / Тематическая лексика и речевой этикет: Образование, профессии и меняющийся мир труда: лексика и формулы общения — 1 ч / Грамматика в коммуникации: Образование, профессии и меняющийся мир труда: грамматические средства — 1 ч / Аудирование и смысловое чтение: Образование, профессии и меняющийся мир труда: понимание устного и письменного текста — 1 ч / Письменная речь, межкультурная практика и проект: Образование, профессии и меняющийся мир труда: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проводить интервью, объяснять критерии выбора и сопоставлять варианты по заданным параметрам; образовательный маршрут, компетенция, профессия, рынок труда, задача, команда, развитие и этика; future forms; conditionals; gerund/infinitive; defining and non-defining relative clauses; понимание интервью и презентации; чтение объявления, статьи и сравнительной таблицы; профиль вымышленного проекта, мотивационное сообщение учебного характера и устная защита выбора.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профессии и меняющийся мир труда: говорение и произношение — 1 ч / Тематическая лексика и речевой этикет: Образование, профессии и меняющийся мир труда: лексика и формулы общения — 1 ч / Грамматика в коммуникации: Образование, профессии и меняющийся мир труда: грамматические средства — 1 ч / Аудирование и смысловое чтение: Образование, профессии и меняющийся мир труда: понимание устного и письменного текста — 1 ч / Письменная речь, межкультурная практика и проект: Образование, профессии и меняющийся мир труда: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проводить интервью, объяснять критерии выбора и сопоставлять варианты по заданным параметрам; образовательный маршрут, компетенция, профессия, рынок труда, задача, команда, развитие и этика; future forms; conditionals; gerund/infinitive; defining and non-defining relative clauses; понимание интервью и презентации; чтение объявления, статьи и сравнительной таблицы; профиль вымышленного проекта, мотивационное сообщение учебного характера и устная защита выбора.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Образование, профессии и меняющийся мир труда: говорение и произношение — 1 ч / Тематическая лексика и речевой этикет: Образование, профессии и меняющийся мир труда: лексика и формулы общения — 1 ч / Грамматика в коммуникации: Образование, профессии и меняющийся мир труда: грамматические средства — 1 ч / Аудирование и смысловое чтение: Образование, профессии и меняющийся мир труда: понимание устного и письменного текста — 1 ч / Письменная речь, межкультурная практика и проект: Образование, профессии и меняющийся мир труда: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проводить интервью, объяснять критерии выбора и сопоставлять варианты по заданным параметрам; образовательный маршрут, компетенция, профессия, рынок труда, задача, команда, развитие и этика; future forms; conditionals; gerund/infinitive; defining and non-defining relative clauses; понимание интервью и презентации; чтение объявления, статьи и сравнительной таблицы; профиль вымышленного проекта, мотивационное сообщение учебного характера и устная защита выбора.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технология и границы доказательства: говорение и произношение — 1 ч / Тематическая лексика и речевой этикет: Наука, технология и границы доказательства: лексика и формулы общения — 1 ч / Грамматика в коммуникации: Наука, технология и границы доказательства: грамматические средства — 1 ч / Аудирование и смысловое чтение: Наука, технология и границы доказательства: понимание устного и письменного текста — 1 ч / Письменная речь, межкультурная практика и проект: Наука, технология и границы доказательства: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гипотезу, ход проверки и ограничения результата; различать предположение и установленный факт; исследование, переменная, измерение, выборка, корреляция, причина, доказательство и погрешность; passive structures; modal verbs of deduction; participle clauses на ознакомительном уровне; понимание научно-популярного сообщения; чтение статьи, графика и описания эксперимента; аннотация безопасного исследования, описание данных и устное объяснение границ вывода.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технология и границы доказательства: говорение и произношение — 1 ч / Тематическая лексика и речевой этикет: Наука, технология и границы доказательства: лексика и формулы общения — 1 ч / Грамматика в коммуникации: Наука, технология и границы доказательства: грамматические средства — 1 ч / Аудирование и смысловое чтение: Наука, технология и границы доказательства: понимание устного и письменного текста — 1 ч / Письменная речь, межкультурная практика и проект: Наука, технология и границы доказательства: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гипотезу, ход проверки и ограничения результата; различать предположение и установленный факт; исследование, переменная, измерение, выборка, корреляция, причина, доказательство и погрешность; passive structures; modal verbs of deduction; participle clauses на ознакомительном уровне; понимание научно-популярного сообщения; чтение статьи, графика и описания эксперимента; аннотация безопасного исследования, описание данных и устное объяснение границ вывода.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технология и границы доказательства: говорение и произношение — 1 ч / Тематическая лексика и речевой этикет: Наука, технология и границы доказательства: лексика и формулы общения — 1 ч / Грамматика в коммуникации: Наука, технология и границы доказательства: грамматические средства — 1 ч / Аудирование и смысловое чтение: Наука, технология и границы доказательства: понимание устного и письменного текста — 1 ч / Письменная речь, межкультурная практика и проект: Наука, технология и границы доказательства: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гипотезу, ход проверки и ограничения результата; различать предположение и установленный факт; исследование, переменная, измерение, выборка, корреляция, причина, доказательство и погрешность; passive structures; modal verbs of deduction; participle clauses на ознакомительном уровне; понимание научно-популярного сообщения; чтение статьи, графика и описания эксперимента; аннотация безопасного исследования, описание данных и устное объяснение границ вывода.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технология и границы доказательства: говорение и произношение — 1 ч / Тематическая лексика и речевой этикет: Наука, технология и границы доказательства: лексика и формулы общения — 1 ч / Грамматика в коммуникации: Наука, технология и границы доказательства: грамматические средства — 1 ч / Аудирование и смысловое чтение: Наука, технология и границы доказательства: понимание устного и письменного текста — 1 ч / Письменная речь, межкультурная практика и проект: Наука, технология и границы доказательства: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гипотезу, ход проверки и ограничения результата; различать предположение и установленный факт; исследование, переменная, измерение, выборка, корреляция, причина, доказательство и погрешность; passive structures; modal verbs of deduction; participle clauses на ознакомительном уровне; понимание научно-популярного сообщения; чтение статьи, графика и описания эксперимента; аннотация безопасного исследования, описание данных и устное объяснение границ вывода.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реклама и работа с данными: говорение и произношение — 1 ч / Тематическая лексика и речевой этикет: Медиа, реклама и работа с данными: лексика и формулы общения — 1 ч / Грамматика в коммуникации: Медиа, реклама и работа с данными: грамматические средства — 1 ч / Аудирование и смысловое чтение: Медиа, реклама и работа с данными: понимание устного и письменного текста — 1 ч / Письменная речь, межкультурная практика и проект: Медиа, реклама и работа с данными: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воздействие сообщения, выявлять предположение и задавать проверочные вопросы; медиа, аудитория, цель, реклама, статистика, визуализация, выборка, манипуляция и источник; reported speech; passive voice; clauses of contrast and result; quantifiers in data commentary; понимание рекламного и информационного сообщения; чтение инфографики и двух версий новости; письменный анализ медиафрагмента, нейтральная редактура заголовка и презентация проверки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реклама и работа с данными: говорение и произношение — 1 ч / Тематическая лексика и речевой этикет: Медиа, реклама и работа с данными: лексика и формулы общения — 1 ч / Грамматика в коммуникации: Медиа, реклама и работа с данными: грамматические средства — 1 ч / Аудирование и смысловое чтение: Медиа, реклама и работа с данными: понимание устного и письменного текста — 1 ч / Письменная речь, межкультурная практика и проект: Медиа, реклама и работа с данными: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воздействие сообщения, выявлять предположение и задавать проверочные вопросы; медиа, аудитория, цель, реклама, статистика, визуализация, выборка, манипуляция и источник; reported speech; passive voice; clauses of contrast and result; quantifiers in data commentary; понимание рекламного и информационного сообщения; чтение инфографики и двух версий новости; письменный анализ медиафрагмента, нейтральная редактура заголовка и презентация проверки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реклама и работа с данными: говорение и произношение — 1 ч / Тематическая лексика и речевой этикет: Медиа, реклама и работа с данными: лексика и формулы общения — 1 ч / Грамматика в коммуникации: Медиа, реклама и работа с данными: грамматические средства — 1 ч / Аудирование и смысловое чтение: Медиа, реклама и работа с данными: понимание устного и письменного текста — 1 ч / Письменная речь, межкультурная практика и проект: Медиа, реклама и работа с данными: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воздействие сообщения, выявлять предположение и задавать проверочные вопросы; медиа, аудитория, цель, реклама, статистика, визуализация, выборка, манипуляция и источник; reported speech; passive voice; clauses of contrast and result; quantifiers in data commentary; понимание рекламного и информационного сообщения; чтение инфографики и двух версий новости; письменный анализ медиафрагмента, нейтральная редактура заголовка и презентация проверки данных.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Медиа, реклама и работа с данными: говорение и произношение — 1 ч / Тематическая лексика и речевой этикет: Медиа, реклама и работа с данными: лексика и формулы общения — 1 ч / Грамматика в коммуникации: Медиа, реклама и работа с данными: грамматические средства — 1 ч / Аудирование и смысловое чтение: Медиа, реклама и работа с данными: понимание устного и письменного текста — 1 ч / Письменная речь, межкультурная практика и проект: Медиа, реклама и работа с данными: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воздействие сообщения, выявлять предположение и задавать проверочные вопросы; медиа, аудитория, цель, реклама, статистика, визуализация, выборка, манипуляция и источник; reported speech; passive voice; clauses of contrast and result; quantifiers in data commentary; понимание рекламного и информационного сообщения; чтение инфографики и двух версий новости; письменный анализ медиафрагмента, нейтральная редактура заголовка и презентация проверки данных.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Экология и глобальные взаимосвязи: говорение и произношение — 1 ч / Тематическая лексика и речевой этикет: Экология и глобальные взаимосвязи: лексика и формулы общения — 1 ч / Грамматика в коммуникации: Экология и глобальные взаимосвязи: грамматические средства — 1 ч / Аудирование и смысловое чтение: Экология и глобальные взаимосвязи: понимание устного и письменного текста — 1 ч / Письменная речь, межкультурная практика и проект: Экология и глобальные взаимосвязи: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системную проблему, видеть интересы сторон и формулировать выполнимое предложение; климат, энергия, биоразнообразие, потребление, политика, экономика, риск и адаптация; mixed conditionals на ознакомительном уровне; modals; cause/concession clauses; passive forms; понимание экспертного комментария; чтение статьи, карты и набора статистических данных; позиционная записка по учебному кейсу, дискуссия сторон и проект решения с указанием ограничений.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Экология и глобальные взаимосвязи: говорение и произношение — 1 ч / Тематическая лексика и речевой этикет: Экология и глобальные взаимосвязи: лексика и формулы общения — 1 ч / Грамматика в коммуникации: Экология и глобальные взаимосвязи: грамматические средства — 1 ч / Аудирование и смысловое чтение: Экология и глобальные взаимосвязи: понимание устного и письменного текста — 1 ч / Письменная речь, межкультурная практика и проект: Экология и глобальные взаимосвязи: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системную проблему, видеть интересы сторон и формулировать выполнимое предложение; климат, энергия, биоразнообразие, потребление, политика, экономика, риск и адаптация; mixed conditionals на ознакомительном уровне; modals; cause/concession clauses; passive forms; понимание экспертного комментария; чтение статьи, карты и набора статистических данных; позиционная записка по учебному кейсу, дискуссия сторон и проект решения с указанием ограничений.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Экология и глобальные взаимосвязи: говорение и произношение — 1 ч / Тематическая лексика и речевой этикет: Экология и глобальные взаимосвязи: лексика и формулы общения — 1 ч / Грамматика в коммуникации: Экология и глобальные взаимосвязи: грамматические средства — 1 ч / Аудирование и смысловое чтение: Экология и глобальные взаимосвязи: понимание устного и письменного текста — 1 ч / Письменная речь, межкультурная практика и проект: Экология и глобальные взаимосвязи: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системную проблему, видеть интересы сторон и формулировать выполнимое предложение; климат, энергия, биоразнообразие, потребление, политика, экономика, риск и адаптация; mixed conditionals на ознакомительном уровне; modals; cause/concession clauses; passive forms; понимание экспертного комментария; чтение статьи, карты и набора статистических данных; позиционная записка по учебному кейсу, дискуссия сторон и проект решения с указанием ограничений.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Экология и глобальные взаимосвязи: говорение и произношение — 1 ч / Тематическая лексика и речевой этикет: Экология и глобальные взаимосвязи: лексика и формулы общения — 1 ч / Грамматика в коммуникации: Экология и глобальные взаимосвязи: грамматические средства — 1 ч / Аудирование и смысловое чтение: Экология и глобальные взаимосвязи: понимание устного и письменного текста — 1 ч / Письменная речь, межкультурная практика и проект: Экология и глобальные взаимосвязи: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системную проблему, видеть интересы сторон и формулировать выполнимое предложение; климат, энергия, биоразнообразие, потребление, политика, экономика, риск и адаптация; mixed conditionals на ознакомительном уровне; modals; cause/concession clauses; passive forms; понимание экспертного комментария; чтение статьи, карты и набора статистических данных; позиционная записка по учебному кейсу, дискуссия сторон и проект решения с указанием ограничений.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литература и интерпретация: говорение и произношение — 1 ч / Тематическая лексика и речевой этикет: Культура, литература и интерпретация: лексика и формулы общения — 1 ч / Грамматика в коммуникации: Культура, литература и интерпретация: грамматические средства — 1 ч / Аудирование и смысловое чтение: Культура, литература и интерпретация: понимание устного и письменного текста — 1 ч / Письменная речь, межкультурная практика и проект: Культура, литература и интерпретация: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интерпретировать фрагмент, приводить текстовое доказательство и сопоставлять читательские версии; жанр, образ, конфликт, символ, авторская позиция, контекст, интерпретация и цитата; narrative tenses; reported speech; complex noun phrases; linking devices for interpretation; понимание чтения/исполнения фрагмента; чтение адаптированного художественного и критического текста; письменный отклик, устная интерпретация и творческая адаптация с уважением авторских прав.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литература и интерпретация: говорение и произношение — 1 ч / Тематическая лексика и речевой этикет: Культура, литература и интерпретация: лексика и формулы общения — 1 ч / Грамматика в коммуникации: Культура, литература и интерпретация: грамматические средства — 1 ч / Аудирование и смысловое чтение: Культура, литература и интерпретация: понимание устного и письменного текста — 1 ч / Письменная речь, межкультурная практика и проект: Культура, литература и интерпретация: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интерпретировать фрагмент, приводить текстовое доказательство и сопоставлять читательские версии; жанр, образ, конфликт, символ, авторская позиция, контекст, интерпретация и цитата; narrative tenses; reported speech; complex noun phrases; linking devices for interpretation; понимание чтения/исполнения фрагмента; чтение адаптированного художественного и критического текста; письменный отклик, устная интерпретация и творческая адаптация с уважением авторских прав.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литература и интерпретация: говорение и произношение — 1 ч / Тематическая лексика и речевой этикет: Культура, литература и интерпретация: лексика и формулы общения — 1 ч / Грамматика в коммуникации: Культура, литература и интерпретация: грамматические средства — 1 ч / Аудирование и смысловое чтение: Культура, литература и интерпретация: понимание устного и письменного текста — 1 ч / Письменная речь, межкультурная практика и проект: Культура, литература и интерпретация: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интерпретировать фрагмент, приводить текстовое доказательство и сопоставлять читательские версии; жанр, образ, конфликт, символ, авторская позиция, контекст, интерпретация и цитата; narrative tenses; reported speech; complex noun phrases; linking devices for interpretation; понимание чтения/исполнения фрагмента; чтение адаптированного художественного и критического текста; письменный отклик, устная интерпретация и творческая адаптация с уважением авторских прав.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литература и интерпретация: говорение и произношение — 1 ч / Тематическая лексика и речевой этикет: Культура, литература и интерпретация: лексика и формулы общения — 1 ч / Грамматика в коммуникации: Культура, литература и интерпретация: грамматические средства — 1 ч / Аудирование и смысловое чтение: Культура, литература и интерпретация: понимание устного и письменного текста — 1 ч / Письменная речь, межкультурная практика и проект: Культура, литература и интерпретация: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интерпретировать фрагмент, приводить текстовое доказательство и сопоставлять читательские версии; жанр, образ, конфликт, символ, авторская позиция, контекст, интерпретация и цитата; narrative tenses; reported speech; complex noun phrases; linking devices for interpretation; понимание чтения/исполнения фрагмента; чтение адаптированного художественного и критического текста; письменный отклик, устная интерпретация и творческая адаптация с уважением авторских прав.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международное взаимодействие и решение проблемы: говорение и произношение — 1 ч / Тематическая лексика и речевой этикет: Путешествие, международное взаимодействие и решение проблемы: лексика и формулы общения — 1 ч / Грамматика в коммуникации: Путешествие, международное взаимодействие и решение проблемы: грамматические средства — 1 ч / Аудирование и смысловое чтение: Путешествие, международное взаимодействие и решение проблемы: понимание устного и письменного текста — 1 ч / Письменная речь, межкультурная практика и проект: Путешествие, международное взаимодействие и решение проблемы: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достигать договорённости в сложной бытовой ситуации, объяснять правило и предлагать альтернативу; маршрут, документ, сервис, культурная норма, конфликт ожиданий, компенсация и решение; indirect questions; conditionals; modals; formal and informal register; понимание объявления и проблемного диалога; чтение правил, отзыва и официального сообщения; формальное обращение учебного характера, ролевая переговорная ситуация и памятка культурной адаптации.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международное взаимодействие и решение проблемы: говорение и произношение — 1 ч / Тематическая лексика и речевой этикет: Путешествие, международное взаимодействие и решение проблемы: лексика и формулы общения — 1 ч / Грамматика в коммуникации: Путешествие, международное взаимодействие и решение проблемы: грамматические средства — 1 ч / Аудирование и смысловое чтение: Путешествие, международное взаимодействие и решение проблемы: понимание устного и письменного текста — 1 ч / Письменная речь, межкультурная практика и проект: Путешествие, международное взаимодействие и решение проблемы: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достигать договорённости в сложной бытовой ситуации, объяснять правило и предлагать альтернативу; маршрут, документ, сервис, культурная норма, конфликт ожиданий, компенсация и решение; indirect questions; conditionals; modals; formal and informal register; понимание объявления и проблемного диалога; чтение правил, отзыва и официального сообщения; формальное обращение учебного характера, ролевая переговорная ситуация и памятка культурной адаптации.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международное взаимодействие и решение проблемы: говорение и произношение — 1 ч / Тематическая лексика и речевой этикет: Путешествие, международное взаимодействие и решение проблемы: лексика и формулы общения — 1 ч / Грамматика в коммуникации: Путешествие, международное взаимодействие и решение проблемы: грамматические средства — 1 ч / Аудирование и смысловое чтение: Путешествие, международное взаимодействие и решение проблемы: понимание устного и письменного текста — 1 ч / Письменная речь, межкультурная практика и проект: Путешествие, международное взаимодействие и решение проблемы: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достигать договорённости в сложной бытовой ситуации, объяснять правило и предлагать альтернативу; маршрут, документ, сервис, культурная норма, конфликт ожиданий, компенсация и решение; indirect questions; conditionals; modals; formal and informal register; понимание объявления и проблемного диалога; чтение правил, отзыва и официального сообщения; формальное обращение учебного характера, ролевая переговорная ситуация и памятка культурной адаптации.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Путешествие, международное взаимодействие и решение проблемы: говорение и произношение — 1 ч / Тематическая лексика и речевой этикет: Путешествие, международное взаимодействие и решение проблемы: лексика и формулы общения — 1 ч / Грамматика в коммуникации: Путешествие, международное взаимодействие и решение проблемы: грамматические средства — 1 ч / Аудирование и смысловое чтение: Путешествие, международное взаимодействие и решение проблемы: понимание устного и письменного текста — 1 ч / Письменная речь, межкультурная практика и проект: Путешествие, международное взаимодействие и решение проблемы: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достигать договорённости в сложной бытовой ситуации, объяснять правило и предлагать альтернативу; маршрут, документ, сервис, культурная норма, конфликт ожиданий, компенсация и решение; indirect questions; conditionals; modals; formal and informal register; понимание объявления и проблемного диалога; чтение правил, отзыва и официального сообщения; формальное обращение учебного характера, ролевая переговорная ситуация и памятка культурной адаптации.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Итоговый проект: аналитическое выступление: говорение и произношение — 1 ч / Тематическая лексика и речевой этикет: Итоговый проект: аналитическое выступление: лексика и формулы общения — 1 ч / Грамматика в коммуникации: Итоговый проект: аналитическое выступление: грамматические средства — 1 ч / Аудирование и смысловое чтение: Итоговый проект: аналитическое выступление: понимание устного и письменного текста — 1 ч / Письменная речь, межкультурная практика и проект: Итоговый проект: аналитическое выступление: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тезис и доказательства, реагировать на вопрос и отделять факт от собственной оценки; лексика выбранной межпредметной темы, тезис, аргумент, контраргумент, данные, источник и вывод; систематизация времён, пассива, косвенной речи, условных, модальных и сложноподчинённых конструкций; понимание доклада и вопросов; чтение нескольких источников с сопоставлением информации; аналитический текст, устное выступление, наглядный материал, ответы на вопросы и рефлексия.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Итоговый проект: аналитическое выступление: говорение и произношение — 1 ч / Тематическая лексика и речевой этикет: Итоговый проект: аналитическое выступление: лексика и формулы общения — 1 ч / Грамматика в коммуникации: Итоговый проект: аналитическое выступление: грамматические средства — 1 ч / Аудирование и смысловое чтение: Итоговый проект: аналитическое выступление: понимание устного и письменного текста — 1 ч / Письменная речь, межкультурная практика и проект: Итоговый проект: аналитическое выступление: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тезис и доказательства, реагировать на вопрос и отделять факт от собственной оценки; лексика выбранной межпредметной темы, тезис, аргумент, контраргумент, данные, источник и вывод; систематизация времён, пассива, косвенной речи, условных, модальных и сложноподчинённых конструкций; понимание доклада и вопросов; чтение нескольких источников с сопоставлением информации; аналитический текст, устное выступление, наглядный материал, ответы на вопросы и рефлексия.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Итоговый проект: аналитическое выступление: говорение и произношение — 1 ч / Тематическая лексика и речевой этикет: Итоговый проект: аналитическое выступление: лексика и формулы общения — 1 ч / Грамматика в коммуникации: Итоговый проект: аналитическое выступление: грамматические средства — 1 ч / Аудирование и смысловое чтение: Итоговый проект: аналитическое выступление: понимание устного и письменного текста — 1 ч / Письменная речь, межкультурная практика и проект: Итоговый проект: аналитическое выступление: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тезис и доказательства, реагировать на вопрос и отделять факт от собственной оценки; лексика выбранной межпредметной темы, тезис, аргумент, контраргумент, данные, источник и вывод; систематизация времён, пассива, косвенной речи, условных, модальных и сложноподчинённых конструкций; понимание доклада и вопросов; чтение нескольких источников с сопоставлением информации; аналитический текст, устное выступление, наглядный материал, ответы на вопросы и рефлексия.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Итоговый проект: аналитическое выступление: говорение и произношение — 1 ч / Тематическая лексика и речевой этикет: Итоговый проект: аналитическое выступление: лексика и формулы общения — 1 ч / Грамматика в коммуникации: Итоговый проект: аналитическое выступление: грамматические средства — 1 ч / Аудирование и смысловое чтение: Итоговый проект: аналитическое выступление: понимание устного и письменного текста — 1 ч / Письменная речь, межкультурная практика и проект: Итоговый проект: аналитическое выступление: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представлять тезис и доказательства, реагировать на вопрос и отделять факт от собственной оценки; лексика выбранной межпредметной темы, тезис, аргумент, контраргумент, данные, источник и вывод; систематизация времён, пассива, косвенной речи, условных, модальных и сложноподчинённых конструкций; понимание доклада и вопросов; чтение нескольких источников с сопоставлением информации; аналитический текст, устное выступление, наглядный материал, ответы на вопросы и рефлексия.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10.9. Модуль 9: 15–16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неделю; продолжительность занятия —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УСТНАЯ КОММУНИКАЦИЯ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Коммуникация в реальных и учебно-профессиональных ситуациях: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адаптировать регистр, уточнять задачу, договариваться о результате и подводить итог разговора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Гражданское участие и жизнь сообщества: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обсуждать общественную инициативу, учитывать позиции сторон и формулировать корректное предложение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общество и ответственное решение: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объяснять научную информацию неспециалисту, обозначать неопределённость и этическое ограничение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среда и проверка утверждений: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задавать критические вопросы, нейтрально пересказывать позицию и объяснять результат проверки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Глобальные вызовы и сценарии будущего: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строить сценарий, обсуждать последствия и предлагать критерии оценки решения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язык и межкультурный диалог: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объяснять культурно обусловленную формулировку, избегать стереотипа и находить понятный эквивалент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Самообразование и индивидуальная языковая стратегия: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ставить реалистичную цель, запрашивать обратную связь и объяснять выбор учебного способа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аттестация: межкультурная коммуникация и проект: говорение и произношение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вести подготовленный и частично неподготовленный диалог, выступать по плану и отвечать на вопросы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ТЕМАТИЧЕСКАЯ ЛЕКСИКА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Коммуникация в реальных и учебно-профессиональных ситуациях: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цель общения, роль, срок, критерий, ответственность, уточнение, итог и обратная связь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Гражданское участие и жизнь сообщества: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сообщество, инициатива, право, обязанность, доступность, участие, волонтёрство и общественный интерес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общество и ответственное решение: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инновация, исследование, риск, польза, этика, данные, эксперт, общество и регулирование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среда и проверка утверждений: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утверждение, первоисточник, контекст, доказательство, статистика, ошибка, предвзятость и верификация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Глобальные вызовы и сценарии будущего: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климат, миграция, технология, ресурс, безопасность, неравенство, сотрудничество и сценарий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язык и межкультурный диалог: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норма, вариант языка, контекст, идентичность, перевод, культурная отсылка и этикет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Самообразование и индивидуальная языковая стратегия: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языковой навык, цель, критерий, ресурс, стратегия, повторение, обратная связь и прогресс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аттестация: межкультурная коммуникация и проект: лексика и формулы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тематической и академической лексики программы, компенсаторные формулы и связки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ГРАММАТИКА В КОММУНИКАЦИИ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Коммуникация в реальных и учебно-профессиональных ситуациях: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functional review of tense forms; modal verbs; indirect questions; formal/informal register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Гражданское участие и жизнь сообщества: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passive voice; conditionals; modals of obligation/permission; clauses of purpose and concession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общество и ответственное решение: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passive and causative structures на доступном уровне; modals of deduction; complex clauses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среда и проверка утверждений: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reported speech; passive voice; hedging language; clauses of contrast and result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Глобальные вызовы и сценарии будущего: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conditionals including mixed patterns на практическом уровне; future in the past; modals and hedging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язык и межкультурный диалог: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complex noun phrases; relative and participle clauses; discourse markers; register variation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Самообразование и индивидуальная языковая стратегия: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индивидуальное повторение проблемных конструкций; word formation; cohesion and coherence devices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аттестация: межкультурная коммуникация и проект: грамматические средства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систематизация ключевых грамматических средств модулей 1–9 с приоритетом понятности и уместности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АУДИРОВАНИЕ И СМЫСЛОВОЕ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Коммуникация в реальных и учебно-профессиональных ситуациях: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переговорного диалога и инструкции; чтение делового сообщения и проектного задания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Гражданское участие и жизнь сообщества: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публичного сообщения; чтение объявления, правил и нескольких мнений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общество и ответственное решение: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экспертного интервью; чтение научно-популярного и общественного комментария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среда и проверка утверждений: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новостного обсуждения; чтение нескольких текстов и сопоставление данных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Глобальные вызовы и сценарии будущего: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аналитического комментария; чтение статьи, карты, диаграммы и прогноза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язык и межкультурный диалог: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фрагментов разных вариантов английской речи; чтение эссе и культурного комментария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Самообразование и индивидуальная языковая стратегия: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методического объяснения; чтение инструкции, словарной статьи и справочного материала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аттестация: межкультурная коммуникация и проект: понимание устного и письменного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понимание аутентизированного аудиотекста и чтение нескольких текстов разных форматов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ПИСЬМЕННАЯ РЕЧЬ, МЕЖКУЛЬТУРНАЯ ПРАКТИКА И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32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Коммуникация в реальных и учебно-профессиональных ситуациях: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электронное письмо учебного характера, протокол договорённости и ролевая встреча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Гражданское участие и жизнь сообщества: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проект локальной инициативы, письменное обращение учебного характера и публичная презентация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Наука, общество и ответственное решение: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популярное объяснение, матрица аргументов и обсуждение решения с фиксацией ограничений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Информационная среда и проверка утверждений: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проверка учебного утверждения, письменный отчёт и устное объяснение без повторного распространения ложной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Глобальные вызовы и сценарии будущего: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сценарный текст, устные переговоры сторон и совместная рекомендация с указанием неопределённости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Культура, язык и межкультурный диалог: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сопоставительный комментарий, переводческое решение учебного характера и модерируемый диалог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Самообразование и индивидуальная языковая стратегия: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личный учебный план без обещания уровня, диагностическая работа и рефлексивное письмо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аттестация: межкультурная коммуникация и проект: письменный и проектный продукт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письменный текст и проект, устная защита, диалог, самооценка и план дальнейшего изучения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Все виды контроля, письма, чтения, аудирования и проектной работы входят в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5550"/>
        <w:gridCol w:w="377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Неделя</w:t>
            </w:r>
          </w:p>
        </w:tc>
        <w:tc>
          <w:tcPr>
            <w:tcW w:type="dxa" w:w="55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Содержательные линии: темы и часы</w:t>
            </w:r>
          </w:p>
        </w:tc>
        <w:tc>
          <w:tcPr>
            <w:tcW w:type="dxa" w:w="37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Коммуникация в реальных и учебно-профессиональных ситуациях: говорение и произношение — 1 ч / Тематическая лексика и речевой этикет: Коммуникация в реальных и учебно-профессиональных ситуациях: лексика и формулы общения — 1 ч / Грамматика в коммуникации: Коммуникация в реальных и учебно-профессиональных ситуациях: грамматические средства — 1 ч / Аудирование и смысловое чтение: Коммуникация в реальных и учебно-профессиональных ситуациях: понимание устного и письменного текста — 1 ч / Письменная речь, межкультурная практика и проект: Коммуникация в реальных и учебно-профессиональных ситуациях: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адаптировать регистр, уточнять задачу, договариваться о результате и подводить итог разговора; цель общения, роль, срок, критерий, ответственность, уточнение, итог и обратная связь; functional review of tense forms; modal verbs; indirect questions; formal/informal register; понимание переговорного диалога и инструкции; чтение делового сообщения и проектного задания; электронное письмо учебного характера, протокол договорённости и ролевая встреча.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Коммуникация в реальных и учебно-профессиональных ситуациях: говорение и произношение — 1 ч / Тематическая лексика и речевой этикет: Коммуникация в реальных и учебно-профессиональных ситуациях: лексика и формулы общения — 1 ч / Грамматика в коммуникации: Коммуникация в реальных и учебно-профессиональных ситуациях: грамматические средства — 1 ч / Аудирование и смысловое чтение: Коммуникация в реальных и учебно-профессиональных ситуациях: понимание устного и письменного текста — 1 ч / Письменная речь, межкультурная практика и проект: Коммуникация в реальных и учебно-профессиональных ситуациях: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адаптировать регистр, уточнять задачу, договариваться о результате и подводить итог разговора; цель общения, роль, срок, критерий, ответственность, уточнение, итог и обратная связь; functional review of tense forms; modal verbs; indirect questions; formal/informal register; понимание переговорного диалога и инструкции; чтение делового сообщения и проектного задания; электронное письмо учебного характера, протокол договорённости и ролевая встреча.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Коммуникация в реальных и учебно-профессиональных ситуациях: говорение и произношение — 1 ч / Тематическая лексика и речевой этикет: Коммуникация в реальных и учебно-профессиональных ситуациях: лексика и формулы общения — 1 ч / Грамматика в коммуникации: Коммуникация в реальных и учебно-профессиональных ситуациях: грамматические средства — 1 ч / Аудирование и смысловое чтение: Коммуникация в реальных и учебно-профессиональных ситуациях: понимание устного и письменного текста — 1 ч / Письменная речь, межкультурная практика и проект: Коммуникация в реальных и учебно-профессиональных ситуациях: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адаптировать регистр, уточнять задачу, договариваться о результате и подводить итог разговора; цель общения, роль, срок, критерий, ответственность, уточнение, итог и обратная связь; functional review of tense forms; modal verbs; indirect questions; formal/informal register; понимание переговорного диалога и инструкции; чтение делового сообщения и проектного задания; электронное письмо учебного характера, протокол договорённости и ролевая встреча.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Коммуникация в реальных и учебно-профессиональных ситуациях: говорение и произношение — 1 ч / Тематическая лексика и речевой этикет: Коммуникация в реальных и учебно-профессиональных ситуациях: лексика и формулы общения — 1 ч / Грамматика в коммуникации: Коммуникация в реальных и учебно-профессиональных ситуациях: грамматические средства — 1 ч / Аудирование и смысловое чтение: Коммуникация в реальных и учебно-профессиональных ситуациях: понимание устного и письменного текста — 1 ч / Письменная речь, межкультурная практика и проект: Коммуникация в реальных и учебно-профессиональных ситуациях: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адаптировать регистр, уточнять задачу, договариваться о результате и подводить итог разговора; цель общения, роль, срок, критерий, ответственность, уточнение, итог и обратная связь; functional review of tense forms; modal verbs; indirect questions; formal/informal register; понимание переговорного диалога и инструкции; чтение делового сообщения и проектного задания; электронное письмо учебного характера, протокол договорённости и ролевая встреча.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Гражданское участие и жизнь сообщества: говорение и произношение — 1 ч / Тематическая лексика и речевой этикет: Гражданское участие и жизнь сообщества: лексика и формулы общения — 1 ч / Грамматика в коммуникации: Гражданское участие и жизнь сообщества: грамматические средства — 1 ч / Аудирование и смысловое чтение: Гражданское участие и жизнь сообщества: понимание устного и письменного текста — 1 ч / Письменная речь, межкультурная практика и проект: Гражданское участие и жизнь сообщества: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общественную инициативу, учитывать позиции сторон и формулировать корректное предложение; сообщество, инициатива, право, обязанность, доступность, участие, волонтёрство и общественный интерес; passive voice; conditionals; modals of obligation/permission; clauses of purpose and concession; понимание публичного сообщения; чтение объявления, правил и нескольких мнений; проект локальной инициативы, письменное обращение учебного характера и публичная презентация.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Гражданское участие и жизнь сообщества: говорение и произношение — 1 ч / Тематическая лексика и речевой этикет: Гражданское участие и жизнь сообщества: лексика и формулы общения — 1 ч / Грамматика в коммуникации: Гражданское участие и жизнь сообщества: грамматические средства — 1 ч / Аудирование и смысловое чтение: Гражданское участие и жизнь сообщества: понимание устного и письменного текста — 1 ч / Письменная речь, межкультурная практика и проект: Гражданское участие и жизнь сообщества: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общественную инициативу, учитывать позиции сторон и формулировать корректное предложение; сообщество, инициатива, право, обязанность, доступность, участие, волонтёрство и общественный интерес; passive voice; conditionals; modals of obligation/permission; clauses of purpose and concession; понимание публичного сообщения; чтение объявления, правил и нескольких мнений; проект локальной инициативы, письменное обращение учебного характера и публичная презентация.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Гражданское участие и жизнь сообщества: говорение и произношение — 1 ч / Тематическая лексика и речевой этикет: Гражданское участие и жизнь сообщества: лексика и формулы общения — 1 ч / Грамматика в коммуникации: Гражданское участие и жизнь сообщества: грамматические средства — 1 ч / Аудирование и смысловое чтение: Гражданское участие и жизнь сообщества: понимание устного и письменного текста — 1 ч / Письменная речь, межкультурная практика и проект: Гражданское участие и жизнь сообщества: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общественную инициативу, учитывать позиции сторон и формулировать корректное предложение; сообщество, инициатива, право, обязанность, доступность, участие, волонтёрство и общественный интерес; passive voice; conditionals; modals of obligation/permission; clauses of purpose and concession; понимание публичного сообщения; чтение объявления, правил и нескольких мнений; проект локальной инициативы, письменное обращение учебного характера и публичная презентация.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Гражданское участие и жизнь сообщества: говорение и произношение — 1 ч / Тематическая лексика и речевой этикет: Гражданское участие и жизнь сообщества: лексика и формулы общения — 1 ч / Грамматика в коммуникации: Гражданское участие и жизнь сообщества: грамматические средства — 1 ч / Аудирование и смысловое чтение: Гражданское участие и жизнь сообщества: понимание устного и письменного текста — 1 ч / Письменная речь, межкультурная практика и проект: Гражданское участие и жизнь сообщества: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обсуждать общественную инициативу, учитывать позиции сторон и формулировать корректное предложение; сообщество, инициатива, право, обязанность, доступность, участие, волонтёрство и общественный интерес; passive voice; conditionals; modals of obligation/permission; clauses of purpose and concession; понимание публичного сообщения; чтение объявления, правил и нескольких мнений; проект локальной инициативы, письменное обращение учебного характера и публичная презентация.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общество и ответственное решение: говорение и произношение — 1 ч / Тематическая лексика и речевой этикет: Наука, общество и ответственное решение: лексика и формулы общения — 1 ч / Грамматика в коммуникации: Наука, общество и ответственное решение: грамматические средства — 1 ч / Аудирование и смысловое чтение: Наука, общество и ответственное решение: понимание устного и письменного текста — 1 ч / Письменная речь, межкультурная практика и проект: Наука, общество и ответственное решение: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научную информацию неспециалисту, обозначать неопределённость и этическое ограничение; инновация, исследование, риск, польза, этика, данные, эксперт, общество и регулирование; passive and causative structures на доступном уровне; modals of deduction; complex clauses; понимание экспертного интервью; чтение научно-популярного и общественного комментария; популярное объяснение, матрица аргументов и обсуждение решения с фиксацией ограничений.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общество и ответственное решение: говорение и произношение — 1 ч / Тематическая лексика и речевой этикет: Наука, общество и ответственное решение: лексика и формулы общения — 1 ч / Грамматика в коммуникации: Наука, общество и ответственное решение: грамматические средства — 1 ч / Аудирование и смысловое чтение: Наука, общество и ответственное решение: понимание устного и письменного текста — 1 ч / Письменная речь, межкультурная практика и проект: Наука, общество и ответственное решение: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научную информацию неспециалисту, обозначать неопределённость и этическое ограничение; инновация, исследование, риск, польза, этика, данные, эксперт, общество и регулирование; passive and causative structures на доступном уровне; modals of deduction; complex clauses; понимание экспертного интервью; чтение научно-популярного и общественного комментария; популярное объяснение, матрица аргументов и обсуждение решения с фиксацией ограничений.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общество и ответственное решение: говорение и произношение — 1 ч / Тематическая лексика и речевой этикет: Наука, общество и ответственное решение: лексика и формулы общения — 1 ч / Грамматика в коммуникации: Наука, общество и ответственное решение: грамматические средства — 1 ч / Аудирование и смысловое чтение: Наука, общество и ответственное решение: понимание устного и письменного текста — 1 ч / Письменная речь, межкультурная практика и проект: Наука, общество и ответственное решение: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научную информацию неспециалисту, обозначать неопределённость и этическое ограничение; инновация, исследование, риск, польза, этика, данные, эксперт, общество и регулирование; passive and causative structures на доступном уровне; modals of deduction; complex clauses; понимание экспертного интервью; чтение научно-популярного и общественного комментария; популярное объяснение, матрица аргументов и обсуждение решения с фиксацией ограничений.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Наука, общество и ответственное решение: говорение и произношение — 1 ч / Тематическая лексика и речевой этикет: Наука, общество и ответственное решение: лексика и формулы общения — 1 ч / Грамматика в коммуникации: Наука, общество и ответственное решение: грамматические средства — 1 ч / Аудирование и смысловое чтение: Наука, общество и ответственное решение: понимание устного и письменного текста — 1 ч / Письменная речь, межкультурная практика и проект: Наука, общество и ответственное решение: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научную информацию неспециалисту, обозначать неопределённость и этическое ограничение; инновация, исследование, риск, польза, этика, данные, эксперт, общество и регулирование; passive and causative structures на доступном уровне; modals of deduction; complex clauses; понимание экспертного интервью; чтение научно-популярного и общественного комментария; популярное объяснение, матрица аргументов и обсуждение решения с фиксацией ограничений.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Информационная среда и проверка утверждений: говорение и произношение — 1 ч / Тематическая лексика и речевой этикет: Информационная среда и проверка утверждений: лексика и формулы общения — 1 ч / Грамматика в коммуникации: Информационная среда и проверка утверждений: грамматические средства — 1 ч / Аудирование и смысловое чтение: Информационная среда и проверка утверждений: понимание устного и письменного текста — 1 ч / Письменная речь, межкультурная практика и проект: Информационная среда и проверка утверждений: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задавать критические вопросы, нейтрально пересказывать позицию и объяснять результат проверки; утверждение, первоисточник, контекст, доказательство, статистика, ошибка, предвзятость и верификация; reported speech; passive voice; hedging language; clauses of contrast and result; понимание новостного обсуждения; чтение нескольких текстов и сопоставление данных; проверка учебного утверждения, письменный отчёт и устное объяснение без повторного распространения ложной информации.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Информационная среда и проверка утверждений: говорение и произношение — 1 ч / Тематическая лексика и речевой этикет: Информационная среда и проверка утверждений: лексика и формулы общения — 1 ч / Грамматика в коммуникации: Информационная среда и проверка утверждений: грамматические средства — 1 ч / Аудирование и смысловое чтение: Информационная среда и проверка утверждений: понимание устного и письменного текста — 1 ч / Письменная речь, межкультурная практика и проект: Информационная среда и проверка утверждений: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задавать критические вопросы, нейтрально пересказывать позицию и объяснять результат проверки; утверждение, первоисточник, контекст, доказательство, статистика, ошибка, предвзятость и верификация; reported speech; passive voice; hedging language; clauses of contrast and result; понимание новостного обсуждения; чтение нескольких текстов и сопоставление данных; проверка учебного утверждения, письменный отчёт и устное объяснение без повторного распространения ложной информации.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Информационная среда и проверка утверждений: говорение и произношение — 1 ч / Тематическая лексика и речевой этикет: Информационная среда и проверка утверждений: лексика и формулы общения — 1 ч / Грамматика в коммуникации: Информационная среда и проверка утверждений: грамматические средства — 1 ч / Аудирование и смысловое чтение: Информационная среда и проверка утверждений: понимание устного и письменного текста — 1 ч / Письменная речь, межкультурная практика и проект: Информационная среда и проверка утверждений: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задавать критические вопросы, нейтрально пересказывать позицию и объяснять результат проверки; утверждение, первоисточник, контекст, доказательство, статистика, ошибка, предвзятость и верификация; reported speech; passive voice; hedging language; clauses of contrast and result; понимание новостного обсуждения; чтение нескольких текстов и сопоставление данных; проверка учебного утверждения, письменный отчёт и устное объяснение без повторного распространения ложной информации.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Информационная среда и проверка утверждений: говорение и произношение — 1 ч / Тематическая лексика и речевой этикет: Информационная среда и проверка утверждений: лексика и формулы общения — 1 ч / Грамматика в коммуникации: Информационная среда и проверка утверждений: грамматические средства — 1 ч / Аудирование и смысловое чтение: Информационная среда и проверка утверждений: понимание устного и письменного текста — 1 ч / Письменная речь, межкультурная практика и проект: Информационная среда и проверка утверждений: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задавать критические вопросы, нейтрально пересказывать позицию и объяснять результат проверки; утверждение, первоисточник, контекст, доказательство, статистика, ошибка, предвзятость и верификация; reported speech; passive voice; hedging language; clauses of contrast and result; понимание новостного обсуждения; чтение нескольких текстов и сопоставление данных; проверка учебного утверждения, письменный отчёт и устное объяснение без повторного распространения ложной информации.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Глобальные вызовы и сценарии будущего: говорение и произношение — 1 ч / Тематическая лексика и речевой этикет: Глобальные вызовы и сценарии будущего: лексика и формулы общения — 1 ч / Грамматика в коммуникации: Глобальные вызовы и сценарии будущего: грамматические средства — 1 ч / Аудирование и смысловое чтение: Глобальные вызовы и сценарии будущего: понимание устного и письменного текста — 1 ч / Письменная речь, межкультурная практика и проект: Глобальные вызовы и сценарии будущего: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сценарий, обсуждать последствия и предлагать критерии оценки решения; климат, миграция, технология, ресурс, безопасность, неравенство, сотрудничество и сценарий; conditionals including mixed patterns на практическом уровне; future in the past; modals and hedging; понимание аналитического комментария; чтение статьи, карты, диаграммы и прогноза; сценарный текст, устные переговоры сторон и совместная рекомендация с указанием неопределённости.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Глобальные вызовы и сценарии будущего: говорение и произношение — 1 ч / Тематическая лексика и речевой этикет: Глобальные вызовы и сценарии будущего: лексика и формулы общения — 1 ч / Грамматика в коммуникации: Глобальные вызовы и сценарии будущего: грамматические средства — 1 ч / Аудирование и смысловое чтение: Глобальные вызовы и сценарии будущего: понимание устного и письменного текста — 1 ч / Письменная речь, межкультурная практика и проект: Глобальные вызовы и сценарии будущего: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сценарий, обсуждать последствия и предлагать критерии оценки решения; климат, миграция, технология, ресурс, безопасность, неравенство, сотрудничество и сценарий; conditionals including mixed patterns на практическом уровне; future in the past; modals and hedging; понимание аналитического комментария; чтение статьи, карты, диаграммы и прогноза; сценарный текст, устные переговоры сторон и совместная рекомендация с указанием неопределённости.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Глобальные вызовы и сценарии будущего: говорение и произношение — 1 ч / Тематическая лексика и речевой этикет: Глобальные вызовы и сценарии будущего: лексика и формулы общения — 1 ч / Грамматика в коммуникации: Глобальные вызовы и сценарии будущего: грамматические средства — 1 ч / Аудирование и смысловое чтение: Глобальные вызовы и сценарии будущего: понимание устного и письменного текста — 1 ч / Письменная речь, межкультурная практика и проект: Глобальные вызовы и сценарии будущего: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сценарий, обсуждать последствия и предлагать критерии оценки решения; климат, миграция, технология, ресурс, безопасность, неравенство, сотрудничество и сценарий; conditionals including mixed patterns на практическом уровне; future in the past; modals and hedging; понимание аналитического комментария; чтение статьи, карты, диаграммы и прогноза; сценарный текст, устные переговоры сторон и совместная рекомендация с указанием неопределённости.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Глобальные вызовы и сценарии будущего: говорение и произношение — 1 ч / Тематическая лексика и речевой этикет: Глобальные вызовы и сценарии будущего: лексика и формулы общения — 1 ч / Грамматика в коммуникации: Глобальные вызовы и сценарии будущего: грамматические средства — 1 ч / Аудирование и смысловое чтение: Глобальные вызовы и сценарии будущего: понимание устного и письменного текста — 1 ч / Письменная речь, межкультурная практика и проект: Глобальные вызовы и сценарии будущего: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строить сценарий, обсуждать последствия и предлагать критерии оценки решения; климат, миграция, технология, ресурс, безопасность, неравенство, сотрудничество и сценарий; conditionals including mixed patterns на практическом уровне; future in the past; modals and hedging; понимание аналитического комментария; чтение статьи, карты, диаграммы и прогноза; сценарный текст, устные переговоры сторон и совместная рекомендация с указанием неопределённости.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язык и межкультурный диалог: говорение и произношение — 1 ч / Тематическая лексика и речевой этикет: Культура, язык и межкультурный диалог: лексика и формулы общения — 1 ч / Грамматика в коммуникации: Культура, язык и межкультурный диалог: грамматические средства — 1 ч / Аудирование и смысловое чтение: Культура, язык и межкультурный диалог: понимание устного и письменного текста — 1 ч / Письменная речь, межкультурная практика и проект: Культура, язык и межкультурный диалог: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культурно обусловленную формулировку, избегать стереотипа и находить понятный эквивалент; языковая норма, вариант языка, контекст, идентичность, перевод, культурная отсылка и этикет; complex noun phrases; relative and participle clauses; discourse markers; register variation; понимание фрагментов разных вариантов английской речи; чтение эссе и культурного комментария; сопоставительный комментарий, переводческое решение учебного характера и модерируемый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язык и межкультурный диалог: говорение и произношение — 1 ч / Тематическая лексика и речевой этикет: Культура, язык и межкультурный диалог: лексика и формулы общения — 1 ч / Грамматика в коммуникации: Культура, язык и межкультурный диалог: грамматические средства — 1 ч / Аудирование и смысловое чтение: Культура, язык и межкультурный диалог: понимание устного и письменного текста — 1 ч / Письменная речь, межкультурная практика и проект: Культура, язык и межкультурный диалог: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культурно обусловленную формулировку, избегать стереотипа и находить понятный эквивалент; языковая норма, вариант языка, контекст, идентичность, перевод, культурная отсылка и этикет; complex noun phrases; relative and participle clauses; discourse markers; register variation; понимание фрагментов разных вариантов английской речи; чтение эссе и культурного комментария; сопоставительный комментарий, переводческое решение учебного характера и модерируемый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язык и межкультурный диалог: говорение и произношение — 1 ч / Тематическая лексика и речевой этикет: Культура, язык и межкультурный диалог: лексика и формулы общения — 1 ч / Грамматика в коммуникации: Культура, язык и межкультурный диалог: грамматические средства — 1 ч / Аудирование и смысловое чтение: Культура, язык и межкультурный диалог: понимание устного и письменного текста — 1 ч / Письменная речь, межкультурная практика и проект: Культура, язык и межкультурный диалог: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культурно обусловленную формулировку, избегать стереотипа и находить понятный эквивалент; языковая норма, вариант языка, контекст, идентичность, перевод, культурная отсылка и этикет; complex noun phrases; relative and participle clauses; discourse markers; register variation; понимание фрагментов разных вариантов английской речи; чтение эссе и культурного комментария; сопоставительный комментарий, переводческое решение учебного характера и модерируемый диалог.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Культура, язык и межкультурный диалог: говорение и произношение — 1 ч / Тематическая лексика и речевой этикет: Культура, язык и межкультурный диалог: лексика и формулы общения — 1 ч / Грамматика в коммуникации: Культура, язык и межкультурный диалог: грамматические средства — 1 ч / Аудирование и смысловое чтение: Культура, язык и межкультурный диалог: понимание устного и письменного текста — 1 ч / Письменная речь, межкультурная практика и проект: Культура, язык и межкультурный диалог: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объяснять культурно обусловленную формулировку, избегать стереотипа и находить понятный эквивалент; языковая норма, вариант языка, контекст, идентичность, перевод, культурная отсылка и этикет; complex noun phrases; relative and participle clauses; discourse markers; register variation; понимание фрагментов разных вариантов английской речи; чтение эссе и культурного комментария; сопоставительный комментарий, переводческое решение учебного характера и модерируемый диалог.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Самообразование и индивидуальная языковая стратегия: говорение и произношение — 1 ч / Тематическая лексика и речевой этикет: Самообразование и индивидуальная языковая стратегия: лексика и формулы общения — 1 ч / Грамматика в коммуникации: Самообразование и индивидуальная языковая стратегия: грамматические средства — 1 ч / Аудирование и смысловое чтение: Самообразование и индивидуальная языковая стратегия: понимание устного и письменного текста — 1 ч / Письменная речь, межкультурная практика и проект: Самообразование и индивидуальная языковая стратегия: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ставить реалистичную цель, запрашивать обратную связь и объяснять выбор учебного способа; языковой навык, цель, критерий, ресурс, стратегия, повторение, обратная связь и прогресс; индивидуальное повторение проблемных конструкций; word formation; cohesion and coherence devices; понимание методического объяснения; чтение инструкции, словарной статьи и справочного материала; личный учебный план без обещания уровня, диагностическая работа и рефлексивное письмо.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Самообразование и индивидуальная языковая стратегия: говорение и произношение — 1 ч / Тематическая лексика и речевой этикет: Самообразование и индивидуальная языковая стратегия: лексика и формулы общения — 1 ч / Грамматика в коммуникации: Самообразование и индивидуальная языковая стратегия: грамматические средства — 1 ч / Аудирование и смысловое чтение: Самообразование и индивидуальная языковая стратегия: понимание устного и письменного текста — 1 ч / Письменная речь, межкультурная практика и проект: Самообразование и индивидуальная языковая стратегия: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ставить реалистичную цель, запрашивать обратную связь и объяснять выбор учебного способа; языковой навык, цель, критерий, ресурс, стратегия, повторение, обратная связь и прогресс; индивидуальное повторение проблемных конструкций; word formation; cohesion and coherence devices; понимание методического объяснения; чтение инструкции, словарной статьи и справочного материала; личный учебный план без обещания уровня, диагностическая работа и рефлексивное письмо.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Самообразование и индивидуальная языковая стратегия: говорение и произношение — 1 ч / Тематическая лексика и речевой этикет: Самообразование и индивидуальная языковая стратегия: лексика и формулы общения — 1 ч / Грамматика в коммуникации: Самообразование и индивидуальная языковая стратегия: грамматические средства — 1 ч / Аудирование и смысловое чтение: Самообразование и индивидуальная языковая стратегия: понимание устного и письменного текста — 1 ч / Письменная речь, межкультурная практика и проект: Самообразование и индивидуальная языковая стратегия: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ставить реалистичную цель, запрашивать обратную связь и объяснять выбор учебного способа; языковой навык, цель, критерий, ресурс, стратегия, повторение, обратная связь и прогресс; индивидуальное повторение проблемных конструкций; word formation; cohesion and coherence devices; понимание методического объяснения; чтение инструкции, словарной статьи и справочного материала; личный учебный план без обещания уровня, диагностическая работа и рефлексивное письмо.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Самообразование и индивидуальная языковая стратегия: говорение и произношение — 1 ч / Тематическая лексика и речевой этикет: Самообразование и индивидуальная языковая стратегия: лексика и формулы общения — 1 ч / Грамматика в коммуникации: Самообразование и индивидуальная языковая стратегия: грамматические средства — 1 ч / Аудирование и смысловое чтение: Самообразование и индивидуальная языковая стратегия: понимание устного и письменного текста — 1 ч / Письменная речь, межкультурная практика и проект: Самообразование и индивидуальная языковая стратегия: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ставить реалистичную цель, запрашивать обратную связь и объяснять выбор учебного способа; языковой навык, цель, критерий, ресурс, стратегия, повторение, обратная связь и прогресс; индивидуальное повторение проблемных конструкций; word formation; cohesion and coherence devices; понимание методического объяснения; чтение инструкции, словарной статьи и справочного материала; личный учебный план без обещания уровня, диагностическая работа и рефлексивное письмо. Тематическая коммуникативная работа по критериям; анализ результата и возможность доработки.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аттестация: межкультурная коммуникация и проект: говорение и произношение — 1 ч / Тематическая лексика и речевой этикет: Итоговая аттестация: межкультурная коммуникация и проект: лексика и формулы общения — 1 ч / Грамматика в коммуникации: Итоговая аттестация: межкультурная коммуникация и проект: грамматические средства — 1 ч / Аудирование и смысловое чтение: Итоговая аттестация: межкультурная коммуникация и проект: понимание устного и письменного текста — 1 ч / Письменная речь, межкультурная практика и проект: Итоговая аттестация: межкультурная коммуникация и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подготовленный и частично неподготовленный диалог, выступать по плану и отвечать на вопросы; систематизация тематической и академической лексики программы, компенсаторные формулы и связки; систематизация ключевых грамматических средств модулей 1–9 с приоритетом понятности и уместности; понимание аутентизированного аудиотекста и чтение нескольких текстов разных форматов; итоговый письменный текст и проект, устная защита, диалог, самооценка и план дальнейшего изучения.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аттестация: межкультурная коммуникация и проект: говорение и произношение — 1 ч / Тематическая лексика и речевой этикет: Итоговая аттестация: межкультурная коммуникация и проект: лексика и формулы общения — 1 ч / Грамматика в коммуникации: Итоговая аттестация: межкультурная коммуникация и проект: грамматические средства — 1 ч / Аудирование и смысловое чтение: Итоговая аттестация: межкультурная коммуникация и проект: понимание устного и письменного текста — 1 ч / Письменная речь, межкультурная практика и проект: Итоговая аттестация: межкультурная коммуникация и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подготовленный и частично неподготовленный диалог, выступать по плану и отвечать на вопросы; систематизация тематической и академической лексики программы, компенсаторные формулы и связки; систематизация ключевых грамматических средств модулей 1–9 с приоритетом понятности и уместности; понимание аутентизированного аудиотекста и чтение нескольких текстов разных форматов; итоговый письменный текст и проект, устная защита, диалог, самооценка и план дальнейшего изучения.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аттестация: межкультурная коммуникация и проект: говорение и произношение — 1 ч / Тематическая лексика и речевой этикет: Итоговая аттестация: межкультурная коммуникация и проект: лексика и формулы общения — 1 ч / Грамматика в коммуникации: Итоговая аттестация: межкультурная коммуникация и проект: грамматические средства — 1 ч / Аудирование и смысловое чтение: Итоговая аттестация: межкультурная коммуникация и проект: понимание устного и письменного текста — 1 ч / Письменная речь, межкультурная практика и проект: Итоговая аттестация: межкультурная коммуникация и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подготовленный и частично неподготовленный диалог, выступать по плану и отвечать на вопросы; систематизация тематической и академической лексики программы, компенсаторные формулы и связки; систематизация ключевых грамматических средств модулей 1–9 с приоритетом понятности и уместности; понимание аутентизированного аудиотекста и чтение нескольких текстов разных форматов; итоговый письменный текст и проект, устная защита, диалог, самооценка и план дальнейшего изучения. Текущий контроль: наблюдение, речевая проба, лексико-грамматическое задание, чтение, аудирование или письменная работа.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55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Устная коммуникация и произношение: Итоговая аттестация: межкультурная коммуникация и проект: говорение и произношение — 1 ч / Тематическая лексика и речевой этикет: Итоговая аттестация: межкультурная коммуникация и проект: лексика и формулы общения — 1 ч / Грамматика в коммуникации: Итоговая аттестация: межкультурная коммуникация и проект: грамматические средства — 1 ч / Аудирование и смысловое чтение: Итоговая аттестация: межкультурная коммуникация и проект: понимание устного и письменного текста — 1 ч / Письменная речь, межкультурная практика и проект: Итоговая аттестация: межкультурная коммуникация и проект: письменный и проектный продукт — 1 ч</w:t>
            </w:r>
          </w:p>
        </w:tc>
        <w:tc>
          <w:tcPr>
            <w:tcW w:type="dxa" w:w="37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вести подготовленный и частично неподготовленный диалог, выступать по плану и отвечать на вопросы; систематизация тематической и академической лексики программы, компенсаторные формулы и связки; систематизация ключевых грамматических средств модулей 1–9 с приоритетом понятности и уместности; понимание аутентизированного аудиотекста и чтение нескольких текстов разных форматов; итоговый письменный текст и проект, устная защита, диалог, самооценка и план дальнейшего изучения. Итоговая аттестация: интегрированная устная, рецептивная, письменная и проектная работа; самооценка и возможность доработки.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11. ИСТОЧНИКИ И МЕТОДИЧЕСКИЕ ОРИЕНТИРЫ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11.1. Нормативные и официальные источники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действующая федеральная рабочая программа по иностранному (английскому) языку начального уровня;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действующая федеральная рабочая программа по иностранному (английскому) языку основного уровня;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официальные методические письма и материалы по преподаванию иностранного языка, опубликованные на ресурсе «Единое содержание общего образования»;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Common European Framework of Reference for Languages: Learning, Teaching, Assessment — Companion Volume, Council of Europe — как справочный методический источник.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11.2. Учебно-методическая линия Family and Friends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Family and Friends, Second Edition, Oxford University Press: Starter и Levels 1–6;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официальные аудиоматериалы, фонетические, читательские, культурные и оценочные компоненты курса — при наличии законного доступа;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сайт Oxford University Press с описанием структуры курса и поддерживающими материалами для обучающихся и педагогов.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Family and Friends используется как методический ориентир для модулей 1–7 и не копируется в настоящую Программу. Наименования тем, задания, тексты, изображения, аудиозаписи и иные охраняемые элементы курса применяются только в объёме и порядке, допускаемых правообладателем и законом. Модули 8–9 не привязаны к неутверждённому учебному комплекту.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11.3. Методические подходы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коммуникативный подход: точность языковой формы развивается вместе с умением достигать речевой цели;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концентрический принцип: повторение изученного в новой теме, жанре, регистре и проектной задаче;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лексический подход: освоение устойчивых сочетаний, клише и формул, а не только изолированных слов;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phonics и системная произносительная практика в младших модулях с последующим развитием понятности и вариативности речи;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интеграция четырёх видов речевой деятельности и переход от рецептивной опоры к продуктивному действию;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Content and Language Integrated Learning на доступном уровне: язык применяется в естественно-научной, исторической, культурной и проектной теме без подмены профильной программы;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межкультурный подход: сопоставление практик с учётом контекста, без иерархии культур и стереотипных выводов;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критическая грамотность: автор, цель, источник, факт, мнение, данные и ограничения утверждения;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формирующее оценивание: понятные критерии, обратная связь, самооценка и возможность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11.4. Дополнительные ресурсы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печатные и электронные словари, справочники по грамматике и произношению;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возрастно сообразные адаптированные книги, рассказы, статьи, карты, таблицы, инфографика и аудиоматериалы;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Российская электронная школа — для очной демонстрации и тренировочной работы под руководством педагога;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официальные сайты музеев, библиотек, научных и государственных организаций для проектной работы;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разработанные педагогом речевые карточки, диагностические, тематические, итоговые и проектные материалы.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Использование перечисленных источников не означает реализации основной общеобразовательной программы другой организации и не переносит в настоящую Программу её статус, учебный план, аттестацию или документы об образовании. Настоящая Программа является самостоятельной дополнительной общеобразовательной общеразвивающей программой Образовательного центра MILO.</w:t>
      </w:r>
    </w:p>
    <w:sectPr w:rsidR="00FC693F" w:rsidRPr="0006063C" w:rsidSect="00034616">
      <w:footerReference w:type="default" r:id="rId9"/>
      <w:pgSz w:w="11906" w:h="16838"/>
      <w:pgMar w:top="720" w:right="811" w:bottom="7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ind w:left="0" w:right="0" w:firstLine="0"/>
      <w:jc w:val="center"/>
    </w:pPr>
    <w:r>
      <w:rPr>
        <w:rFonts w:ascii="Times New Roman" w:hAnsi="Times New Roman" w:eastAsia="Times New Roman"/>
        <w:color w:val="000000"/>
        <w:sz w:val="20"/>
      </w:rPr>
      <w:t xml:space="preserve">Страница </w:t>
    </w:r>
    <w:fldSimple w:instr="PAGE">
      <w:r>
        <w:rPr>
          <w:rFonts w:ascii="Times New Roman" w:hAnsi="Times New Roman" w:eastAsia="Times New Roman"/>
          <w:color w:val="000000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4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ind w:firstLine="0" w:left="0"/>
      <w:jc w:val="left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общеобразовательная общеразвивающая программа «Школа с интересом: английский язык и коммуникация»</dc:title>
  <dc:subject>Модули 1–9, 2026–2027 учебный год</dc:subject>
  <dc:creator>Образовательный центр MILO, ИП Тарабанова Е.П.</dc:creator>
  <cp:keywords>дополнительное образование, английский язык, коммуникация, Family and Friends, общеразвивающая программа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